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E85F1" w14:textId="77777777" w:rsidR="0099189D" w:rsidRDefault="00BF4F7F">
      <w:pPr>
        <w:jc w:val="center"/>
      </w:pPr>
      <w:proofErr w:type="spellStart"/>
      <w:r>
        <w:rPr>
          <w:b/>
          <w:sz w:val="28"/>
        </w:rPr>
        <w:t>Základná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škola</w:t>
      </w:r>
      <w:proofErr w:type="spellEnd"/>
      <w:r>
        <w:rPr>
          <w:b/>
          <w:sz w:val="28"/>
        </w:rPr>
        <w:t xml:space="preserve">, </w:t>
      </w:r>
      <w:proofErr w:type="spellStart"/>
      <w:r>
        <w:rPr>
          <w:b/>
          <w:sz w:val="28"/>
        </w:rPr>
        <w:t>Komenského</w:t>
      </w:r>
      <w:proofErr w:type="spellEnd"/>
      <w:r>
        <w:rPr>
          <w:b/>
          <w:sz w:val="28"/>
        </w:rPr>
        <w:t xml:space="preserve"> ul. 495/33, 029 01 </w:t>
      </w:r>
      <w:proofErr w:type="spellStart"/>
      <w:r>
        <w:rPr>
          <w:b/>
          <w:sz w:val="28"/>
        </w:rPr>
        <w:t>Námestovo</w:t>
      </w:r>
      <w:proofErr w:type="spellEnd"/>
    </w:p>
    <w:p w14:paraId="7F050ED7" w14:textId="77777777" w:rsidR="0099189D" w:rsidRDefault="00BF4F7F">
      <w:pPr>
        <w:jc w:val="center"/>
      </w:pPr>
      <w:r>
        <w:rPr>
          <w:b/>
          <w:sz w:val="32"/>
        </w:rPr>
        <w:t>UČEBNÉ OSNOVY A TEMATICKÝ VÝCHOVNO-VZDELÁVACÍ PLÁN</w:t>
      </w:r>
    </w:p>
    <w:p w14:paraId="00175954" w14:textId="77777777" w:rsidR="0099189D" w:rsidRDefault="00BF4F7F">
      <w:pPr>
        <w:jc w:val="center"/>
      </w:pPr>
      <w:r>
        <w:rPr>
          <w:b/>
          <w:sz w:val="36"/>
        </w:rPr>
        <w:t>GEOGRAFIA – 9. ROČNÍK ZŠ</w:t>
      </w:r>
    </w:p>
    <w:p w14:paraId="1ACA8B83" w14:textId="77777777" w:rsidR="0099189D" w:rsidRDefault="00BF4F7F">
      <w:pPr>
        <w:jc w:val="center"/>
      </w:pPr>
      <w:proofErr w:type="spellStart"/>
      <w:r>
        <w:rPr>
          <w:b/>
        </w:rPr>
        <w:t>Školský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rok</w:t>
      </w:r>
      <w:proofErr w:type="spellEnd"/>
      <w:r>
        <w:rPr>
          <w:b/>
        </w:rPr>
        <w:t xml:space="preserve"> 2026/2027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99189D" w14:paraId="443C7A4E" w14:textId="77777777">
        <w:trPr>
          <w:tblHeader/>
          <w:jc w:val="center"/>
        </w:trPr>
        <w:tc>
          <w:tcPr>
            <w:tcW w:w="5213" w:type="dxa"/>
            <w:vAlign w:val="center"/>
          </w:tcPr>
          <w:p w14:paraId="6756E992" w14:textId="77777777" w:rsidR="0099189D" w:rsidRDefault="00BF4F7F">
            <w:proofErr w:type="spellStart"/>
            <w:r>
              <w:rPr>
                <w:b/>
              </w:rPr>
              <w:t>Trieda</w:t>
            </w:r>
            <w:proofErr w:type="spellEnd"/>
          </w:p>
        </w:tc>
        <w:tc>
          <w:tcPr>
            <w:tcW w:w="5213" w:type="dxa"/>
            <w:vAlign w:val="center"/>
          </w:tcPr>
          <w:p w14:paraId="0C4B6A5F" w14:textId="77777777" w:rsidR="0099189D" w:rsidRDefault="00BF4F7F">
            <w:r>
              <w:t>9.A</w:t>
            </w:r>
          </w:p>
        </w:tc>
      </w:tr>
      <w:tr w:rsidR="0099189D" w14:paraId="24C80B2D" w14:textId="77777777">
        <w:trPr>
          <w:jc w:val="center"/>
        </w:trPr>
        <w:tc>
          <w:tcPr>
            <w:tcW w:w="5213" w:type="dxa"/>
            <w:vAlign w:val="center"/>
          </w:tcPr>
          <w:p w14:paraId="7D678B34" w14:textId="77777777" w:rsidR="0099189D" w:rsidRDefault="00BF4F7F">
            <w:proofErr w:type="spellStart"/>
            <w:r>
              <w:rPr>
                <w:b/>
              </w:rPr>
              <w:t>Časová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dotácia</w:t>
            </w:r>
            <w:proofErr w:type="spellEnd"/>
          </w:p>
        </w:tc>
        <w:tc>
          <w:tcPr>
            <w:tcW w:w="5213" w:type="dxa"/>
            <w:vAlign w:val="center"/>
          </w:tcPr>
          <w:p w14:paraId="08544AD9" w14:textId="77777777" w:rsidR="0099189D" w:rsidRDefault="00BF4F7F">
            <w:r>
              <w:t xml:space="preserve">1 </w:t>
            </w:r>
            <w:proofErr w:type="spellStart"/>
            <w:r>
              <w:t>hodina</w:t>
            </w:r>
            <w:proofErr w:type="spellEnd"/>
            <w:r>
              <w:t xml:space="preserve"> </w:t>
            </w:r>
            <w:proofErr w:type="spellStart"/>
            <w:r>
              <w:t>týždenne</w:t>
            </w:r>
            <w:proofErr w:type="spellEnd"/>
            <w:r>
              <w:t xml:space="preserve"> / 33 </w:t>
            </w:r>
            <w:proofErr w:type="spellStart"/>
            <w:r>
              <w:t>hodín</w:t>
            </w:r>
            <w:proofErr w:type="spellEnd"/>
            <w:r>
              <w:t xml:space="preserve"> </w:t>
            </w:r>
            <w:proofErr w:type="spellStart"/>
            <w:r>
              <w:t>ročne</w:t>
            </w:r>
            <w:proofErr w:type="spellEnd"/>
          </w:p>
        </w:tc>
      </w:tr>
      <w:tr w:rsidR="0099189D" w14:paraId="2B892E30" w14:textId="77777777">
        <w:trPr>
          <w:jc w:val="center"/>
        </w:trPr>
        <w:tc>
          <w:tcPr>
            <w:tcW w:w="5213" w:type="dxa"/>
            <w:vAlign w:val="center"/>
          </w:tcPr>
          <w:p w14:paraId="2961747F" w14:textId="77777777" w:rsidR="0099189D" w:rsidRDefault="00BF4F7F">
            <w:proofErr w:type="spellStart"/>
            <w:r>
              <w:rPr>
                <w:b/>
              </w:rPr>
              <w:t>Vzdelávacia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oblasť</w:t>
            </w:r>
            <w:proofErr w:type="spellEnd"/>
          </w:p>
        </w:tc>
        <w:tc>
          <w:tcPr>
            <w:tcW w:w="5213" w:type="dxa"/>
            <w:vAlign w:val="center"/>
          </w:tcPr>
          <w:p w14:paraId="1ABEF9FD" w14:textId="77777777" w:rsidR="0099189D" w:rsidRDefault="00BF4F7F">
            <w:proofErr w:type="spellStart"/>
            <w:r>
              <w:t>Človek</w:t>
            </w:r>
            <w:proofErr w:type="spellEnd"/>
            <w:r>
              <w:t xml:space="preserve"> a </w:t>
            </w:r>
            <w:proofErr w:type="spellStart"/>
            <w:r>
              <w:t>spoločnosť</w:t>
            </w:r>
            <w:proofErr w:type="spellEnd"/>
          </w:p>
        </w:tc>
      </w:tr>
      <w:tr w:rsidR="0099189D" w14:paraId="59692AC2" w14:textId="77777777">
        <w:trPr>
          <w:jc w:val="center"/>
        </w:trPr>
        <w:tc>
          <w:tcPr>
            <w:tcW w:w="5213" w:type="dxa"/>
            <w:vAlign w:val="center"/>
          </w:tcPr>
          <w:p w14:paraId="48BDA1A8" w14:textId="77777777" w:rsidR="0099189D" w:rsidRDefault="00BF4F7F">
            <w:proofErr w:type="spellStart"/>
            <w:r>
              <w:rPr>
                <w:b/>
              </w:rPr>
              <w:t>Vyučovací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predmet</w:t>
            </w:r>
            <w:proofErr w:type="spellEnd"/>
          </w:p>
        </w:tc>
        <w:tc>
          <w:tcPr>
            <w:tcW w:w="5213" w:type="dxa"/>
            <w:vAlign w:val="center"/>
          </w:tcPr>
          <w:p w14:paraId="2DEF890B" w14:textId="77777777" w:rsidR="0099189D" w:rsidRDefault="00BF4F7F">
            <w:r>
              <w:t>Geografia</w:t>
            </w:r>
          </w:p>
        </w:tc>
      </w:tr>
    </w:tbl>
    <w:p w14:paraId="329A446C" w14:textId="77777777" w:rsidR="0099189D" w:rsidRDefault="00BF4F7F">
      <w:pPr>
        <w:jc w:val="center"/>
      </w:pPr>
      <w:proofErr w:type="spellStart"/>
      <w:r>
        <w:rPr>
          <w:i/>
        </w:rPr>
        <w:t>Dokument</w:t>
      </w:r>
      <w:proofErr w:type="spellEnd"/>
      <w:r>
        <w:rPr>
          <w:i/>
        </w:rPr>
        <w:t xml:space="preserve"> je </w:t>
      </w:r>
      <w:proofErr w:type="spellStart"/>
      <w:r>
        <w:rPr>
          <w:i/>
        </w:rPr>
        <w:t>spracovaný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základe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predloženého</w:t>
      </w:r>
      <w:proofErr w:type="spellEnd"/>
      <w:r>
        <w:rPr>
          <w:i/>
        </w:rPr>
        <w:t xml:space="preserve"> TVVP </w:t>
      </w:r>
      <w:proofErr w:type="gramStart"/>
      <w:r>
        <w:rPr>
          <w:i/>
        </w:rPr>
        <w:t>pre 9</w:t>
      </w:r>
      <w:proofErr w:type="gramEnd"/>
      <w:r>
        <w:rPr>
          <w:i/>
        </w:rPr>
        <w:t xml:space="preserve">. </w:t>
      </w:r>
      <w:proofErr w:type="spellStart"/>
      <w:r>
        <w:rPr>
          <w:i/>
        </w:rPr>
        <w:t>ročník</w:t>
      </w:r>
      <w:proofErr w:type="spellEnd"/>
      <w:r>
        <w:rPr>
          <w:i/>
        </w:rPr>
        <w:t xml:space="preserve"> a </w:t>
      </w:r>
      <w:proofErr w:type="spellStart"/>
      <w:r>
        <w:rPr>
          <w:i/>
        </w:rPr>
        <w:t>zosúladený</w:t>
      </w:r>
      <w:proofErr w:type="spellEnd"/>
      <w:r>
        <w:rPr>
          <w:i/>
        </w:rPr>
        <w:t xml:space="preserve"> s </w:t>
      </w:r>
      <w:proofErr w:type="spellStart"/>
      <w:r>
        <w:rPr>
          <w:i/>
        </w:rPr>
        <w:t>aktuálnym</w:t>
      </w:r>
      <w:proofErr w:type="spellEnd"/>
      <w:r>
        <w:rPr>
          <w:i/>
        </w:rPr>
        <w:t xml:space="preserve"> ŠVP pre </w:t>
      </w:r>
      <w:proofErr w:type="spellStart"/>
      <w:r>
        <w:rPr>
          <w:i/>
        </w:rPr>
        <w:t>nižšie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stredné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vzdelávanie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platným</w:t>
      </w:r>
      <w:proofErr w:type="spellEnd"/>
      <w:r>
        <w:rPr>
          <w:i/>
        </w:rPr>
        <w:t xml:space="preserve"> v </w:t>
      </w:r>
      <w:proofErr w:type="spellStart"/>
      <w:r>
        <w:rPr>
          <w:i/>
        </w:rPr>
        <w:t>školskom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roku</w:t>
      </w:r>
      <w:proofErr w:type="spellEnd"/>
      <w:r>
        <w:rPr>
          <w:i/>
        </w:rPr>
        <w:t xml:space="preserve"> 2026/2027.</w:t>
      </w:r>
    </w:p>
    <w:p w14:paraId="633FA4F2" w14:textId="77777777" w:rsidR="0099189D" w:rsidRDefault="00BF4F7F">
      <w:r>
        <w:br w:type="page"/>
      </w:r>
    </w:p>
    <w:p w14:paraId="1BA7BD38" w14:textId="77777777" w:rsidR="0099189D" w:rsidRDefault="00BF4F7F">
      <w:pPr>
        <w:pStyle w:val="Nadpis1"/>
      </w:pPr>
      <w:r>
        <w:rPr>
          <w:rFonts w:ascii="Arial" w:hAnsi="Arial"/>
        </w:rPr>
        <w:lastRenderedPageBreak/>
        <w:t xml:space="preserve">1. </w:t>
      </w:r>
      <w:proofErr w:type="spellStart"/>
      <w:r>
        <w:rPr>
          <w:rFonts w:ascii="Arial" w:hAnsi="Arial"/>
        </w:rPr>
        <w:t>Východiská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charakteristika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predmetu</w:t>
      </w:r>
      <w:proofErr w:type="spellEnd"/>
    </w:p>
    <w:p w14:paraId="0D12D700" w14:textId="77777777" w:rsidR="0099189D" w:rsidRDefault="00BF4F7F">
      <w:proofErr w:type="spellStart"/>
      <w:r>
        <w:t>Učebné</w:t>
      </w:r>
      <w:proofErr w:type="spellEnd"/>
      <w:r>
        <w:t xml:space="preserve"> </w:t>
      </w:r>
      <w:proofErr w:type="spellStart"/>
      <w:r>
        <w:t>osnovy</w:t>
      </w:r>
      <w:proofErr w:type="spellEnd"/>
      <w:r>
        <w:t xml:space="preserve"> </w:t>
      </w:r>
      <w:proofErr w:type="spellStart"/>
      <w:r>
        <w:t>nadväzujú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predložený</w:t>
      </w:r>
      <w:proofErr w:type="spellEnd"/>
      <w:r>
        <w:t xml:space="preserve"> </w:t>
      </w:r>
      <w:proofErr w:type="spellStart"/>
      <w:r>
        <w:t>tematický</w:t>
      </w:r>
      <w:proofErr w:type="spellEnd"/>
      <w:r>
        <w:t xml:space="preserve"> </w:t>
      </w:r>
      <w:proofErr w:type="spellStart"/>
      <w:r>
        <w:t>výchovno-vzdelávací</w:t>
      </w:r>
      <w:proofErr w:type="spellEnd"/>
      <w:r>
        <w:t xml:space="preserve"> </w:t>
      </w:r>
      <w:proofErr w:type="spellStart"/>
      <w:r>
        <w:t>plán</w:t>
      </w:r>
      <w:proofErr w:type="spellEnd"/>
      <w:r>
        <w:t xml:space="preserve"> </w:t>
      </w:r>
      <w:proofErr w:type="gramStart"/>
      <w:r>
        <w:t>pre 9</w:t>
      </w:r>
      <w:proofErr w:type="gramEnd"/>
      <w:r>
        <w:t xml:space="preserve">. </w:t>
      </w:r>
      <w:proofErr w:type="spellStart"/>
      <w:r>
        <w:t>ročník</w:t>
      </w:r>
      <w:proofErr w:type="spellEnd"/>
      <w:r>
        <w:t xml:space="preserve">, v </w:t>
      </w:r>
      <w:proofErr w:type="spellStart"/>
      <w:r>
        <w:t>ktorom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</w:t>
      </w:r>
      <w:proofErr w:type="spellStart"/>
      <w:r>
        <w:t>nosnými</w:t>
      </w:r>
      <w:proofErr w:type="spellEnd"/>
      <w:r>
        <w:t xml:space="preserve"> </w:t>
      </w:r>
      <w:proofErr w:type="spellStart"/>
      <w:r>
        <w:t>tematickými</w:t>
      </w:r>
      <w:proofErr w:type="spellEnd"/>
      <w:r>
        <w:t xml:space="preserve"> </w:t>
      </w:r>
      <w:proofErr w:type="spellStart"/>
      <w:r>
        <w:t>celkami</w:t>
      </w:r>
      <w:proofErr w:type="spellEnd"/>
      <w:r>
        <w:t xml:space="preserve"> </w:t>
      </w:r>
      <w:proofErr w:type="spellStart"/>
      <w:r>
        <w:t>Planéta</w:t>
      </w:r>
      <w:proofErr w:type="spellEnd"/>
      <w:r>
        <w:t xml:space="preserve"> </w:t>
      </w:r>
      <w:proofErr w:type="spellStart"/>
      <w:r>
        <w:t>Zem</w:t>
      </w:r>
      <w:proofErr w:type="spellEnd"/>
      <w:r>
        <w:t xml:space="preserve">, </w:t>
      </w:r>
      <w:proofErr w:type="spellStart"/>
      <w:r>
        <w:t>Austrália</w:t>
      </w:r>
      <w:proofErr w:type="spellEnd"/>
      <w:r>
        <w:t xml:space="preserve"> a </w:t>
      </w:r>
      <w:proofErr w:type="spellStart"/>
      <w:r>
        <w:t>Oceánia</w:t>
      </w:r>
      <w:proofErr w:type="spellEnd"/>
      <w:r>
        <w:t xml:space="preserve">, </w:t>
      </w:r>
      <w:proofErr w:type="spellStart"/>
      <w:r>
        <w:t>polárne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Zeme</w:t>
      </w:r>
      <w:proofErr w:type="spellEnd"/>
      <w:r>
        <w:t xml:space="preserve"> a Amerika – </w:t>
      </w:r>
      <w:proofErr w:type="spellStart"/>
      <w:r>
        <w:t>Nový</w:t>
      </w:r>
      <w:proofErr w:type="spellEnd"/>
      <w:r>
        <w:t xml:space="preserve"> </w:t>
      </w:r>
      <w:proofErr w:type="spellStart"/>
      <w:r>
        <w:t>svet</w:t>
      </w:r>
      <w:proofErr w:type="spellEnd"/>
      <w:r>
        <w:t xml:space="preserve">.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zachováva</w:t>
      </w:r>
      <w:proofErr w:type="spellEnd"/>
      <w:r>
        <w:t xml:space="preserve"> </w:t>
      </w:r>
      <w:proofErr w:type="spellStart"/>
      <w:r>
        <w:t>terminológiu</w:t>
      </w:r>
      <w:proofErr w:type="spellEnd"/>
      <w:r>
        <w:t xml:space="preserve"> a </w:t>
      </w:r>
      <w:proofErr w:type="spellStart"/>
      <w:r>
        <w:t>tematické</w:t>
      </w:r>
      <w:proofErr w:type="spellEnd"/>
      <w:r>
        <w:t xml:space="preserve"> </w:t>
      </w:r>
      <w:proofErr w:type="spellStart"/>
      <w:r>
        <w:t>jadro</w:t>
      </w:r>
      <w:proofErr w:type="spellEnd"/>
      <w:r>
        <w:t xml:space="preserve"> </w:t>
      </w:r>
      <w:proofErr w:type="spellStart"/>
      <w:r>
        <w:t>pôvodného</w:t>
      </w:r>
      <w:proofErr w:type="spellEnd"/>
      <w:r>
        <w:t xml:space="preserve"> </w:t>
      </w:r>
      <w:proofErr w:type="spellStart"/>
      <w:r>
        <w:t>materiálu</w:t>
      </w:r>
      <w:proofErr w:type="spellEnd"/>
      <w:r>
        <w:t xml:space="preserve">, </w:t>
      </w:r>
      <w:proofErr w:type="spellStart"/>
      <w:r>
        <w:t>pričom</w:t>
      </w:r>
      <w:proofErr w:type="spellEnd"/>
      <w:r>
        <w:t xml:space="preserve"> </w:t>
      </w:r>
      <w:proofErr w:type="spellStart"/>
      <w:r>
        <w:t>časový</w:t>
      </w:r>
      <w:proofErr w:type="spellEnd"/>
      <w:r>
        <w:t xml:space="preserve"> </w:t>
      </w:r>
      <w:proofErr w:type="spellStart"/>
      <w:r>
        <w:t>plán</w:t>
      </w:r>
      <w:proofErr w:type="spellEnd"/>
      <w:r>
        <w:t xml:space="preserve"> je </w:t>
      </w:r>
      <w:proofErr w:type="spellStart"/>
      <w:r>
        <w:t>usporiadaný</w:t>
      </w:r>
      <w:proofErr w:type="spellEnd"/>
      <w:r>
        <w:t xml:space="preserve"> do 33 </w:t>
      </w:r>
      <w:proofErr w:type="spellStart"/>
      <w:r>
        <w:t>vyučovacích</w:t>
      </w:r>
      <w:proofErr w:type="spellEnd"/>
      <w:r>
        <w:t xml:space="preserve"> </w:t>
      </w:r>
      <w:proofErr w:type="spellStart"/>
      <w:r>
        <w:t>hodín</w:t>
      </w:r>
      <w:proofErr w:type="spellEnd"/>
      <w:r>
        <w:t>.</w:t>
      </w:r>
    </w:p>
    <w:p w14:paraId="26CEE3AF" w14:textId="77777777" w:rsidR="0099189D" w:rsidRDefault="00BF4F7F">
      <w:r>
        <w:t xml:space="preserve">Geografia </w:t>
      </w:r>
      <w:proofErr w:type="spellStart"/>
      <w:r>
        <w:t>rozvíja</w:t>
      </w:r>
      <w:proofErr w:type="spellEnd"/>
      <w:r>
        <w:t xml:space="preserve"> </w:t>
      </w:r>
      <w:proofErr w:type="spellStart"/>
      <w:r>
        <w:t>schopnosť</w:t>
      </w:r>
      <w:proofErr w:type="spellEnd"/>
      <w:r>
        <w:t xml:space="preserve"> </w:t>
      </w:r>
      <w:proofErr w:type="spellStart"/>
      <w:r>
        <w:t>čítať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interpretovať</w:t>
      </w:r>
      <w:proofErr w:type="spellEnd"/>
      <w:r>
        <w:t xml:space="preserve"> </w:t>
      </w:r>
      <w:proofErr w:type="spellStart"/>
      <w:r>
        <w:t>mapu</w:t>
      </w:r>
      <w:proofErr w:type="spellEnd"/>
      <w:r>
        <w:t xml:space="preserve">, </w:t>
      </w:r>
      <w:proofErr w:type="spellStart"/>
      <w:r>
        <w:t>pracovať</w:t>
      </w:r>
      <w:proofErr w:type="spellEnd"/>
      <w:r>
        <w:t xml:space="preserve"> s </w:t>
      </w:r>
      <w:proofErr w:type="spellStart"/>
      <w:r>
        <w:t>geografickými</w:t>
      </w:r>
      <w:proofErr w:type="spellEnd"/>
      <w:r>
        <w:t xml:space="preserve"> </w:t>
      </w:r>
      <w:proofErr w:type="spellStart"/>
      <w:r>
        <w:t>súradnicami</w:t>
      </w:r>
      <w:proofErr w:type="spellEnd"/>
      <w:r>
        <w:t xml:space="preserve">, </w:t>
      </w:r>
      <w:proofErr w:type="spellStart"/>
      <w:r>
        <w:t>porovnávať</w:t>
      </w:r>
      <w:proofErr w:type="spellEnd"/>
      <w:r>
        <w:t xml:space="preserve"> </w:t>
      </w:r>
      <w:proofErr w:type="spellStart"/>
      <w:r>
        <w:t>prírodné</w:t>
      </w:r>
      <w:proofErr w:type="spellEnd"/>
      <w:r>
        <w:t xml:space="preserve"> a </w:t>
      </w:r>
      <w:proofErr w:type="spellStart"/>
      <w:r>
        <w:t>humánnogeografické</w:t>
      </w:r>
      <w:proofErr w:type="spellEnd"/>
      <w:r>
        <w:t xml:space="preserve"> </w:t>
      </w:r>
      <w:proofErr w:type="spellStart"/>
      <w:r>
        <w:t>javy</w:t>
      </w:r>
      <w:proofErr w:type="spellEnd"/>
      <w:r>
        <w:t xml:space="preserve">, </w:t>
      </w:r>
      <w:proofErr w:type="spellStart"/>
      <w:r>
        <w:t>vysvetľovať</w:t>
      </w:r>
      <w:proofErr w:type="spellEnd"/>
      <w:r>
        <w:t xml:space="preserve"> </w:t>
      </w:r>
      <w:proofErr w:type="spellStart"/>
      <w:r>
        <w:t>vzťahy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</w:t>
      </w:r>
      <w:proofErr w:type="spellStart"/>
      <w:r>
        <w:t>človekom</w:t>
      </w:r>
      <w:proofErr w:type="spellEnd"/>
      <w:r>
        <w:t xml:space="preserve"> a </w:t>
      </w:r>
      <w:proofErr w:type="spellStart"/>
      <w:r>
        <w:t>krajinou</w:t>
      </w:r>
      <w:proofErr w:type="spellEnd"/>
      <w:r>
        <w:t xml:space="preserve"> a </w:t>
      </w:r>
      <w:proofErr w:type="spellStart"/>
      <w:r>
        <w:t>získané</w:t>
      </w:r>
      <w:proofErr w:type="spellEnd"/>
      <w:r>
        <w:t xml:space="preserve"> </w:t>
      </w:r>
      <w:proofErr w:type="spellStart"/>
      <w:r>
        <w:t>poznatky</w:t>
      </w:r>
      <w:proofErr w:type="spellEnd"/>
      <w:r>
        <w:t xml:space="preserve"> </w:t>
      </w:r>
      <w:proofErr w:type="spellStart"/>
      <w:r>
        <w:t>aplikovať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riešení</w:t>
      </w:r>
      <w:proofErr w:type="spellEnd"/>
      <w:r>
        <w:t xml:space="preserve"> </w:t>
      </w:r>
      <w:proofErr w:type="spellStart"/>
      <w:r>
        <w:t>problémov</w:t>
      </w:r>
      <w:proofErr w:type="spellEnd"/>
      <w:r>
        <w:t xml:space="preserve"> a </w:t>
      </w:r>
      <w:proofErr w:type="spellStart"/>
      <w:r>
        <w:t>tvorbe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>.</w:t>
      </w:r>
    </w:p>
    <w:p w14:paraId="6A016B64" w14:textId="77777777" w:rsidR="0099189D" w:rsidRDefault="00BF4F7F">
      <w:pPr>
        <w:pStyle w:val="Nadpis1"/>
      </w:pPr>
      <w:r>
        <w:rPr>
          <w:rFonts w:ascii="Arial" w:hAnsi="Arial"/>
        </w:rPr>
        <w:t xml:space="preserve">2. </w:t>
      </w:r>
      <w:proofErr w:type="spellStart"/>
      <w:r>
        <w:rPr>
          <w:rFonts w:ascii="Arial" w:hAnsi="Arial"/>
        </w:rPr>
        <w:t>Ciele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predmetu</w:t>
      </w:r>
      <w:proofErr w:type="spellEnd"/>
    </w:p>
    <w:p w14:paraId="5381CBB8" w14:textId="77777777" w:rsidR="0099189D" w:rsidRDefault="00BF4F7F">
      <w:pPr>
        <w:pStyle w:val="Zoznamsodrkami"/>
        <w:spacing w:after="20"/>
      </w:pPr>
      <w:proofErr w:type="spellStart"/>
      <w:r>
        <w:t>určiť</w:t>
      </w:r>
      <w:proofErr w:type="spellEnd"/>
      <w:r>
        <w:t xml:space="preserve"> </w:t>
      </w:r>
      <w:proofErr w:type="spellStart"/>
      <w:r>
        <w:t>geografickú</w:t>
      </w:r>
      <w:proofErr w:type="spellEnd"/>
      <w:r>
        <w:t xml:space="preserve"> </w:t>
      </w:r>
      <w:proofErr w:type="spellStart"/>
      <w:r>
        <w:t>polohu</w:t>
      </w:r>
      <w:proofErr w:type="spellEnd"/>
      <w:r>
        <w:t xml:space="preserve"> </w:t>
      </w:r>
      <w:proofErr w:type="spellStart"/>
      <w:r>
        <w:t>miest</w:t>
      </w:r>
      <w:proofErr w:type="spellEnd"/>
      <w:r>
        <w:t xml:space="preserve"> a </w:t>
      </w:r>
      <w:proofErr w:type="spellStart"/>
      <w:r>
        <w:t>vybraných</w:t>
      </w:r>
      <w:proofErr w:type="spellEnd"/>
      <w:r>
        <w:t xml:space="preserve"> </w:t>
      </w:r>
      <w:proofErr w:type="spellStart"/>
      <w:r>
        <w:t>území</w:t>
      </w:r>
      <w:proofErr w:type="spellEnd"/>
      <w:r>
        <w:t xml:space="preserve"> </w:t>
      </w:r>
      <w:proofErr w:type="spellStart"/>
      <w:r>
        <w:t>pomocou</w:t>
      </w:r>
      <w:proofErr w:type="spellEnd"/>
      <w:r>
        <w:t xml:space="preserve"> </w:t>
      </w:r>
      <w:proofErr w:type="spellStart"/>
      <w:r>
        <w:t>geografických</w:t>
      </w:r>
      <w:proofErr w:type="spellEnd"/>
      <w:r>
        <w:t xml:space="preserve"> </w:t>
      </w:r>
      <w:proofErr w:type="spellStart"/>
      <w:r>
        <w:t>súradníc</w:t>
      </w:r>
      <w:proofErr w:type="spellEnd"/>
      <w:r>
        <w:t xml:space="preserve"> a </w:t>
      </w:r>
      <w:proofErr w:type="spellStart"/>
      <w:r>
        <w:t>digitálnych</w:t>
      </w:r>
      <w:proofErr w:type="spellEnd"/>
      <w:r>
        <w:t xml:space="preserve"> </w:t>
      </w:r>
      <w:proofErr w:type="spellStart"/>
      <w:r>
        <w:t>nástrojov</w:t>
      </w:r>
      <w:proofErr w:type="spellEnd"/>
      <w:r>
        <w:t>;</w:t>
      </w:r>
    </w:p>
    <w:p w14:paraId="35713D5E" w14:textId="77777777" w:rsidR="0099189D" w:rsidRDefault="00BF4F7F">
      <w:pPr>
        <w:pStyle w:val="Zoznamsodrkami"/>
        <w:spacing w:after="20"/>
      </w:pPr>
      <w:proofErr w:type="spellStart"/>
      <w:r>
        <w:t>čítať</w:t>
      </w:r>
      <w:proofErr w:type="spellEnd"/>
      <w:r>
        <w:t xml:space="preserve">, </w:t>
      </w:r>
      <w:proofErr w:type="spellStart"/>
      <w:r>
        <w:t>interpretovať</w:t>
      </w:r>
      <w:proofErr w:type="spellEnd"/>
      <w:r>
        <w:t xml:space="preserve"> a </w:t>
      </w:r>
      <w:proofErr w:type="spellStart"/>
      <w:r>
        <w:t>porovnávať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z </w:t>
      </w:r>
      <w:proofErr w:type="spellStart"/>
      <w:r>
        <w:t>fyzických</w:t>
      </w:r>
      <w:proofErr w:type="spellEnd"/>
      <w:r>
        <w:t xml:space="preserve">, </w:t>
      </w:r>
      <w:proofErr w:type="spellStart"/>
      <w:r>
        <w:t>politických</w:t>
      </w:r>
      <w:proofErr w:type="spellEnd"/>
      <w:r>
        <w:t xml:space="preserve"> a </w:t>
      </w:r>
      <w:proofErr w:type="spellStart"/>
      <w:r>
        <w:t>tematických</w:t>
      </w:r>
      <w:proofErr w:type="spellEnd"/>
      <w:r>
        <w:t xml:space="preserve"> </w:t>
      </w:r>
      <w:proofErr w:type="spellStart"/>
      <w:r>
        <w:t>máp</w:t>
      </w:r>
      <w:proofErr w:type="spellEnd"/>
      <w:r>
        <w:t>;</w:t>
      </w:r>
    </w:p>
    <w:p w14:paraId="544C0BB9" w14:textId="77777777" w:rsidR="0099189D" w:rsidRDefault="00BF4F7F">
      <w:pPr>
        <w:pStyle w:val="Zoznamsodrkami"/>
        <w:spacing w:after="20"/>
      </w:pPr>
      <w:proofErr w:type="spellStart"/>
      <w:r>
        <w:t>charakterizovať</w:t>
      </w:r>
      <w:proofErr w:type="spellEnd"/>
      <w:r>
        <w:t xml:space="preserve"> </w:t>
      </w:r>
      <w:proofErr w:type="spellStart"/>
      <w:r>
        <w:t>prírodné</w:t>
      </w:r>
      <w:proofErr w:type="spellEnd"/>
      <w:r>
        <w:t xml:space="preserve"> </w:t>
      </w:r>
      <w:proofErr w:type="spellStart"/>
      <w:r>
        <w:t>pomery</w:t>
      </w:r>
      <w:proofErr w:type="spellEnd"/>
      <w:r>
        <w:t xml:space="preserve"> </w:t>
      </w:r>
      <w:proofErr w:type="spellStart"/>
      <w:r>
        <w:t>Austrálie</w:t>
      </w:r>
      <w:proofErr w:type="spellEnd"/>
      <w:r>
        <w:t xml:space="preserve">, </w:t>
      </w:r>
      <w:proofErr w:type="spellStart"/>
      <w:r>
        <w:t>Oceánie</w:t>
      </w:r>
      <w:proofErr w:type="spellEnd"/>
      <w:r>
        <w:t xml:space="preserve">, </w:t>
      </w:r>
      <w:proofErr w:type="spellStart"/>
      <w:r>
        <w:t>polárnych</w:t>
      </w:r>
      <w:proofErr w:type="spellEnd"/>
      <w:r>
        <w:t xml:space="preserve"> </w:t>
      </w:r>
      <w:proofErr w:type="spellStart"/>
      <w:r>
        <w:t>oblastí</w:t>
      </w:r>
      <w:proofErr w:type="spellEnd"/>
      <w:r>
        <w:t xml:space="preserve"> a </w:t>
      </w:r>
      <w:proofErr w:type="spellStart"/>
      <w:r>
        <w:t>Ameriky</w:t>
      </w:r>
      <w:proofErr w:type="spellEnd"/>
      <w:r>
        <w:t>;</w:t>
      </w:r>
    </w:p>
    <w:p w14:paraId="046AAA7A" w14:textId="77777777" w:rsidR="0099189D" w:rsidRDefault="00BF4F7F">
      <w:pPr>
        <w:pStyle w:val="Zoznamsodrkami"/>
        <w:spacing w:after="20"/>
      </w:pPr>
      <w:proofErr w:type="spellStart"/>
      <w:r>
        <w:t>vysvetliť</w:t>
      </w:r>
      <w:proofErr w:type="spellEnd"/>
      <w:r>
        <w:t xml:space="preserve"> </w:t>
      </w:r>
      <w:proofErr w:type="spellStart"/>
      <w:r>
        <w:t>súvislosti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</w:t>
      </w:r>
      <w:proofErr w:type="spellStart"/>
      <w:r>
        <w:t>polohou</w:t>
      </w:r>
      <w:proofErr w:type="spellEnd"/>
      <w:r>
        <w:t xml:space="preserve">, </w:t>
      </w:r>
      <w:proofErr w:type="spellStart"/>
      <w:r>
        <w:t>podnebím</w:t>
      </w:r>
      <w:proofErr w:type="spellEnd"/>
      <w:r>
        <w:t xml:space="preserve">, </w:t>
      </w:r>
      <w:proofErr w:type="spellStart"/>
      <w:r>
        <w:t>vodstvom</w:t>
      </w:r>
      <w:proofErr w:type="spellEnd"/>
      <w:r>
        <w:t xml:space="preserve">, </w:t>
      </w:r>
      <w:proofErr w:type="spellStart"/>
      <w:r>
        <w:t>rastlinstvom</w:t>
      </w:r>
      <w:proofErr w:type="spellEnd"/>
      <w:r>
        <w:t xml:space="preserve">, </w:t>
      </w:r>
      <w:proofErr w:type="spellStart"/>
      <w:r>
        <w:t>živočíšstvom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osídlením</w:t>
      </w:r>
      <w:proofErr w:type="spellEnd"/>
      <w:r>
        <w:t>;</w:t>
      </w:r>
    </w:p>
    <w:p w14:paraId="0B1ABDE0" w14:textId="77777777" w:rsidR="0099189D" w:rsidRDefault="00BF4F7F">
      <w:pPr>
        <w:pStyle w:val="Zoznamsodrkami"/>
        <w:spacing w:after="20"/>
      </w:pPr>
      <w:proofErr w:type="spellStart"/>
      <w:r>
        <w:t>porovnať</w:t>
      </w:r>
      <w:proofErr w:type="spellEnd"/>
      <w:r>
        <w:t xml:space="preserve"> </w:t>
      </w:r>
      <w:proofErr w:type="spellStart"/>
      <w:r>
        <w:t>hospodárstvo</w:t>
      </w:r>
      <w:proofErr w:type="spellEnd"/>
      <w:r>
        <w:t xml:space="preserve"> a </w:t>
      </w:r>
      <w:proofErr w:type="spellStart"/>
      <w:r>
        <w:t>spôsob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obyvateľov</w:t>
      </w:r>
      <w:proofErr w:type="spellEnd"/>
      <w:r>
        <w:t xml:space="preserve"> </w:t>
      </w:r>
      <w:proofErr w:type="spellStart"/>
      <w:r>
        <w:t>vybraných</w:t>
      </w:r>
      <w:proofErr w:type="spellEnd"/>
      <w:r>
        <w:t xml:space="preserve"> </w:t>
      </w:r>
      <w:proofErr w:type="spellStart"/>
      <w:r>
        <w:t>krajín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oblastí</w:t>
      </w:r>
      <w:proofErr w:type="spellEnd"/>
      <w:r>
        <w:t>;</w:t>
      </w:r>
    </w:p>
    <w:p w14:paraId="1BF2ECA8" w14:textId="77777777" w:rsidR="0099189D" w:rsidRDefault="00BF4F7F">
      <w:pPr>
        <w:pStyle w:val="Zoznamsodrkami"/>
        <w:spacing w:after="20"/>
      </w:pPr>
      <w:proofErr w:type="spellStart"/>
      <w:r>
        <w:t>identifikovať</w:t>
      </w:r>
      <w:proofErr w:type="spellEnd"/>
      <w:r>
        <w:t xml:space="preserve"> </w:t>
      </w:r>
      <w:proofErr w:type="spellStart"/>
      <w:r>
        <w:t>environmentálne</w:t>
      </w:r>
      <w:proofErr w:type="spellEnd"/>
      <w:r>
        <w:t xml:space="preserve">, </w:t>
      </w:r>
      <w:proofErr w:type="spellStart"/>
      <w:r>
        <w:t>sociálne</w:t>
      </w:r>
      <w:proofErr w:type="spellEnd"/>
      <w:r>
        <w:t xml:space="preserve"> a </w:t>
      </w:r>
      <w:proofErr w:type="spellStart"/>
      <w:r>
        <w:t>hospodárske</w:t>
      </w:r>
      <w:proofErr w:type="spellEnd"/>
      <w:r>
        <w:t xml:space="preserve"> </w:t>
      </w:r>
      <w:proofErr w:type="spellStart"/>
      <w:r>
        <w:t>problémy</w:t>
      </w:r>
      <w:proofErr w:type="spellEnd"/>
      <w:r>
        <w:t xml:space="preserve"> </w:t>
      </w:r>
      <w:proofErr w:type="spellStart"/>
      <w:r>
        <w:t>regiónov</w:t>
      </w:r>
      <w:proofErr w:type="spellEnd"/>
      <w:r>
        <w:t xml:space="preserve"> a </w:t>
      </w:r>
      <w:proofErr w:type="spellStart"/>
      <w:r>
        <w:t>navrhnúť</w:t>
      </w:r>
      <w:proofErr w:type="spellEnd"/>
      <w:r>
        <w:t xml:space="preserve"> </w:t>
      </w:r>
      <w:proofErr w:type="spellStart"/>
      <w:r>
        <w:t>primerané</w:t>
      </w:r>
      <w:proofErr w:type="spellEnd"/>
      <w:r>
        <w:t xml:space="preserve"> </w:t>
      </w:r>
      <w:proofErr w:type="spellStart"/>
      <w:r>
        <w:t>riešenia</w:t>
      </w:r>
      <w:proofErr w:type="spellEnd"/>
      <w:r>
        <w:t>;</w:t>
      </w:r>
    </w:p>
    <w:p w14:paraId="516D97F0" w14:textId="77777777" w:rsidR="0099189D" w:rsidRDefault="00BF4F7F">
      <w:pPr>
        <w:pStyle w:val="Zoznamsodrkami"/>
        <w:spacing w:after="20"/>
      </w:pPr>
      <w:proofErr w:type="spellStart"/>
      <w:r>
        <w:t>využívať</w:t>
      </w:r>
      <w:proofErr w:type="spellEnd"/>
      <w:r>
        <w:t xml:space="preserve"> </w:t>
      </w:r>
      <w:proofErr w:type="spellStart"/>
      <w:r>
        <w:t>geografické</w:t>
      </w:r>
      <w:proofErr w:type="spellEnd"/>
      <w:r>
        <w:t xml:space="preserve"> </w:t>
      </w:r>
      <w:proofErr w:type="spellStart"/>
      <w:r>
        <w:t>informácie</w:t>
      </w:r>
      <w:proofErr w:type="spellEnd"/>
      <w:r>
        <w:t xml:space="preserve"> z </w:t>
      </w:r>
      <w:proofErr w:type="spellStart"/>
      <w:r>
        <w:t>atlasu</w:t>
      </w:r>
      <w:proofErr w:type="spellEnd"/>
      <w:r>
        <w:t xml:space="preserve">, </w:t>
      </w:r>
      <w:proofErr w:type="spellStart"/>
      <w:r>
        <w:t>učebnice</w:t>
      </w:r>
      <w:proofErr w:type="spellEnd"/>
      <w:r>
        <w:t xml:space="preserve">, </w:t>
      </w:r>
      <w:proofErr w:type="spellStart"/>
      <w:r>
        <w:t>digitálnych</w:t>
      </w:r>
      <w:proofErr w:type="spellEnd"/>
      <w:r>
        <w:t xml:space="preserve"> </w:t>
      </w:r>
      <w:proofErr w:type="spellStart"/>
      <w:r>
        <w:t>máp</w:t>
      </w:r>
      <w:proofErr w:type="spellEnd"/>
      <w:r>
        <w:t xml:space="preserve"> a </w:t>
      </w:r>
      <w:proofErr w:type="spellStart"/>
      <w:r>
        <w:t>dôveryhodných</w:t>
      </w:r>
      <w:proofErr w:type="spellEnd"/>
      <w:r>
        <w:t xml:space="preserve"> </w:t>
      </w:r>
      <w:proofErr w:type="spellStart"/>
      <w:r>
        <w:t>internetových</w:t>
      </w:r>
      <w:proofErr w:type="spellEnd"/>
      <w:r>
        <w:t xml:space="preserve"> </w:t>
      </w:r>
      <w:proofErr w:type="spellStart"/>
      <w:r>
        <w:t>zdrojov</w:t>
      </w:r>
      <w:proofErr w:type="spellEnd"/>
      <w:r>
        <w:t>;</w:t>
      </w:r>
    </w:p>
    <w:p w14:paraId="746AA0C9" w14:textId="77777777" w:rsidR="0099189D" w:rsidRDefault="00BF4F7F">
      <w:pPr>
        <w:pStyle w:val="Zoznamsodrkami"/>
        <w:spacing w:after="20"/>
      </w:pPr>
      <w:proofErr w:type="spellStart"/>
      <w:r>
        <w:t>samostatne</w:t>
      </w:r>
      <w:proofErr w:type="spellEnd"/>
      <w:r>
        <w:t xml:space="preserve"> </w:t>
      </w:r>
      <w:proofErr w:type="spellStart"/>
      <w:r>
        <w:t>spracovať</w:t>
      </w:r>
      <w:proofErr w:type="spellEnd"/>
      <w:r>
        <w:t xml:space="preserve"> a </w:t>
      </w:r>
      <w:proofErr w:type="spellStart"/>
      <w:r>
        <w:t>prezentovať</w:t>
      </w:r>
      <w:proofErr w:type="spellEnd"/>
      <w:r>
        <w:t xml:space="preserve"> </w:t>
      </w:r>
      <w:proofErr w:type="spellStart"/>
      <w:r>
        <w:t>geografický</w:t>
      </w:r>
      <w:proofErr w:type="spellEnd"/>
      <w:r>
        <w:t xml:space="preserve"> </w:t>
      </w:r>
      <w:proofErr w:type="spellStart"/>
      <w:r>
        <w:t>projekt</w:t>
      </w:r>
      <w:proofErr w:type="spellEnd"/>
      <w:r>
        <w:t>.</w:t>
      </w:r>
    </w:p>
    <w:p w14:paraId="39A72D9D" w14:textId="77777777" w:rsidR="0099189D" w:rsidRDefault="00BF4F7F">
      <w:pPr>
        <w:pStyle w:val="Nadpis1"/>
      </w:pPr>
      <w:r>
        <w:rPr>
          <w:rFonts w:ascii="Arial" w:hAnsi="Arial"/>
        </w:rPr>
        <w:t xml:space="preserve">3. </w:t>
      </w:r>
      <w:proofErr w:type="spellStart"/>
      <w:r>
        <w:rPr>
          <w:rFonts w:ascii="Arial" w:hAnsi="Arial"/>
        </w:rPr>
        <w:t>Kompetencie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gramotnosti</w:t>
      </w:r>
      <w:proofErr w:type="spellEnd"/>
    </w:p>
    <w:p w14:paraId="5D8DBDC5" w14:textId="77777777" w:rsidR="0099189D" w:rsidRDefault="00BF4F7F">
      <w:pPr>
        <w:pStyle w:val="Zoznamsodrkami"/>
        <w:spacing w:after="20"/>
      </w:pPr>
      <w:proofErr w:type="spellStart"/>
      <w:r>
        <w:t>geografická</w:t>
      </w:r>
      <w:proofErr w:type="spellEnd"/>
      <w:r>
        <w:t xml:space="preserve"> a </w:t>
      </w:r>
      <w:proofErr w:type="spellStart"/>
      <w:r>
        <w:t>priestorová</w:t>
      </w:r>
      <w:proofErr w:type="spellEnd"/>
      <w:r>
        <w:t xml:space="preserve"> </w:t>
      </w:r>
      <w:proofErr w:type="spellStart"/>
      <w:r>
        <w:t>gramotnosť</w:t>
      </w:r>
      <w:proofErr w:type="spellEnd"/>
      <w:r>
        <w:t xml:space="preserve"> – </w:t>
      </w:r>
      <w:proofErr w:type="spellStart"/>
      <w:r>
        <w:t>orientácia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mape</w:t>
      </w:r>
      <w:proofErr w:type="spellEnd"/>
      <w:r>
        <w:t xml:space="preserve">, </w:t>
      </w:r>
      <w:proofErr w:type="spellStart"/>
      <w:r>
        <w:t>práca</w:t>
      </w:r>
      <w:proofErr w:type="spellEnd"/>
      <w:r>
        <w:t xml:space="preserve"> so </w:t>
      </w:r>
      <w:proofErr w:type="spellStart"/>
      <w:r>
        <w:t>súradnicami</w:t>
      </w:r>
      <w:proofErr w:type="spellEnd"/>
      <w:r>
        <w:t xml:space="preserve">, </w:t>
      </w:r>
      <w:proofErr w:type="spellStart"/>
      <w:r>
        <w:t>interpretácia</w:t>
      </w:r>
      <w:proofErr w:type="spellEnd"/>
      <w:r>
        <w:t xml:space="preserve"> </w:t>
      </w:r>
      <w:proofErr w:type="spellStart"/>
      <w:r>
        <w:t>priestorových</w:t>
      </w:r>
      <w:proofErr w:type="spellEnd"/>
      <w:r>
        <w:t xml:space="preserve"> </w:t>
      </w:r>
      <w:proofErr w:type="spellStart"/>
      <w:r>
        <w:t>údajov</w:t>
      </w:r>
      <w:proofErr w:type="spellEnd"/>
      <w:r>
        <w:t>;</w:t>
      </w:r>
    </w:p>
    <w:p w14:paraId="21B61153" w14:textId="77777777" w:rsidR="0099189D" w:rsidRDefault="00BF4F7F">
      <w:pPr>
        <w:pStyle w:val="Zoznamsodrkami"/>
        <w:spacing w:after="20"/>
      </w:pPr>
      <w:proofErr w:type="spellStart"/>
      <w:r>
        <w:t>čitateľská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informačná</w:t>
      </w:r>
      <w:proofErr w:type="spellEnd"/>
      <w:r>
        <w:t xml:space="preserve"> </w:t>
      </w:r>
      <w:proofErr w:type="spellStart"/>
      <w:r>
        <w:t>gramotnosť</w:t>
      </w:r>
      <w:proofErr w:type="spellEnd"/>
      <w:r>
        <w:t xml:space="preserve"> – </w:t>
      </w:r>
      <w:proofErr w:type="spellStart"/>
      <w:r>
        <w:t>vyhľadávanie</w:t>
      </w:r>
      <w:proofErr w:type="spellEnd"/>
      <w:r>
        <w:t xml:space="preserve">, </w:t>
      </w:r>
      <w:proofErr w:type="spellStart"/>
      <w:r>
        <w:t>výber</w:t>
      </w:r>
      <w:proofErr w:type="spellEnd"/>
      <w:r>
        <w:t xml:space="preserve">, </w:t>
      </w:r>
      <w:proofErr w:type="spellStart"/>
      <w:r>
        <w:t>overovanie</w:t>
      </w:r>
      <w:proofErr w:type="spellEnd"/>
      <w:r>
        <w:t xml:space="preserve"> a </w:t>
      </w:r>
      <w:proofErr w:type="spellStart"/>
      <w:r>
        <w:t>spracovanie</w:t>
      </w:r>
      <w:proofErr w:type="spellEnd"/>
      <w:r>
        <w:t xml:space="preserve"> </w:t>
      </w:r>
      <w:proofErr w:type="spellStart"/>
      <w:r>
        <w:t>geografických</w:t>
      </w:r>
      <w:proofErr w:type="spellEnd"/>
      <w:r>
        <w:t xml:space="preserve"> </w:t>
      </w:r>
      <w:proofErr w:type="spellStart"/>
      <w:r>
        <w:t>informácií</w:t>
      </w:r>
      <w:proofErr w:type="spellEnd"/>
      <w:r>
        <w:t>;</w:t>
      </w:r>
    </w:p>
    <w:p w14:paraId="60C36010" w14:textId="77777777" w:rsidR="0099189D" w:rsidRDefault="00BF4F7F">
      <w:pPr>
        <w:pStyle w:val="Zoznamsodrkami"/>
        <w:spacing w:after="20"/>
      </w:pPr>
      <w:proofErr w:type="spellStart"/>
      <w:r>
        <w:t>digitálna</w:t>
      </w:r>
      <w:proofErr w:type="spellEnd"/>
      <w:r>
        <w:t xml:space="preserve"> </w:t>
      </w:r>
      <w:proofErr w:type="spellStart"/>
      <w:r>
        <w:t>gramotnosť</w:t>
      </w:r>
      <w:proofErr w:type="spellEnd"/>
      <w:r>
        <w:t xml:space="preserve"> – </w:t>
      </w:r>
      <w:proofErr w:type="spellStart"/>
      <w:r>
        <w:t>používanie</w:t>
      </w:r>
      <w:proofErr w:type="spellEnd"/>
      <w:r>
        <w:t xml:space="preserve"> </w:t>
      </w:r>
      <w:proofErr w:type="spellStart"/>
      <w:r>
        <w:t>digitálnych</w:t>
      </w:r>
      <w:proofErr w:type="spellEnd"/>
      <w:r>
        <w:t xml:space="preserve"> </w:t>
      </w:r>
      <w:proofErr w:type="spellStart"/>
      <w:r>
        <w:t>máp</w:t>
      </w:r>
      <w:proofErr w:type="spellEnd"/>
      <w:r>
        <w:t xml:space="preserve">, GPS a </w:t>
      </w:r>
      <w:proofErr w:type="spellStart"/>
      <w:r>
        <w:t>vhodných</w:t>
      </w:r>
      <w:proofErr w:type="spellEnd"/>
      <w:r>
        <w:t xml:space="preserve"> </w:t>
      </w:r>
      <w:proofErr w:type="spellStart"/>
      <w:r>
        <w:t>digitálnych</w:t>
      </w:r>
      <w:proofErr w:type="spellEnd"/>
      <w:r>
        <w:t xml:space="preserve"> </w:t>
      </w:r>
      <w:proofErr w:type="spellStart"/>
      <w:r>
        <w:t>nástrojov</w:t>
      </w:r>
      <w:proofErr w:type="spellEnd"/>
      <w:r>
        <w:t>;</w:t>
      </w:r>
    </w:p>
    <w:p w14:paraId="42492785" w14:textId="77777777" w:rsidR="0099189D" w:rsidRDefault="00BF4F7F">
      <w:pPr>
        <w:pStyle w:val="Zoznamsodrkami"/>
        <w:spacing w:after="20"/>
      </w:pPr>
      <w:proofErr w:type="spellStart"/>
      <w:r>
        <w:t>mediálna</w:t>
      </w:r>
      <w:proofErr w:type="spellEnd"/>
      <w:r>
        <w:t xml:space="preserve"> </w:t>
      </w:r>
      <w:proofErr w:type="spellStart"/>
      <w:r>
        <w:t>gramotnosť</w:t>
      </w:r>
      <w:proofErr w:type="spellEnd"/>
      <w:r>
        <w:t xml:space="preserve"> – </w:t>
      </w:r>
      <w:proofErr w:type="spellStart"/>
      <w:r>
        <w:t>posudzovanie</w:t>
      </w:r>
      <w:proofErr w:type="spellEnd"/>
      <w:r>
        <w:t xml:space="preserve"> </w:t>
      </w:r>
      <w:proofErr w:type="spellStart"/>
      <w:r>
        <w:t>dôveryhodnosti</w:t>
      </w:r>
      <w:proofErr w:type="spellEnd"/>
      <w:r>
        <w:t xml:space="preserve"> </w:t>
      </w:r>
      <w:proofErr w:type="spellStart"/>
      <w:r>
        <w:t>geografických</w:t>
      </w:r>
      <w:proofErr w:type="spellEnd"/>
      <w:r>
        <w:t xml:space="preserve"> </w:t>
      </w:r>
      <w:proofErr w:type="spellStart"/>
      <w:r>
        <w:t>informácií</w:t>
      </w:r>
      <w:proofErr w:type="spellEnd"/>
      <w:r>
        <w:t xml:space="preserve"> a </w:t>
      </w:r>
      <w:proofErr w:type="spellStart"/>
      <w:r>
        <w:t>prezentácií</w:t>
      </w:r>
      <w:proofErr w:type="spellEnd"/>
      <w:r>
        <w:t>;</w:t>
      </w:r>
    </w:p>
    <w:p w14:paraId="0B7DEDC4" w14:textId="77777777" w:rsidR="0099189D" w:rsidRDefault="00BF4F7F">
      <w:pPr>
        <w:pStyle w:val="Zoznamsodrkami"/>
        <w:spacing w:after="20"/>
      </w:pPr>
      <w:proofErr w:type="spellStart"/>
      <w:r>
        <w:t>environmentálna</w:t>
      </w:r>
      <w:proofErr w:type="spellEnd"/>
      <w:r>
        <w:t xml:space="preserve"> </w:t>
      </w:r>
      <w:proofErr w:type="spellStart"/>
      <w:r>
        <w:t>gramotnosť</w:t>
      </w:r>
      <w:proofErr w:type="spellEnd"/>
      <w:r>
        <w:t xml:space="preserve"> – </w:t>
      </w:r>
      <w:proofErr w:type="spellStart"/>
      <w:r>
        <w:t>chápanie</w:t>
      </w:r>
      <w:proofErr w:type="spellEnd"/>
      <w:r>
        <w:t xml:space="preserve"> </w:t>
      </w:r>
      <w:proofErr w:type="spellStart"/>
      <w:r>
        <w:t>vplyvu</w:t>
      </w:r>
      <w:proofErr w:type="spellEnd"/>
      <w:r>
        <w:t xml:space="preserve"> </w:t>
      </w:r>
      <w:proofErr w:type="spellStart"/>
      <w:r>
        <w:t>prírodných</w:t>
      </w:r>
      <w:proofErr w:type="spellEnd"/>
      <w:r>
        <w:t xml:space="preserve"> </w:t>
      </w:r>
      <w:proofErr w:type="spellStart"/>
      <w:r>
        <w:t>procesov</w:t>
      </w:r>
      <w:proofErr w:type="spellEnd"/>
      <w:r>
        <w:t xml:space="preserve"> a </w:t>
      </w:r>
      <w:proofErr w:type="spellStart"/>
      <w:r>
        <w:t>ľudskej</w:t>
      </w:r>
      <w:proofErr w:type="spellEnd"/>
      <w:r>
        <w:t xml:space="preserve"> </w:t>
      </w:r>
      <w:proofErr w:type="spellStart"/>
      <w:r>
        <w:t>činnosti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krajinu</w:t>
      </w:r>
      <w:proofErr w:type="spellEnd"/>
      <w:r>
        <w:t>;</w:t>
      </w:r>
    </w:p>
    <w:p w14:paraId="79172083" w14:textId="77777777" w:rsidR="0099189D" w:rsidRDefault="00BF4F7F">
      <w:pPr>
        <w:pStyle w:val="Zoznamsodrkami"/>
        <w:spacing w:after="20"/>
      </w:pPr>
      <w:proofErr w:type="spellStart"/>
      <w:r>
        <w:t>finančná</w:t>
      </w:r>
      <w:proofErr w:type="spellEnd"/>
      <w:r>
        <w:t xml:space="preserve"> </w:t>
      </w:r>
      <w:proofErr w:type="spellStart"/>
      <w:r>
        <w:t>gramotnosť</w:t>
      </w:r>
      <w:proofErr w:type="spellEnd"/>
      <w:r>
        <w:t xml:space="preserve"> – </w:t>
      </w:r>
      <w:proofErr w:type="spellStart"/>
      <w:r>
        <w:t>súvislosti</w:t>
      </w:r>
      <w:proofErr w:type="spellEnd"/>
      <w:r>
        <w:t xml:space="preserve"> </w:t>
      </w:r>
      <w:proofErr w:type="spellStart"/>
      <w:r>
        <w:t>hospodárstva</w:t>
      </w:r>
      <w:proofErr w:type="spellEnd"/>
      <w:r>
        <w:t xml:space="preserve">, </w:t>
      </w:r>
      <w:proofErr w:type="spellStart"/>
      <w:r>
        <w:t>zdrojov</w:t>
      </w:r>
      <w:proofErr w:type="spellEnd"/>
      <w:r>
        <w:t xml:space="preserve">, </w:t>
      </w:r>
      <w:proofErr w:type="spellStart"/>
      <w:r>
        <w:t>poľnohospodárstva</w:t>
      </w:r>
      <w:proofErr w:type="spellEnd"/>
      <w:r>
        <w:t xml:space="preserve">, </w:t>
      </w:r>
      <w:proofErr w:type="spellStart"/>
      <w:r>
        <w:t>priemyslu</w:t>
      </w:r>
      <w:proofErr w:type="spellEnd"/>
      <w:r>
        <w:t xml:space="preserve"> a </w:t>
      </w:r>
      <w:proofErr w:type="spellStart"/>
      <w:r>
        <w:t>dopravy</w:t>
      </w:r>
      <w:proofErr w:type="spellEnd"/>
      <w:r>
        <w:t>;</w:t>
      </w:r>
    </w:p>
    <w:p w14:paraId="07473728" w14:textId="77777777" w:rsidR="0099189D" w:rsidRDefault="00BF4F7F">
      <w:pPr>
        <w:pStyle w:val="Zoznamsodrkami"/>
        <w:spacing w:after="20"/>
      </w:pPr>
      <w:proofErr w:type="spellStart"/>
      <w:r>
        <w:t>sociálne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občianske</w:t>
      </w:r>
      <w:proofErr w:type="spellEnd"/>
      <w:r>
        <w:t xml:space="preserve"> </w:t>
      </w:r>
      <w:proofErr w:type="spellStart"/>
      <w:r>
        <w:t>kompetencie</w:t>
      </w:r>
      <w:proofErr w:type="spellEnd"/>
      <w:r>
        <w:t xml:space="preserve"> – </w:t>
      </w:r>
      <w:proofErr w:type="spellStart"/>
      <w:r>
        <w:t>rešpektovanie</w:t>
      </w:r>
      <w:proofErr w:type="spellEnd"/>
      <w:r>
        <w:t xml:space="preserve"> </w:t>
      </w:r>
      <w:proofErr w:type="spellStart"/>
      <w:r>
        <w:t>kultúrnej</w:t>
      </w:r>
      <w:proofErr w:type="spellEnd"/>
      <w:r>
        <w:t xml:space="preserve"> </w:t>
      </w:r>
      <w:proofErr w:type="spellStart"/>
      <w:r>
        <w:t>rozmanitosti</w:t>
      </w:r>
      <w:proofErr w:type="spellEnd"/>
      <w:r>
        <w:t xml:space="preserve"> a </w:t>
      </w:r>
      <w:proofErr w:type="spellStart"/>
      <w:r>
        <w:t>rôznych</w:t>
      </w:r>
      <w:proofErr w:type="spellEnd"/>
      <w:r>
        <w:t xml:space="preserve"> </w:t>
      </w:r>
      <w:proofErr w:type="spellStart"/>
      <w:r>
        <w:t>spôsobov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;</w:t>
      </w:r>
    </w:p>
    <w:p w14:paraId="521BACDB" w14:textId="77777777" w:rsidR="0099189D" w:rsidRDefault="00BF4F7F">
      <w:pPr>
        <w:pStyle w:val="Zoznamsodrkami"/>
        <w:spacing w:after="20"/>
      </w:pPr>
      <w:r>
        <w:t xml:space="preserve">AI </w:t>
      </w:r>
      <w:proofErr w:type="spellStart"/>
      <w:r>
        <w:t>gramotnosť</w:t>
      </w:r>
      <w:proofErr w:type="spellEnd"/>
      <w:r>
        <w:t xml:space="preserve"> – </w:t>
      </w:r>
      <w:proofErr w:type="spellStart"/>
      <w:r>
        <w:t>zodpovedné</w:t>
      </w:r>
      <w:proofErr w:type="spellEnd"/>
      <w:r>
        <w:t xml:space="preserve"> </w:t>
      </w:r>
      <w:proofErr w:type="spellStart"/>
      <w:r>
        <w:t>využívanie</w:t>
      </w:r>
      <w:proofErr w:type="spellEnd"/>
      <w:r>
        <w:t xml:space="preserve"> </w:t>
      </w:r>
      <w:proofErr w:type="spellStart"/>
      <w:r>
        <w:t>nástrojov</w:t>
      </w:r>
      <w:proofErr w:type="spellEnd"/>
      <w:r>
        <w:t xml:space="preserve"> </w:t>
      </w:r>
      <w:proofErr w:type="spellStart"/>
      <w:r>
        <w:t>umelej</w:t>
      </w:r>
      <w:proofErr w:type="spellEnd"/>
      <w:r>
        <w:t xml:space="preserve"> </w:t>
      </w:r>
      <w:proofErr w:type="spellStart"/>
      <w:r>
        <w:t>inteligencie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vyhľadávaní</w:t>
      </w:r>
      <w:proofErr w:type="spellEnd"/>
      <w:r>
        <w:t xml:space="preserve"> a </w:t>
      </w:r>
      <w:proofErr w:type="spellStart"/>
      <w:r>
        <w:t>spracovaní</w:t>
      </w:r>
      <w:proofErr w:type="spellEnd"/>
      <w:r>
        <w:t xml:space="preserve"> </w:t>
      </w:r>
      <w:proofErr w:type="spellStart"/>
      <w:r>
        <w:t>informácií</w:t>
      </w:r>
      <w:proofErr w:type="spellEnd"/>
      <w:r>
        <w:t xml:space="preserve">, s </w:t>
      </w:r>
      <w:proofErr w:type="spellStart"/>
      <w:r>
        <w:t>overovaním</w:t>
      </w:r>
      <w:proofErr w:type="spellEnd"/>
      <w:r>
        <w:t xml:space="preserve"> </w:t>
      </w:r>
      <w:proofErr w:type="spellStart"/>
      <w:r>
        <w:t>správnosti</w:t>
      </w:r>
      <w:proofErr w:type="spellEnd"/>
      <w:r>
        <w:t xml:space="preserve"> a </w:t>
      </w:r>
      <w:proofErr w:type="spellStart"/>
      <w:r>
        <w:t>pôvodu</w:t>
      </w:r>
      <w:proofErr w:type="spellEnd"/>
      <w:r>
        <w:t xml:space="preserve"> </w:t>
      </w:r>
      <w:proofErr w:type="spellStart"/>
      <w:r>
        <w:t>údajov</w:t>
      </w:r>
      <w:proofErr w:type="spellEnd"/>
      <w:r>
        <w:t>.</w:t>
      </w:r>
    </w:p>
    <w:p w14:paraId="0AC337A9" w14:textId="77777777" w:rsidR="0099189D" w:rsidRDefault="00BF4F7F">
      <w:pPr>
        <w:pStyle w:val="Nadpis1"/>
      </w:pPr>
      <w:r>
        <w:rPr>
          <w:rFonts w:ascii="Arial" w:hAnsi="Arial"/>
        </w:rPr>
        <w:t xml:space="preserve">4. </w:t>
      </w:r>
      <w:proofErr w:type="spellStart"/>
      <w:r>
        <w:rPr>
          <w:rFonts w:ascii="Arial" w:hAnsi="Arial"/>
        </w:rPr>
        <w:t>Obsahový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výkonový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štandard</w:t>
      </w:r>
      <w:proofErr w:type="spellEnd"/>
      <w:r>
        <w:rPr>
          <w:rFonts w:ascii="Arial" w:hAnsi="Arial"/>
        </w:rPr>
        <w:t xml:space="preserve"> – 9. </w:t>
      </w:r>
      <w:proofErr w:type="spellStart"/>
      <w:r>
        <w:rPr>
          <w:rFonts w:ascii="Arial" w:hAnsi="Arial"/>
        </w:rPr>
        <w:t>ročník</w:t>
      </w:r>
      <w:proofErr w:type="spellEnd"/>
    </w:p>
    <w:p w14:paraId="7E3B09A9" w14:textId="2AA01D60" w:rsidR="0099189D" w:rsidRDefault="00BF4F7F">
      <w:proofErr w:type="spellStart"/>
      <w:r>
        <w:t>Obsahový</w:t>
      </w:r>
      <w:proofErr w:type="spellEnd"/>
      <w:r>
        <w:t xml:space="preserve"> a </w:t>
      </w:r>
      <w:proofErr w:type="spellStart"/>
      <w:r>
        <w:t>výkonový</w:t>
      </w:r>
      <w:proofErr w:type="spellEnd"/>
      <w:r>
        <w:t xml:space="preserve"> </w:t>
      </w:r>
      <w:proofErr w:type="spellStart"/>
      <w:r>
        <w:t>štandard</w:t>
      </w:r>
      <w:proofErr w:type="spellEnd"/>
      <w:r>
        <w:t xml:space="preserve"> je </w:t>
      </w:r>
      <w:proofErr w:type="spellStart"/>
      <w:r>
        <w:t>viazaný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aktuálny</w:t>
      </w:r>
      <w:proofErr w:type="spellEnd"/>
      <w:r>
        <w:t xml:space="preserve"> </w:t>
      </w:r>
      <w:proofErr w:type="spellStart"/>
      <w:r>
        <w:t>štátny</w:t>
      </w:r>
      <w:proofErr w:type="spellEnd"/>
      <w:r>
        <w:t xml:space="preserve"> </w:t>
      </w:r>
      <w:proofErr w:type="spellStart"/>
      <w:r>
        <w:t>vzdelávací</w:t>
      </w:r>
      <w:proofErr w:type="spellEnd"/>
      <w:r>
        <w:t xml:space="preserve"> program pre </w:t>
      </w:r>
      <w:proofErr w:type="spellStart"/>
      <w:r>
        <w:t>nižšie</w:t>
      </w:r>
      <w:proofErr w:type="spellEnd"/>
      <w:r>
        <w:t xml:space="preserve"> </w:t>
      </w:r>
      <w:proofErr w:type="spellStart"/>
      <w:r>
        <w:t>stredné</w:t>
      </w:r>
      <w:proofErr w:type="spellEnd"/>
      <w:r>
        <w:t xml:space="preserve"> </w:t>
      </w:r>
      <w:proofErr w:type="spellStart"/>
      <w:r>
        <w:t>vzdelávanie</w:t>
      </w:r>
      <w:proofErr w:type="spellEnd"/>
      <w:r>
        <w:t xml:space="preserve">. Pre 9. </w:t>
      </w:r>
      <w:proofErr w:type="spellStart"/>
      <w:r>
        <w:t>ročník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v </w:t>
      </w:r>
      <w:proofErr w:type="spellStart"/>
      <w:r>
        <w:t>aktuálnom</w:t>
      </w:r>
      <w:proofErr w:type="spellEnd"/>
      <w:r>
        <w:t xml:space="preserve"> </w:t>
      </w:r>
      <w:proofErr w:type="spellStart"/>
      <w:r>
        <w:t>štandarde</w:t>
      </w:r>
      <w:proofErr w:type="spellEnd"/>
      <w:r>
        <w:t xml:space="preserve"> </w:t>
      </w:r>
      <w:proofErr w:type="spellStart"/>
      <w:r>
        <w:t>zahrnuté</w:t>
      </w:r>
      <w:proofErr w:type="spellEnd"/>
      <w:r>
        <w:t xml:space="preserve"> </w:t>
      </w:r>
      <w:proofErr w:type="spellStart"/>
      <w:r>
        <w:t>najmä</w:t>
      </w:r>
      <w:proofErr w:type="spellEnd"/>
      <w:r>
        <w:t xml:space="preserve"> </w:t>
      </w:r>
      <w:proofErr w:type="spellStart"/>
      <w:r>
        <w:t>tematické</w:t>
      </w:r>
      <w:proofErr w:type="spellEnd"/>
      <w:r>
        <w:t xml:space="preserve"> </w:t>
      </w:r>
      <w:proofErr w:type="spellStart"/>
      <w:r>
        <w:t>celky</w:t>
      </w:r>
      <w:proofErr w:type="spellEnd"/>
      <w:r>
        <w:t xml:space="preserve"> </w:t>
      </w:r>
      <w:proofErr w:type="spellStart"/>
      <w:r>
        <w:t>Austrália</w:t>
      </w:r>
      <w:proofErr w:type="spellEnd"/>
      <w:r>
        <w:t xml:space="preserve"> a </w:t>
      </w:r>
      <w:proofErr w:type="spellStart"/>
      <w:r>
        <w:t>Oceánia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Amerika – </w:t>
      </w:r>
      <w:proofErr w:type="spellStart"/>
      <w:r>
        <w:t>Nový</w:t>
      </w:r>
      <w:proofErr w:type="spellEnd"/>
      <w:r>
        <w:t xml:space="preserve"> </w:t>
      </w:r>
      <w:proofErr w:type="spellStart"/>
      <w:r>
        <w:t>svet</w:t>
      </w:r>
      <w:proofErr w:type="spellEnd"/>
      <w:r>
        <w:t xml:space="preserve">, </w:t>
      </w:r>
      <w:proofErr w:type="spellStart"/>
      <w:r>
        <w:t>vrátane</w:t>
      </w:r>
      <w:proofErr w:type="spellEnd"/>
      <w:r>
        <w:t xml:space="preserve"> </w:t>
      </w:r>
      <w:proofErr w:type="spellStart"/>
      <w:r>
        <w:t>polohy</w:t>
      </w:r>
      <w:proofErr w:type="spellEnd"/>
      <w:r>
        <w:t xml:space="preserve">, </w:t>
      </w:r>
      <w:proofErr w:type="spellStart"/>
      <w:r>
        <w:t>prírodných</w:t>
      </w:r>
      <w:proofErr w:type="spellEnd"/>
      <w:r>
        <w:t xml:space="preserve"> </w:t>
      </w:r>
      <w:proofErr w:type="spellStart"/>
      <w:r>
        <w:t>pomerov</w:t>
      </w:r>
      <w:proofErr w:type="spellEnd"/>
      <w:r>
        <w:t xml:space="preserve">, </w:t>
      </w:r>
      <w:proofErr w:type="spellStart"/>
      <w:r>
        <w:t>obyvateľstva</w:t>
      </w:r>
      <w:proofErr w:type="spellEnd"/>
      <w:r>
        <w:t xml:space="preserve">, </w:t>
      </w:r>
      <w:proofErr w:type="spellStart"/>
      <w:r>
        <w:t>sídel</w:t>
      </w:r>
      <w:proofErr w:type="spellEnd"/>
      <w:r>
        <w:t xml:space="preserve">, </w:t>
      </w:r>
      <w:proofErr w:type="spellStart"/>
      <w:r>
        <w:t>hospodárstva</w:t>
      </w:r>
      <w:proofErr w:type="spellEnd"/>
      <w:r>
        <w:t xml:space="preserve">, </w:t>
      </w:r>
      <w:proofErr w:type="spellStart"/>
      <w:r>
        <w:t>problémov</w:t>
      </w:r>
      <w:proofErr w:type="spellEnd"/>
      <w:r>
        <w:t xml:space="preserve"> a </w:t>
      </w:r>
      <w:proofErr w:type="spellStart"/>
      <w:r>
        <w:t>pamiatok</w:t>
      </w:r>
      <w:proofErr w:type="spellEnd"/>
      <w:r>
        <w:t xml:space="preserve"> UNESCO. 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475"/>
        <w:gridCol w:w="3475"/>
        <w:gridCol w:w="3475"/>
      </w:tblGrid>
      <w:tr w:rsidR="0099189D" w14:paraId="0D85E0EB" w14:textId="77777777">
        <w:trPr>
          <w:tblHeader/>
          <w:jc w:val="center"/>
        </w:trPr>
        <w:tc>
          <w:tcPr>
            <w:tcW w:w="3475" w:type="dxa"/>
            <w:shd w:val="clear" w:color="auto" w:fill="D9EAF7"/>
            <w:vAlign w:val="center"/>
          </w:tcPr>
          <w:p w14:paraId="39EE8C3C" w14:textId="77777777" w:rsidR="0099189D" w:rsidRDefault="00BF4F7F">
            <w:proofErr w:type="spellStart"/>
            <w:r>
              <w:rPr>
                <w:b/>
                <w:sz w:val="16"/>
              </w:rPr>
              <w:t>Tematický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celok</w:t>
            </w:r>
            <w:proofErr w:type="spellEnd"/>
          </w:p>
        </w:tc>
        <w:tc>
          <w:tcPr>
            <w:tcW w:w="3475" w:type="dxa"/>
            <w:shd w:val="clear" w:color="auto" w:fill="D9EAF7"/>
            <w:vAlign w:val="center"/>
          </w:tcPr>
          <w:p w14:paraId="0F86ACBF" w14:textId="77777777" w:rsidR="0099189D" w:rsidRDefault="00BF4F7F">
            <w:proofErr w:type="spellStart"/>
            <w:r>
              <w:rPr>
                <w:b/>
                <w:sz w:val="16"/>
              </w:rPr>
              <w:t>Obsahový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štandard</w:t>
            </w:r>
            <w:proofErr w:type="spellEnd"/>
          </w:p>
        </w:tc>
        <w:tc>
          <w:tcPr>
            <w:tcW w:w="3475" w:type="dxa"/>
            <w:shd w:val="clear" w:color="auto" w:fill="D9EAF7"/>
            <w:vAlign w:val="center"/>
          </w:tcPr>
          <w:p w14:paraId="3C9DD1C9" w14:textId="77777777" w:rsidR="0099189D" w:rsidRDefault="00BF4F7F">
            <w:proofErr w:type="spellStart"/>
            <w:r>
              <w:rPr>
                <w:b/>
                <w:sz w:val="16"/>
              </w:rPr>
              <w:t>Výkonový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štandard</w:t>
            </w:r>
            <w:proofErr w:type="spellEnd"/>
          </w:p>
        </w:tc>
      </w:tr>
      <w:tr w:rsidR="0099189D" w14:paraId="1E28F4F5" w14:textId="77777777">
        <w:trPr>
          <w:jc w:val="center"/>
        </w:trPr>
        <w:tc>
          <w:tcPr>
            <w:tcW w:w="3475" w:type="dxa"/>
            <w:vAlign w:val="center"/>
          </w:tcPr>
          <w:p w14:paraId="64124321" w14:textId="77777777" w:rsidR="0099189D" w:rsidRDefault="00BF4F7F">
            <w:proofErr w:type="spellStart"/>
            <w:r>
              <w:rPr>
                <w:sz w:val="15"/>
              </w:rPr>
              <w:t>Planéta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Zem</w:t>
            </w:r>
            <w:proofErr w:type="spellEnd"/>
          </w:p>
        </w:tc>
        <w:tc>
          <w:tcPr>
            <w:tcW w:w="3475" w:type="dxa"/>
            <w:vAlign w:val="center"/>
          </w:tcPr>
          <w:p w14:paraId="2BA625D3" w14:textId="77777777" w:rsidR="0099189D" w:rsidRDefault="00BF4F7F">
            <w:proofErr w:type="spellStart"/>
            <w:r>
              <w:rPr>
                <w:sz w:val="15"/>
              </w:rPr>
              <w:t>geografické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súradnice</w:t>
            </w:r>
            <w:proofErr w:type="spellEnd"/>
            <w:r>
              <w:rPr>
                <w:sz w:val="15"/>
              </w:rPr>
              <w:t xml:space="preserve">, GPS, </w:t>
            </w:r>
            <w:proofErr w:type="spellStart"/>
            <w:r>
              <w:rPr>
                <w:sz w:val="15"/>
              </w:rPr>
              <w:t>podnebie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počasie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podnebné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pásma</w:t>
            </w:r>
            <w:proofErr w:type="spellEnd"/>
          </w:p>
        </w:tc>
        <w:tc>
          <w:tcPr>
            <w:tcW w:w="3475" w:type="dxa"/>
            <w:vAlign w:val="center"/>
          </w:tcPr>
          <w:p w14:paraId="2005EB84" w14:textId="77777777" w:rsidR="0099189D" w:rsidRDefault="00BF4F7F">
            <w:proofErr w:type="spellStart"/>
            <w:r>
              <w:rPr>
                <w:sz w:val="15"/>
              </w:rPr>
              <w:t>určí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polohu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miest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pomocou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súradníc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rozlíši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počasie</w:t>
            </w:r>
            <w:proofErr w:type="spellEnd"/>
            <w:r>
              <w:rPr>
                <w:sz w:val="15"/>
              </w:rPr>
              <w:t xml:space="preserve"> a </w:t>
            </w:r>
            <w:proofErr w:type="spellStart"/>
            <w:r>
              <w:rPr>
                <w:sz w:val="15"/>
              </w:rPr>
              <w:t>podnebie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vymedzí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podnebné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pásma</w:t>
            </w:r>
            <w:proofErr w:type="spellEnd"/>
          </w:p>
        </w:tc>
      </w:tr>
      <w:tr w:rsidR="0099189D" w14:paraId="2EBAB521" w14:textId="77777777">
        <w:trPr>
          <w:jc w:val="center"/>
        </w:trPr>
        <w:tc>
          <w:tcPr>
            <w:tcW w:w="3475" w:type="dxa"/>
            <w:vAlign w:val="center"/>
          </w:tcPr>
          <w:p w14:paraId="244A11DA" w14:textId="77777777" w:rsidR="0099189D" w:rsidRDefault="00BF4F7F">
            <w:proofErr w:type="spellStart"/>
            <w:r>
              <w:rPr>
                <w:sz w:val="15"/>
              </w:rPr>
              <w:t>Austrália</w:t>
            </w:r>
            <w:proofErr w:type="spellEnd"/>
            <w:r>
              <w:rPr>
                <w:sz w:val="15"/>
              </w:rPr>
              <w:t xml:space="preserve"> a </w:t>
            </w:r>
            <w:proofErr w:type="spellStart"/>
            <w:r>
              <w:rPr>
                <w:sz w:val="15"/>
              </w:rPr>
              <w:t>Oceánia</w:t>
            </w:r>
            <w:proofErr w:type="spellEnd"/>
          </w:p>
        </w:tc>
        <w:tc>
          <w:tcPr>
            <w:tcW w:w="3475" w:type="dxa"/>
            <w:vAlign w:val="center"/>
          </w:tcPr>
          <w:p w14:paraId="489BB089" w14:textId="77777777" w:rsidR="0099189D" w:rsidRDefault="00BF4F7F">
            <w:proofErr w:type="spellStart"/>
            <w:r>
              <w:rPr>
                <w:sz w:val="15"/>
              </w:rPr>
              <w:t>poloha</w:t>
            </w:r>
            <w:proofErr w:type="spellEnd"/>
            <w:r>
              <w:rPr>
                <w:sz w:val="15"/>
              </w:rPr>
              <w:t xml:space="preserve"> a </w:t>
            </w:r>
            <w:proofErr w:type="spellStart"/>
            <w:r>
              <w:rPr>
                <w:sz w:val="15"/>
              </w:rPr>
              <w:t>pobrežie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Austrálie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povrch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podnebie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vodstvo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rastlinstvo</w:t>
            </w:r>
            <w:proofErr w:type="spellEnd"/>
            <w:r>
              <w:rPr>
                <w:sz w:val="15"/>
              </w:rPr>
              <w:t xml:space="preserve"> a </w:t>
            </w:r>
            <w:proofErr w:type="spellStart"/>
            <w:r>
              <w:rPr>
                <w:sz w:val="15"/>
              </w:rPr>
              <w:t>živočíšstvo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obyvateľstvo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sídla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hospodárstvo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Oceánia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Nový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Zéland</w:t>
            </w:r>
            <w:proofErr w:type="spellEnd"/>
          </w:p>
        </w:tc>
        <w:tc>
          <w:tcPr>
            <w:tcW w:w="3475" w:type="dxa"/>
            <w:vAlign w:val="center"/>
          </w:tcPr>
          <w:p w14:paraId="17D05788" w14:textId="77777777" w:rsidR="0099189D" w:rsidRDefault="00BF4F7F">
            <w:proofErr w:type="spellStart"/>
            <w:r>
              <w:rPr>
                <w:sz w:val="15"/>
              </w:rPr>
              <w:t>opíše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polohu</w:t>
            </w:r>
            <w:proofErr w:type="spellEnd"/>
            <w:r>
              <w:rPr>
                <w:sz w:val="15"/>
              </w:rPr>
              <w:t xml:space="preserve"> a </w:t>
            </w:r>
            <w:proofErr w:type="spellStart"/>
            <w:r>
              <w:rPr>
                <w:sz w:val="15"/>
              </w:rPr>
              <w:t>pobrežie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Austrálie</w:t>
            </w:r>
            <w:proofErr w:type="spellEnd"/>
            <w:r>
              <w:rPr>
                <w:sz w:val="15"/>
              </w:rPr>
              <w:t xml:space="preserve"> z </w:t>
            </w:r>
            <w:proofErr w:type="spellStart"/>
            <w:r>
              <w:rPr>
                <w:sz w:val="15"/>
              </w:rPr>
              <w:t>mapy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vysvetlí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suchosť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centrálnej</w:t>
            </w:r>
            <w:proofErr w:type="spellEnd"/>
            <w:r>
              <w:rPr>
                <w:sz w:val="15"/>
              </w:rPr>
              <w:t xml:space="preserve"> a </w:t>
            </w:r>
            <w:proofErr w:type="spellStart"/>
            <w:r>
              <w:rPr>
                <w:sz w:val="15"/>
              </w:rPr>
              <w:t>západnej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Austrálie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charakterizuje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jedinečnosť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rastlinstva</w:t>
            </w:r>
            <w:proofErr w:type="spellEnd"/>
            <w:r>
              <w:rPr>
                <w:sz w:val="15"/>
              </w:rPr>
              <w:t xml:space="preserve"> a </w:t>
            </w:r>
            <w:proofErr w:type="spellStart"/>
            <w:r>
              <w:rPr>
                <w:sz w:val="15"/>
              </w:rPr>
              <w:t>živočíšstva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rozlíši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typy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ostrovov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Oceánie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porovná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životné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podmienky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Austrálie</w:t>
            </w:r>
            <w:proofErr w:type="spellEnd"/>
            <w:r>
              <w:rPr>
                <w:sz w:val="15"/>
              </w:rPr>
              <w:t xml:space="preserve"> a </w:t>
            </w:r>
            <w:proofErr w:type="spellStart"/>
            <w:r>
              <w:rPr>
                <w:sz w:val="15"/>
              </w:rPr>
              <w:t>Nového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Zélandu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vysvetlí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rozmiestnenie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obyvateľstva</w:t>
            </w:r>
            <w:proofErr w:type="spellEnd"/>
            <w:r>
              <w:rPr>
                <w:sz w:val="15"/>
              </w:rPr>
              <w:t xml:space="preserve"> a </w:t>
            </w:r>
            <w:proofErr w:type="spellStart"/>
            <w:r>
              <w:rPr>
                <w:sz w:val="15"/>
              </w:rPr>
              <w:t>urbanizáciu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uvedie</w:t>
            </w:r>
            <w:proofErr w:type="spellEnd"/>
            <w:r>
              <w:rPr>
                <w:sz w:val="15"/>
              </w:rPr>
              <w:t xml:space="preserve"> 5 </w:t>
            </w:r>
            <w:proofErr w:type="spellStart"/>
            <w:r>
              <w:rPr>
                <w:sz w:val="15"/>
              </w:rPr>
              <w:t>najväčších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miest</w:t>
            </w:r>
            <w:proofErr w:type="spellEnd"/>
            <w:r>
              <w:rPr>
                <w:sz w:val="15"/>
              </w:rPr>
              <w:t xml:space="preserve"> a </w:t>
            </w:r>
            <w:proofErr w:type="spellStart"/>
            <w:r>
              <w:rPr>
                <w:sz w:val="15"/>
              </w:rPr>
              <w:t>základné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odvetvia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hospodárstva</w:t>
            </w:r>
            <w:proofErr w:type="spellEnd"/>
          </w:p>
        </w:tc>
      </w:tr>
      <w:tr w:rsidR="0099189D" w14:paraId="50BCB809" w14:textId="77777777">
        <w:trPr>
          <w:jc w:val="center"/>
        </w:trPr>
        <w:tc>
          <w:tcPr>
            <w:tcW w:w="3475" w:type="dxa"/>
            <w:vAlign w:val="center"/>
          </w:tcPr>
          <w:p w14:paraId="4BC379B8" w14:textId="77777777" w:rsidR="0099189D" w:rsidRDefault="00BF4F7F">
            <w:proofErr w:type="spellStart"/>
            <w:r>
              <w:rPr>
                <w:sz w:val="15"/>
              </w:rPr>
              <w:t>Polárne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oblasti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Zeme</w:t>
            </w:r>
            <w:proofErr w:type="spellEnd"/>
          </w:p>
        </w:tc>
        <w:tc>
          <w:tcPr>
            <w:tcW w:w="3475" w:type="dxa"/>
            <w:vAlign w:val="center"/>
          </w:tcPr>
          <w:p w14:paraId="252173AB" w14:textId="77777777" w:rsidR="0099189D" w:rsidRDefault="00BF4F7F">
            <w:proofErr w:type="spellStart"/>
            <w:r>
              <w:rPr>
                <w:sz w:val="15"/>
              </w:rPr>
              <w:t>Antarktída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Grónsko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Arktída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Severný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ľadový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oceán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polárny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deň</w:t>
            </w:r>
            <w:proofErr w:type="spellEnd"/>
            <w:r>
              <w:rPr>
                <w:sz w:val="15"/>
              </w:rPr>
              <w:t xml:space="preserve"> a </w:t>
            </w:r>
            <w:proofErr w:type="spellStart"/>
            <w:r>
              <w:rPr>
                <w:sz w:val="15"/>
              </w:rPr>
              <w:t>noc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živočíšstvo</w:t>
            </w:r>
            <w:proofErr w:type="spellEnd"/>
          </w:p>
        </w:tc>
        <w:tc>
          <w:tcPr>
            <w:tcW w:w="3475" w:type="dxa"/>
            <w:vAlign w:val="center"/>
          </w:tcPr>
          <w:p w14:paraId="0F5F2936" w14:textId="77777777" w:rsidR="0099189D" w:rsidRDefault="00BF4F7F">
            <w:proofErr w:type="spellStart"/>
            <w:r>
              <w:rPr>
                <w:sz w:val="15"/>
              </w:rPr>
              <w:t>ukáže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vybrané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polárne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oblasti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mape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charakterizuje</w:t>
            </w:r>
            <w:proofErr w:type="spellEnd"/>
            <w:r>
              <w:rPr>
                <w:sz w:val="15"/>
              </w:rPr>
              <w:t xml:space="preserve"> ich </w:t>
            </w:r>
            <w:proofErr w:type="spellStart"/>
            <w:r>
              <w:rPr>
                <w:sz w:val="15"/>
              </w:rPr>
              <w:t>prírodné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podmienky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vysvetlí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príčiny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polárneho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dňa</w:t>
            </w:r>
            <w:proofErr w:type="spellEnd"/>
            <w:r>
              <w:rPr>
                <w:sz w:val="15"/>
              </w:rPr>
              <w:t xml:space="preserve"> a </w:t>
            </w:r>
            <w:proofErr w:type="spellStart"/>
            <w:r>
              <w:rPr>
                <w:sz w:val="15"/>
              </w:rPr>
              <w:t>noci</w:t>
            </w:r>
            <w:proofErr w:type="spellEnd"/>
          </w:p>
        </w:tc>
      </w:tr>
      <w:tr w:rsidR="0099189D" w14:paraId="02D5C748" w14:textId="77777777">
        <w:trPr>
          <w:jc w:val="center"/>
        </w:trPr>
        <w:tc>
          <w:tcPr>
            <w:tcW w:w="3475" w:type="dxa"/>
            <w:vAlign w:val="center"/>
          </w:tcPr>
          <w:p w14:paraId="72ED0CAE" w14:textId="77777777" w:rsidR="0099189D" w:rsidRDefault="00BF4F7F">
            <w:r>
              <w:rPr>
                <w:sz w:val="15"/>
              </w:rPr>
              <w:t xml:space="preserve">Amerika – </w:t>
            </w:r>
            <w:proofErr w:type="spellStart"/>
            <w:r>
              <w:rPr>
                <w:sz w:val="15"/>
              </w:rPr>
              <w:t>Nový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svet</w:t>
            </w:r>
            <w:proofErr w:type="spellEnd"/>
          </w:p>
        </w:tc>
        <w:tc>
          <w:tcPr>
            <w:tcW w:w="3475" w:type="dxa"/>
            <w:vAlign w:val="center"/>
          </w:tcPr>
          <w:p w14:paraId="0B0C6022" w14:textId="77777777" w:rsidR="0099189D" w:rsidRDefault="00BF4F7F">
            <w:proofErr w:type="spellStart"/>
            <w:r>
              <w:rPr>
                <w:sz w:val="15"/>
              </w:rPr>
              <w:t>poloha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pobrežie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Severná</w:t>
            </w:r>
            <w:proofErr w:type="spellEnd"/>
            <w:r>
              <w:rPr>
                <w:sz w:val="15"/>
              </w:rPr>
              <w:t>/</w:t>
            </w:r>
            <w:proofErr w:type="spellStart"/>
            <w:r>
              <w:rPr>
                <w:sz w:val="15"/>
              </w:rPr>
              <w:t>Stredná</w:t>
            </w:r>
            <w:proofErr w:type="spellEnd"/>
            <w:r>
              <w:rPr>
                <w:sz w:val="15"/>
              </w:rPr>
              <w:t>/</w:t>
            </w:r>
            <w:proofErr w:type="spellStart"/>
            <w:r>
              <w:rPr>
                <w:sz w:val="15"/>
              </w:rPr>
              <w:t>Južná</w:t>
            </w:r>
            <w:proofErr w:type="spellEnd"/>
            <w:r>
              <w:rPr>
                <w:sz w:val="15"/>
              </w:rPr>
              <w:t xml:space="preserve"> Amerika, </w:t>
            </w:r>
            <w:proofErr w:type="spellStart"/>
            <w:r>
              <w:rPr>
                <w:sz w:val="15"/>
              </w:rPr>
              <w:t>Kordillery</w:t>
            </w:r>
            <w:proofErr w:type="spellEnd"/>
            <w:r>
              <w:rPr>
                <w:sz w:val="15"/>
              </w:rPr>
              <w:t xml:space="preserve">, Andy, </w:t>
            </w:r>
            <w:proofErr w:type="spellStart"/>
            <w:r>
              <w:rPr>
                <w:sz w:val="15"/>
              </w:rPr>
              <w:t>Apalačské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vrchy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nížiny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rieky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jazerá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podnebie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krajiny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obyvateľstvo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sídla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hospodárstvo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Kanada</w:t>
            </w:r>
            <w:proofErr w:type="spellEnd"/>
            <w:r>
              <w:rPr>
                <w:sz w:val="15"/>
              </w:rPr>
              <w:t xml:space="preserve">, USA, </w:t>
            </w:r>
            <w:proofErr w:type="spellStart"/>
            <w:r>
              <w:rPr>
                <w:sz w:val="15"/>
              </w:rPr>
              <w:t>Mexiko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Brazília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Laplatské</w:t>
            </w:r>
            <w:proofErr w:type="spellEnd"/>
            <w:r>
              <w:rPr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a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andské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štáty</w:t>
            </w:r>
            <w:proofErr w:type="spellEnd"/>
          </w:p>
        </w:tc>
        <w:tc>
          <w:tcPr>
            <w:tcW w:w="3475" w:type="dxa"/>
            <w:vAlign w:val="center"/>
          </w:tcPr>
          <w:p w14:paraId="74D0A1A2" w14:textId="77777777" w:rsidR="0099189D" w:rsidRDefault="00BF4F7F">
            <w:proofErr w:type="spellStart"/>
            <w:r>
              <w:rPr>
                <w:sz w:val="15"/>
              </w:rPr>
              <w:t>vymedzí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polohu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Ameriky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opíše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pobrežie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vysvetlí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vznik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západného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pásma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pohorí</w:t>
            </w:r>
            <w:proofErr w:type="spellEnd"/>
            <w:r>
              <w:rPr>
                <w:sz w:val="15"/>
              </w:rPr>
              <w:t xml:space="preserve"> a </w:t>
            </w:r>
            <w:proofErr w:type="spellStart"/>
            <w:r>
              <w:rPr>
                <w:sz w:val="15"/>
              </w:rPr>
              <w:t>seizmickú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aktivitu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porovná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podnebie</w:t>
            </w:r>
            <w:proofErr w:type="spellEnd"/>
            <w:r>
              <w:rPr>
                <w:sz w:val="15"/>
              </w:rPr>
              <w:t xml:space="preserve"> a </w:t>
            </w:r>
            <w:proofErr w:type="spellStart"/>
            <w:r>
              <w:rPr>
                <w:sz w:val="15"/>
              </w:rPr>
              <w:t>typy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krajiny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charakterizuje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obyvateľstvo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sídla</w:t>
            </w:r>
            <w:proofErr w:type="spellEnd"/>
            <w:r>
              <w:rPr>
                <w:sz w:val="15"/>
              </w:rPr>
              <w:t xml:space="preserve"> a </w:t>
            </w:r>
            <w:proofErr w:type="spellStart"/>
            <w:r>
              <w:rPr>
                <w:sz w:val="15"/>
              </w:rPr>
              <w:t>hospodárstvo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charakterizuje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vybrané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štáty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vysvetlí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vybrané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prírodné</w:t>
            </w:r>
            <w:proofErr w:type="spellEnd"/>
            <w:r>
              <w:rPr>
                <w:sz w:val="15"/>
              </w:rPr>
              <w:t xml:space="preserve"> a </w:t>
            </w:r>
            <w:proofErr w:type="spellStart"/>
            <w:r>
              <w:rPr>
                <w:sz w:val="15"/>
              </w:rPr>
              <w:t>sociálne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problémy</w:t>
            </w:r>
            <w:proofErr w:type="spellEnd"/>
            <w:r>
              <w:rPr>
                <w:sz w:val="15"/>
              </w:rPr>
              <w:t xml:space="preserve">; </w:t>
            </w:r>
            <w:proofErr w:type="spellStart"/>
            <w:r>
              <w:rPr>
                <w:sz w:val="15"/>
              </w:rPr>
              <w:t>lokalizuje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vybrané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pamiatky</w:t>
            </w:r>
            <w:proofErr w:type="spellEnd"/>
            <w:r>
              <w:rPr>
                <w:sz w:val="15"/>
              </w:rPr>
              <w:t xml:space="preserve"> UNESCO</w:t>
            </w:r>
          </w:p>
        </w:tc>
      </w:tr>
    </w:tbl>
    <w:p w14:paraId="5E4AB958" w14:textId="77777777" w:rsidR="0099189D" w:rsidRDefault="00BF4F7F">
      <w:pPr>
        <w:pStyle w:val="Nadpis1"/>
      </w:pPr>
      <w:r>
        <w:rPr>
          <w:rFonts w:ascii="Arial" w:hAnsi="Arial"/>
        </w:rPr>
        <w:lastRenderedPageBreak/>
        <w:t xml:space="preserve">5. </w:t>
      </w:r>
      <w:proofErr w:type="spellStart"/>
      <w:r>
        <w:rPr>
          <w:rFonts w:ascii="Arial" w:hAnsi="Arial"/>
        </w:rPr>
        <w:t>Tematické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celky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časová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dotácia</w:t>
      </w:r>
      <w:proofErr w:type="spellEnd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13"/>
        <w:gridCol w:w="5213"/>
      </w:tblGrid>
      <w:tr w:rsidR="0099189D" w14:paraId="728A45B2" w14:textId="77777777">
        <w:trPr>
          <w:tblHeader/>
        </w:trPr>
        <w:tc>
          <w:tcPr>
            <w:tcW w:w="5213" w:type="dxa"/>
            <w:shd w:val="clear" w:color="auto" w:fill="D9EAF7"/>
            <w:vAlign w:val="center"/>
          </w:tcPr>
          <w:p w14:paraId="73B55AE8" w14:textId="77777777" w:rsidR="0099189D" w:rsidRDefault="00BF4F7F">
            <w:proofErr w:type="spellStart"/>
            <w:r>
              <w:rPr>
                <w:b/>
                <w:sz w:val="16"/>
              </w:rPr>
              <w:t>Tematický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celok</w:t>
            </w:r>
            <w:proofErr w:type="spellEnd"/>
          </w:p>
        </w:tc>
        <w:tc>
          <w:tcPr>
            <w:tcW w:w="5213" w:type="dxa"/>
            <w:shd w:val="clear" w:color="auto" w:fill="D9EAF7"/>
            <w:vAlign w:val="center"/>
          </w:tcPr>
          <w:p w14:paraId="0F6D6361" w14:textId="77777777" w:rsidR="0099189D" w:rsidRDefault="00BF4F7F">
            <w:proofErr w:type="spellStart"/>
            <w:r>
              <w:rPr>
                <w:b/>
                <w:sz w:val="16"/>
              </w:rPr>
              <w:t>Počet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hodín</w:t>
            </w:r>
            <w:proofErr w:type="spellEnd"/>
          </w:p>
        </w:tc>
      </w:tr>
      <w:tr w:rsidR="0099189D" w14:paraId="56AD2694" w14:textId="77777777">
        <w:tc>
          <w:tcPr>
            <w:tcW w:w="5213" w:type="dxa"/>
            <w:vAlign w:val="center"/>
          </w:tcPr>
          <w:p w14:paraId="3DA0A61D" w14:textId="77777777" w:rsidR="0099189D" w:rsidRDefault="00BF4F7F">
            <w:proofErr w:type="spellStart"/>
            <w:r>
              <w:rPr>
                <w:sz w:val="16"/>
              </w:rPr>
              <w:t>Planéta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Zem</w:t>
            </w:r>
            <w:proofErr w:type="spellEnd"/>
          </w:p>
        </w:tc>
        <w:tc>
          <w:tcPr>
            <w:tcW w:w="5213" w:type="dxa"/>
            <w:vAlign w:val="center"/>
          </w:tcPr>
          <w:p w14:paraId="57118877" w14:textId="77777777" w:rsidR="0099189D" w:rsidRDefault="00BF4F7F">
            <w:r>
              <w:rPr>
                <w:sz w:val="16"/>
              </w:rPr>
              <w:t xml:space="preserve">5 </w:t>
            </w:r>
            <w:proofErr w:type="spellStart"/>
            <w:r>
              <w:rPr>
                <w:sz w:val="16"/>
              </w:rPr>
              <w:t>hodín</w:t>
            </w:r>
            <w:proofErr w:type="spellEnd"/>
          </w:p>
        </w:tc>
      </w:tr>
      <w:tr w:rsidR="0099189D" w14:paraId="481F98ED" w14:textId="77777777">
        <w:tc>
          <w:tcPr>
            <w:tcW w:w="5213" w:type="dxa"/>
            <w:vAlign w:val="center"/>
          </w:tcPr>
          <w:p w14:paraId="4BADE471" w14:textId="77777777" w:rsidR="0099189D" w:rsidRDefault="00BF4F7F">
            <w:proofErr w:type="spellStart"/>
            <w:r>
              <w:rPr>
                <w:sz w:val="16"/>
              </w:rPr>
              <w:t>Austrália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Oceánia</w:t>
            </w:r>
            <w:proofErr w:type="spellEnd"/>
          </w:p>
        </w:tc>
        <w:tc>
          <w:tcPr>
            <w:tcW w:w="5213" w:type="dxa"/>
            <w:vAlign w:val="center"/>
          </w:tcPr>
          <w:p w14:paraId="6921935F" w14:textId="77777777" w:rsidR="0099189D" w:rsidRDefault="00BF4F7F">
            <w:r>
              <w:rPr>
                <w:sz w:val="16"/>
              </w:rPr>
              <w:t xml:space="preserve">9 </w:t>
            </w:r>
            <w:proofErr w:type="spellStart"/>
            <w:r>
              <w:rPr>
                <w:sz w:val="16"/>
              </w:rPr>
              <w:t>hodín</w:t>
            </w:r>
            <w:proofErr w:type="spellEnd"/>
          </w:p>
        </w:tc>
      </w:tr>
      <w:tr w:rsidR="0099189D" w14:paraId="1F9A490E" w14:textId="77777777">
        <w:tc>
          <w:tcPr>
            <w:tcW w:w="5213" w:type="dxa"/>
            <w:vAlign w:val="center"/>
          </w:tcPr>
          <w:p w14:paraId="7F3A87C6" w14:textId="77777777" w:rsidR="0099189D" w:rsidRDefault="00BF4F7F">
            <w:proofErr w:type="spellStart"/>
            <w:r>
              <w:rPr>
                <w:sz w:val="16"/>
              </w:rPr>
              <w:t>Polárne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oblasti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Zeme</w:t>
            </w:r>
            <w:proofErr w:type="spellEnd"/>
          </w:p>
        </w:tc>
        <w:tc>
          <w:tcPr>
            <w:tcW w:w="5213" w:type="dxa"/>
            <w:vAlign w:val="center"/>
          </w:tcPr>
          <w:p w14:paraId="0377A24E" w14:textId="77777777" w:rsidR="0099189D" w:rsidRDefault="00BF4F7F">
            <w:r>
              <w:rPr>
                <w:sz w:val="16"/>
              </w:rPr>
              <w:t xml:space="preserve">2 </w:t>
            </w:r>
            <w:proofErr w:type="spellStart"/>
            <w:r>
              <w:rPr>
                <w:sz w:val="16"/>
              </w:rPr>
              <w:t>hodiny</w:t>
            </w:r>
            <w:proofErr w:type="spellEnd"/>
          </w:p>
        </w:tc>
      </w:tr>
      <w:tr w:rsidR="0099189D" w14:paraId="15A1EF28" w14:textId="77777777">
        <w:tc>
          <w:tcPr>
            <w:tcW w:w="5213" w:type="dxa"/>
            <w:vAlign w:val="center"/>
          </w:tcPr>
          <w:p w14:paraId="7CF152D5" w14:textId="77777777" w:rsidR="0099189D" w:rsidRDefault="00BF4F7F">
            <w:r>
              <w:rPr>
                <w:sz w:val="16"/>
              </w:rPr>
              <w:t xml:space="preserve">Amerika – </w:t>
            </w:r>
            <w:proofErr w:type="spellStart"/>
            <w:r>
              <w:rPr>
                <w:sz w:val="16"/>
              </w:rPr>
              <w:t>Nový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svet</w:t>
            </w:r>
            <w:proofErr w:type="spellEnd"/>
          </w:p>
        </w:tc>
        <w:tc>
          <w:tcPr>
            <w:tcW w:w="5213" w:type="dxa"/>
            <w:vAlign w:val="center"/>
          </w:tcPr>
          <w:p w14:paraId="5103B0C9" w14:textId="77777777" w:rsidR="0099189D" w:rsidRDefault="00BF4F7F">
            <w:r>
              <w:rPr>
                <w:sz w:val="16"/>
              </w:rPr>
              <w:t xml:space="preserve">16 </w:t>
            </w:r>
            <w:proofErr w:type="spellStart"/>
            <w:r>
              <w:rPr>
                <w:sz w:val="16"/>
              </w:rPr>
              <w:t>hodín</w:t>
            </w:r>
            <w:proofErr w:type="spellEnd"/>
          </w:p>
        </w:tc>
      </w:tr>
      <w:tr w:rsidR="0099189D" w14:paraId="12A0F8EF" w14:textId="77777777">
        <w:tc>
          <w:tcPr>
            <w:tcW w:w="5213" w:type="dxa"/>
            <w:vAlign w:val="center"/>
          </w:tcPr>
          <w:p w14:paraId="006086BC" w14:textId="77777777" w:rsidR="0099189D" w:rsidRDefault="00BF4F7F">
            <w:proofErr w:type="spellStart"/>
            <w:r>
              <w:rPr>
                <w:b/>
                <w:sz w:val="16"/>
              </w:rPr>
              <w:t>Spolu</w:t>
            </w:r>
            <w:proofErr w:type="spellEnd"/>
          </w:p>
        </w:tc>
        <w:tc>
          <w:tcPr>
            <w:tcW w:w="5213" w:type="dxa"/>
            <w:vAlign w:val="center"/>
          </w:tcPr>
          <w:p w14:paraId="121D8C6D" w14:textId="77777777" w:rsidR="0099189D" w:rsidRDefault="00BF4F7F">
            <w:r>
              <w:rPr>
                <w:b/>
                <w:sz w:val="16"/>
              </w:rPr>
              <w:t xml:space="preserve">33 </w:t>
            </w:r>
            <w:proofErr w:type="spellStart"/>
            <w:r>
              <w:rPr>
                <w:b/>
                <w:sz w:val="16"/>
              </w:rPr>
              <w:t>hodín</w:t>
            </w:r>
            <w:proofErr w:type="spellEnd"/>
          </w:p>
        </w:tc>
      </w:tr>
    </w:tbl>
    <w:p w14:paraId="447AA7AC" w14:textId="77777777" w:rsidR="0099189D" w:rsidRDefault="00BF4F7F">
      <w:r>
        <w:br w:type="page"/>
      </w:r>
    </w:p>
    <w:p w14:paraId="307F3C05" w14:textId="77777777" w:rsidR="0099189D" w:rsidRDefault="00BF4F7F">
      <w:pPr>
        <w:pStyle w:val="Nadpis1"/>
      </w:pPr>
      <w:r>
        <w:rPr>
          <w:rFonts w:ascii="Arial" w:hAnsi="Arial"/>
        </w:rPr>
        <w:lastRenderedPageBreak/>
        <w:t xml:space="preserve">6. </w:t>
      </w:r>
      <w:proofErr w:type="spellStart"/>
      <w:r>
        <w:rPr>
          <w:rFonts w:ascii="Arial" w:hAnsi="Arial"/>
        </w:rPr>
        <w:t>Podrobný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časovo-tematický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plán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učiva</w:t>
      </w:r>
      <w:proofErr w:type="spellEnd"/>
      <w:r>
        <w:rPr>
          <w:rFonts w:ascii="Arial" w:hAnsi="Arial"/>
        </w:rPr>
        <w:t xml:space="preserve"> (33 </w:t>
      </w:r>
      <w:proofErr w:type="spellStart"/>
      <w:r>
        <w:rPr>
          <w:rFonts w:ascii="Arial" w:hAnsi="Arial"/>
        </w:rPr>
        <w:t>hodín</w:t>
      </w:r>
      <w:proofErr w:type="spellEnd"/>
      <w:r>
        <w:rPr>
          <w:rFonts w:ascii="Arial" w:hAnsi="Arial"/>
        </w:rPr>
        <w:t>)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39"/>
        <w:gridCol w:w="1037"/>
        <w:gridCol w:w="1041"/>
        <w:gridCol w:w="1043"/>
        <w:gridCol w:w="1184"/>
        <w:gridCol w:w="1244"/>
        <w:gridCol w:w="1043"/>
        <w:gridCol w:w="1041"/>
        <w:gridCol w:w="1041"/>
        <w:gridCol w:w="1043"/>
      </w:tblGrid>
      <w:tr w:rsidR="0099189D" w14:paraId="037E54B3" w14:textId="77777777">
        <w:trPr>
          <w:tblHeader/>
          <w:jc w:val="center"/>
        </w:trPr>
        <w:tc>
          <w:tcPr>
            <w:tcW w:w="1043" w:type="dxa"/>
            <w:shd w:val="clear" w:color="auto" w:fill="D9EAF7"/>
            <w:vAlign w:val="center"/>
          </w:tcPr>
          <w:p w14:paraId="1C2E6343" w14:textId="77777777" w:rsidR="0099189D" w:rsidRDefault="00BF4F7F">
            <w:proofErr w:type="spellStart"/>
            <w:r>
              <w:rPr>
                <w:b/>
                <w:sz w:val="13"/>
              </w:rPr>
              <w:t>Mesiac</w:t>
            </w:r>
            <w:proofErr w:type="spellEnd"/>
          </w:p>
        </w:tc>
        <w:tc>
          <w:tcPr>
            <w:tcW w:w="1043" w:type="dxa"/>
            <w:shd w:val="clear" w:color="auto" w:fill="D9EAF7"/>
            <w:vAlign w:val="center"/>
          </w:tcPr>
          <w:p w14:paraId="3AA2B3D8" w14:textId="77777777" w:rsidR="0099189D" w:rsidRDefault="00BF4F7F">
            <w:r>
              <w:rPr>
                <w:b/>
                <w:sz w:val="13"/>
              </w:rPr>
              <w:t>Hod.</w:t>
            </w:r>
          </w:p>
        </w:tc>
        <w:tc>
          <w:tcPr>
            <w:tcW w:w="1043" w:type="dxa"/>
            <w:shd w:val="clear" w:color="auto" w:fill="D9EAF7"/>
            <w:vAlign w:val="center"/>
          </w:tcPr>
          <w:p w14:paraId="0EDA2948" w14:textId="77777777" w:rsidR="0099189D" w:rsidRDefault="00BF4F7F">
            <w:proofErr w:type="spellStart"/>
            <w:r>
              <w:rPr>
                <w:b/>
                <w:sz w:val="13"/>
              </w:rPr>
              <w:t>Tematický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celok</w:t>
            </w:r>
            <w:proofErr w:type="spellEnd"/>
          </w:p>
        </w:tc>
        <w:tc>
          <w:tcPr>
            <w:tcW w:w="1043" w:type="dxa"/>
            <w:shd w:val="clear" w:color="auto" w:fill="D9EAF7"/>
            <w:vAlign w:val="center"/>
          </w:tcPr>
          <w:p w14:paraId="626E7164" w14:textId="77777777" w:rsidR="0099189D" w:rsidRDefault="00BF4F7F">
            <w:proofErr w:type="spellStart"/>
            <w:r>
              <w:rPr>
                <w:b/>
                <w:sz w:val="13"/>
              </w:rPr>
              <w:t>Téma</w:t>
            </w:r>
            <w:proofErr w:type="spellEnd"/>
          </w:p>
        </w:tc>
        <w:tc>
          <w:tcPr>
            <w:tcW w:w="1043" w:type="dxa"/>
            <w:shd w:val="clear" w:color="auto" w:fill="D9EAF7"/>
            <w:vAlign w:val="center"/>
          </w:tcPr>
          <w:p w14:paraId="4200F90C" w14:textId="77777777" w:rsidR="0099189D" w:rsidRDefault="00BF4F7F">
            <w:proofErr w:type="spellStart"/>
            <w:r>
              <w:rPr>
                <w:b/>
                <w:sz w:val="13"/>
              </w:rPr>
              <w:t>Obsahový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štandard</w:t>
            </w:r>
            <w:proofErr w:type="spellEnd"/>
          </w:p>
        </w:tc>
        <w:tc>
          <w:tcPr>
            <w:tcW w:w="1043" w:type="dxa"/>
            <w:shd w:val="clear" w:color="auto" w:fill="D9EAF7"/>
            <w:vAlign w:val="center"/>
          </w:tcPr>
          <w:p w14:paraId="3A5F1488" w14:textId="77777777" w:rsidR="0099189D" w:rsidRDefault="00BF4F7F">
            <w:proofErr w:type="spellStart"/>
            <w:r>
              <w:rPr>
                <w:b/>
                <w:sz w:val="13"/>
              </w:rPr>
              <w:t>Výkonový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štandard</w:t>
            </w:r>
            <w:proofErr w:type="spellEnd"/>
          </w:p>
        </w:tc>
        <w:tc>
          <w:tcPr>
            <w:tcW w:w="1043" w:type="dxa"/>
            <w:shd w:val="clear" w:color="auto" w:fill="D9EAF7"/>
            <w:vAlign w:val="center"/>
          </w:tcPr>
          <w:p w14:paraId="6CA370B5" w14:textId="77777777" w:rsidR="0099189D" w:rsidRDefault="00BF4F7F">
            <w:proofErr w:type="spellStart"/>
            <w:r>
              <w:rPr>
                <w:b/>
                <w:sz w:val="13"/>
              </w:rPr>
              <w:t>Pedagogické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stratégie</w:t>
            </w:r>
            <w:proofErr w:type="spellEnd"/>
          </w:p>
        </w:tc>
        <w:tc>
          <w:tcPr>
            <w:tcW w:w="1043" w:type="dxa"/>
            <w:shd w:val="clear" w:color="auto" w:fill="D9EAF7"/>
            <w:vAlign w:val="center"/>
          </w:tcPr>
          <w:p w14:paraId="5527BEA6" w14:textId="77777777" w:rsidR="0099189D" w:rsidRDefault="00BF4F7F">
            <w:proofErr w:type="spellStart"/>
            <w:r>
              <w:rPr>
                <w:b/>
                <w:sz w:val="13"/>
              </w:rPr>
              <w:t>Prierezové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témy</w:t>
            </w:r>
            <w:proofErr w:type="spellEnd"/>
          </w:p>
        </w:tc>
        <w:tc>
          <w:tcPr>
            <w:tcW w:w="1043" w:type="dxa"/>
            <w:shd w:val="clear" w:color="auto" w:fill="D9EAF7"/>
            <w:vAlign w:val="center"/>
          </w:tcPr>
          <w:p w14:paraId="70C9B98C" w14:textId="77777777" w:rsidR="0099189D" w:rsidRDefault="00BF4F7F">
            <w:proofErr w:type="spellStart"/>
            <w:r>
              <w:rPr>
                <w:b/>
                <w:sz w:val="13"/>
              </w:rPr>
              <w:t>Pomôcky</w:t>
            </w:r>
            <w:proofErr w:type="spellEnd"/>
            <w:r>
              <w:rPr>
                <w:b/>
                <w:sz w:val="13"/>
              </w:rPr>
              <w:t xml:space="preserve">, </w:t>
            </w:r>
            <w:proofErr w:type="spellStart"/>
            <w:r>
              <w:rPr>
                <w:b/>
                <w:sz w:val="13"/>
              </w:rPr>
              <w:t>učebné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zdroje</w:t>
            </w:r>
            <w:proofErr w:type="spellEnd"/>
          </w:p>
        </w:tc>
        <w:tc>
          <w:tcPr>
            <w:tcW w:w="1043" w:type="dxa"/>
            <w:shd w:val="clear" w:color="auto" w:fill="D9EAF7"/>
            <w:vAlign w:val="center"/>
          </w:tcPr>
          <w:p w14:paraId="05E0287F" w14:textId="77777777" w:rsidR="0099189D" w:rsidRDefault="00BF4F7F">
            <w:proofErr w:type="spellStart"/>
            <w:r>
              <w:rPr>
                <w:b/>
                <w:sz w:val="13"/>
              </w:rPr>
              <w:t>Hodnotenie</w:t>
            </w:r>
            <w:proofErr w:type="spellEnd"/>
          </w:p>
        </w:tc>
      </w:tr>
      <w:tr w:rsidR="0099189D" w14:paraId="4204DC61" w14:textId="77777777">
        <w:trPr>
          <w:jc w:val="center"/>
        </w:trPr>
        <w:tc>
          <w:tcPr>
            <w:tcW w:w="1043" w:type="dxa"/>
            <w:vAlign w:val="center"/>
          </w:tcPr>
          <w:p w14:paraId="20841239" w14:textId="77777777" w:rsidR="0099189D" w:rsidRDefault="00BF4F7F">
            <w:r>
              <w:rPr>
                <w:sz w:val="11"/>
              </w:rPr>
              <w:t>IX.</w:t>
            </w:r>
          </w:p>
        </w:tc>
        <w:tc>
          <w:tcPr>
            <w:tcW w:w="1043" w:type="dxa"/>
            <w:vAlign w:val="center"/>
          </w:tcPr>
          <w:p w14:paraId="05BBDB38" w14:textId="77777777" w:rsidR="0099189D" w:rsidRDefault="00BF4F7F">
            <w:r>
              <w:rPr>
                <w:sz w:val="11"/>
              </w:rPr>
              <w:t>1</w:t>
            </w:r>
          </w:p>
        </w:tc>
        <w:tc>
          <w:tcPr>
            <w:tcW w:w="1043" w:type="dxa"/>
            <w:vAlign w:val="center"/>
          </w:tcPr>
          <w:p w14:paraId="12D5A3E6" w14:textId="77777777" w:rsidR="0099189D" w:rsidRDefault="00BF4F7F">
            <w:proofErr w:type="spellStart"/>
            <w:r>
              <w:rPr>
                <w:sz w:val="11"/>
              </w:rPr>
              <w:t>Úvod</w:t>
            </w:r>
            <w:proofErr w:type="spellEnd"/>
            <w:r>
              <w:rPr>
                <w:sz w:val="11"/>
              </w:rPr>
              <w:t xml:space="preserve"> do </w:t>
            </w:r>
            <w:proofErr w:type="spellStart"/>
            <w:r>
              <w:rPr>
                <w:sz w:val="11"/>
              </w:rPr>
              <w:t>štúdia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geografie</w:t>
            </w:r>
            <w:proofErr w:type="spellEnd"/>
            <w:r>
              <w:rPr>
                <w:sz w:val="11"/>
              </w:rPr>
              <w:t xml:space="preserve"> 9. </w:t>
            </w:r>
            <w:proofErr w:type="spellStart"/>
            <w:r>
              <w:rPr>
                <w:sz w:val="11"/>
              </w:rPr>
              <w:t>ročníka</w:t>
            </w:r>
            <w:proofErr w:type="spellEnd"/>
          </w:p>
        </w:tc>
        <w:tc>
          <w:tcPr>
            <w:tcW w:w="1043" w:type="dxa"/>
            <w:vAlign w:val="center"/>
          </w:tcPr>
          <w:p w14:paraId="28FD7D02" w14:textId="77777777" w:rsidR="0099189D" w:rsidRDefault="00BF4F7F">
            <w:proofErr w:type="spellStart"/>
            <w:r>
              <w:rPr>
                <w:sz w:val="11"/>
              </w:rPr>
              <w:t>Obsah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predmetu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organizácia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očakávania</w:t>
            </w:r>
            <w:proofErr w:type="spellEnd"/>
          </w:p>
        </w:tc>
        <w:tc>
          <w:tcPr>
            <w:tcW w:w="1043" w:type="dxa"/>
            <w:vAlign w:val="center"/>
          </w:tcPr>
          <w:p w14:paraId="1FB17006" w14:textId="77777777" w:rsidR="0099189D" w:rsidRDefault="00BF4F7F">
            <w:proofErr w:type="spellStart"/>
            <w:r>
              <w:rPr>
                <w:sz w:val="11"/>
              </w:rPr>
              <w:t>obsah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zameranie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geografie</w:t>
            </w:r>
            <w:proofErr w:type="spellEnd"/>
            <w:r>
              <w:rPr>
                <w:sz w:val="11"/>
              </w:rPr>
              <w:t xml:space="preserve"> v 9. </w:t>
            </w:r>
            <w:proofErr w:type="spellStart"/>
            <w:r>
              <w:rPr>
                <w:sz w:val="11"/>
              </w:rPr>
              <w:t>ročníku</w:t>
            </w:r>
            <w:proofErr w:type="spellEnd"/>
          </w:p>
        </w:tc>
        <w:tc>
          <w:tcPr>
            <w:tcW w:w="1043" w:type="dxa"/>
            <w:vAlign w:val="center"/>
          </w:tcPr>
          <w:p w14:paraId="752355CA" w14:textId="77777777" w:rsidR="0099189D" w:rsidRDefault="00BF4F7F">
            <w:proofErr w:type="spellStart"/>
            <w:r>
              <w:rPr>
                <w:sz w:val="11"/>
              </w:rPr>
              <w:t>orientuje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sa</w:t>
            </w:r>
            <w:proofErr w:type="spellEnd"/>
            <w:r>
              <w:rPr>
                <w:sz w:val="11"/>
              </w:rPr>
              <w:t xml:space="preserve"> v </w:t>
            </w:r>
            <w:proofErr w:type="spellStart"/>
            <w:r>
              <w:rPr>
                <w:sz w:val="11"/>
              </w:rPr>
              <w:t>obsahu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predmetu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pravidlách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práce</w:t>
            </w:r>
            <w:proofErr w:type="spellEnd"/>
          </w:p>
        </w:tc>
        <w:tc>
          <w:tcPr>
            <w:tcW w:w="1043" w:type="dxa"/>
            <w:vAlign w:val="center"/>
          </w:tcPr>
          <w:p w14:paraId="679F2EC0" w14:textId="77777777" w:rsidR="0099189D" w:rsidRDefault="00BF4F7F">
            <w:proofErr w:type="spellStart"/>
            <w:r>
              <w:rPr>
                <w:sz w:val="11"/>
              </w:rPr>
              <w:t>motivačný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rozhovor</w:t>
            </w:r>
            <w:proofErr w:type="spellEnd"/>
          </w:p>
        </w:tc>
        <w:tc>
          <w:tcPr>
            <w:tcW w:w="1043" w:type="dxa"/>
            <w:vAlign w:val="center"/>
          </w:tcPr>
          <w:p w14:paraId="60D16C11" w14:textId="77777777" w:rsidR="0099189D" w:rsidRDefault="00BF4F7F">
            <w:r>
              <w:rPr>
                <w:sz w:val="11"/>
              </w:rPr>
              <w:t>OSR</w:t>
            </w:r>
          </w:p>
        </w:tc>
        <w:tc>
          <w:tcPr>
            <w:tcW w:w="1043" w:type="dxa"/>
            <w:vAlign w:val="center"/>
          </w:tcPr>
          <w:p w14:paraId="5D2BACBA" w14:textId="77777777" w:rsidR="0099189D" w:rsidRDefault="00BF4F7F">
            <w:proofErr w:type="spellStart"/>
            <w:r>
              <w:rPr>
                <w:sz w:val="11"/>
              </w:rPr>
              <w:t>učebnica</w:t>
            </w:r>
            <w:proofErr w:type="spellEnd"/>
          </w:p>
        </w:tc>
        <w:tc>
          <w:tcPr>
            <w:tcW w:w="1043" w:type="dxa"/>
            <w:vAlign w:val="center"/>
          </w:tcPr>
          <w:p w14:paraId="6F8E52A1" w14:textId="77777777" w:rsidR="0099189D" w:rsidRDefault="00BF4F7F">
            <w:proofErr w:type="spellStart"/>
            <w:r>
              <w:rPr>
                <w:sz w:val="11"/>
              </w:rPr>
              <w:t>ústne</w:t>
            </w:r>
            <w:proofErr w:type="spellEnd"/>
          </w:p>
        </w:tc>
      </w:tr>
      <w:tr w:rsidR="0099189D" w14:paraId="04B64636" w14:textId="77777777">
        <w:trPr>
          <w:jc w:val="center"/>
        </w:trPr>
        <w:tc>
          <w:tcPr>
            <w:tcW w:w="1043" w:type="dxa"/>
            <w:vAlign w:val="center"/>
          </w:tcPr>
          <w:p w14:paraId="4F8752AC" w14:textId="77777777" w:rsidR="0099189D" w:rsidRDefault="00BF4F7F">
            <w:r>
              <w:rPr>
                <w:sz w:val="11"/>
              </w:rPr>
              <w:t>IX.</w:t>
            </w:r>
          </w:p>
        </w:tc>
        <w:tc>
          <w:tcPr>
            <w:tcW w:w="1043" w:type="dxa"/>
            <w:vAlign w:val="center"/>
          </w:tcPr>
          <w:p w14:paraId="157B7DBC" w14:textId="77777777" w:rsidR="0099189D" w:rsidRDefault="00BF4F7F">
            <w:r>
              <w:rPr>
                <w:sz w:val="11"/>
              </w:rPr>
              <w:t>2</w:t>
            </w:r>
          </w:p>
        </w:tc>
        <w:tc>
          <w:tcPr>
            <w:tcW w:w="1043" w:type="dxa"/>
            <w:vAlign w:val="center"/>
          </w:tcPr>
          <w:p w14:paraId="3D934254" w14:textId="77777777" w:rsidR="0099189D" w:rsidRDefault="00BF4F7F">
            <w:proofErr w:type="spellStart"/>
            <w:r>
              <w:rPr>
                <w:sz w:val="11"/>
              </w:rPr>
              <w:t>Opakovanie</w:t>
            </w:r>
            <w:proofErr w:type="spellEnd"/>
            <w:r>
              <w:rPr>
                <w:sz w:val="11"/>
              </w:rPr>
              <w:t xml:space="preserve"> 8. </w:t>
            </w:r>
            <w:proofErr w:type="spellStart"/>
            <w:r>
              <w:rPr>
                <w:sz w:val="11"/>
              </w:rPr>
              <w:t>ročníka</w:t>
            </w:r>
            <w:proofErr w:type="spellEnd"/>
            <w:r>
              <w:rPr>
                <w:sz w:val="11"/>
              </w:rPr>
              <w:t xml:space="preserve"> – </w:t>
            </w:r>
            <w:proofErr w:type="spellStart"/>
            <w:r>
              <w:rPr>
                <w:sz w:val="11"/>
              </w:rPr>
              <w:t>Slovensko</w:t>
            </w:r>
            <w:proofErr w:type="spellEnd"/>
          </w:p>
        </w:tc>
        <w:tc>
          <w:tcPr>
            <w:tcW w:w="1043" w:type="dxa"/>
            <w:vAlign w:val="center"/>
          </w:tcPr>
          <w:p w14:paraId="556470B9" w14:textId="77777777" w:rsidR="0099189D" w:rsidRDefault="00BF4F7F">
            <w:proofErr w:type="spellStart"/>
            <w:r>
              <w:rPr>
                <w:sz w:val="11"/>
              </w:rPr>
              <w:t>poloha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povrch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biosféra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ochrana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prírody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obyvateľstvo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hospodárstvo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cestovný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ruch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kraje</w:t>
            </w:r>
            <w:proofErr w:type="spellEnd"/>
            <w:r>
              <w:rPr>
                <w:sz w:val="11"/>
              </w:rPr>
              <w:t xml:space="preserve"> SR</w:t>
            </w:r>
          </w:p>
        </w:tc>
        <w:tc>
          <w:tcPr>
            <w:tcW w:w="1043" w:type="dxa"/>
            <w:vAlign w:val="center"/>
          </w:tcPr>
          <w:p w14:paraId="09454BBE" w14:textId="77777777" w:rsidR="0099189D" w:rsidRDefault="00BF4F7F">
            <w:proofErr w:type="spellStart"/>
            <w:r>
              <w:rPr>
                <w:sz w:val="11"/>
              </w:rPr>
              <w:t>základné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učivo</w:t>
            </w:r>
            <w:proofErr w:type="spellEnd"/>
            <w:r>
              <w:rPr>
                <w:sz w:val="11"/>
              </w:rPr>
              <w:t xml:space="preserve"> 8. </w:t>
            </w:r>
            <w:proofErr w:type="spellStart"/>
            <w:r>
              <w:rPr>
                <w:sz w:val="11"/>
              </w:rPr>
              <w:t>ročníka</w:t>
            </w:r>
            <w:proofErr w:type="spellEnd"/>
          </w:p>
        </w:tc>
        <w:tc>
          <w:tcPr>
            <w:tcW w:w="1043" w:type="dxa"/>
            <w:vAlign w:val="center"/>
          </w:tcPr>
          <w:p w14:paraId="42776608" w14:textId="77777777" w:rsidR="0099189D" w:rsidRDefault="00BF4F7F">
            <w:proofErr w:type="spellStart"/>
            <w:r>
              <w:rPr>
                <w:sz w:val="11"/>
              </w:rPr>
              <w:t>reprodukuje</w:t>
            </w:r>
            <w:proofErr w:type="spellEnd"/>
            <w:r>
              <w:rPr>
                <w:sz w:val="11"/>
              </w:rPr>
              <w:t xml:space="preserve"> </w:t>
            </w:r>
            <w:proofErr w:type="gramStart"/>
            <w:r>
              <w:rPr>
                <w:sz w:val="11"/>
              </w:rPr>
              <w:t>a</w:t>
            </w:r>
            <w:proofErr w:type="gram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aplikuje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základné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poznatky</w:t>
            </w:r>
            <w:proofErr w:type="spellEnd"/>
            <w:r>
              <w:rPr>
                <w:sz w:val="11"/>
              </w:rPr>
              <w:t xml:space="preserve"> o </w:t>
            </w:r>
            <w:proofErr w:type="spellStart"/>
            <w:r>
              <w:rPr>
                <w:sz w:val="11"/>
              </w:rPr>
              <w:t>Slovensku</w:t>
            </w:r>
            <w:proofErr w:type="spellEnd"/>
          </w:p>
        </w:tc>
        <w:tc>
          <w:tcPr>
            <w:tcW w:w="1043" w:type="dxa"/>
            <w:vAlign w:val="center"/>
          </w:tcPr>
          <w:p w14:paraId="7992089C" w14:textId="77777777" w:rsidR="0099189D" w:rsidRDefault="00BF4F7F">
            <w:proofErr w:type="spellStart"/>
            <w:r>
              <w:rPr>
                <w:sz w:val="11"/>
              </w:rPr>
              <w:t>riadený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rozhovor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 s mapou</w:t>
            </w:r>
          </w:p>
        </w:tc>
        <w:tc>
          <w:tcPr>
            <w:tcW w:w="1043" w:type="dxa"/>
            <w:vAlign w:val="center"/>
          </w:tcPr>
          <w:p w14:paraId="7261425A" w14:textId="77777777" w:rsidR="0099189D" w:rsidRDefault="00BF4F7F">
            <w:r>
              <w:rPr>
                <w:sz w:val="11"/>
              </w:rPr>
              <w:t>OSR, ENV</w:t>
            </w:r>
          </w:p>
        </w:tc>
        <w:tc>
          <w:tcPr>
            <w:tcW w:w="1043" w:type="dxa"/>
            <w:vAlign w:val="center"/>
          </w:tcPr>
          <w:p w14:paraId="183B764D" w14:textId="77777777" w:rsidR="0099189D" w:rsidRDefault="00BF4F7F">
            <w:r>
              <w:rPr>
                <w:sz w:val="11"/>
              </w:rPr>
              <w:t xml:space="preserve">atlas, </w:t>
            </w:r>
            <w:proofErr w:type="spellStart"/>
            <w:r>
              <w:rPr>
                <w:sz w:val="11"/>
              </w:rPr>
              <w:t>mapa</w:t>
            </w:r>
            <w:proofErr w:type="spellEnd"/>
          </w:p>
        </w:tc>
        <w:tc>
          <w:tcPr>
            <w:tcW w:w="1043" w:type="dxa"/>
            <w:vAlign w:val="center"/>
          </w:tcPr>
          <w:p w14:paraId="3C362856" w14:textId="77777777" w:rsidR="0099189D" w:rsidRDefault="00BF4F7F">
            <w:proofErr w:type="spellStart"/>
            <w:r>
              <w:rPr>
                <w:sz w:val="11"/>
              </w:rPr>
              <w:t>ústne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aktivita</w:t>
            </w:r>
            <w:proofErr w:type="spellEnd"/>
          </w:p>
        </w:tc>
      </w:tr>
      <w:tr w:rsidR="0099189D" w14:paraId="1E611275" w14:textId="77777777">
        <w:trPr>
          <w:jc w:val="center"/>
        </w:trPr>
        <w:tc>
          <w:tcPr>
            <w:tcW w:w="1043" w:type="dxa"/>
            <w:vAlign w:val="center"/>
          </w:tcPr>
          <w:p w14:paraId="5FB0265C" w14:textId="77777777" w:rsidR="0099189D" w:rsidRDefault="00BF4F7F">
            <w:r>
              <w:rPr>
                <w:sz w:val="11"/>
              </w:rPr>
              <w:t>IX.</w:t>
            </w:r>
          </w:p>
        </w:tc>
        <w:tc>
          <w:tcPr>
            <w:tcW w:w="1043" w:type="dxa"/>
            <w:vAlign w:val="center"/>
          </w:tcPr>
          <w:p w14:paraId="03BC7FBA" w14:textId="77777777" w:rsidR="0099189D" w:rsidRDefault="00BF4F7F">
            <w:r>
              <w:rPr>
                <w:sz w:val="11"/>
              </w:rPr>
              <w:t>3</w:t>
            </w:r>
          </w:p>
        </w:tc>
        <w:tc>
          <w:tcPr>
            <w:tcW w:w="1043" w:type="dxa"/>
            <w:vAlign w:val="center"/>
          </w:tcPr>
          <w:p w14:paraId="717CB00D" w14:textId="77777777" w:rsidR="0099189D" w:rsidRDefault="00BF4F7F">
            <w:proofErr w:type="spellStart"/>
            <w:r>
              <w:rPr>
                <w:sz w:val="11"/>
              </w:rPr>
              <w:t>Planéta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Zem</w:t>
            </w:r>
            <w:proofErr w:type="spellEnd"/>
          </w:p>
        </w:tc>
        <w:tc>
          <w:tcPr>
            <w:tcW w:w="1043" w:type="dxa"/>
            <w:vAlign w:val="center"/>
          </w:tcPr>
          <w:p w14:paraId="577AC660" w14:textId="77777777" w:rsidR="0099189D" w:rsidRDefault="00BF4F7F">
            <w:proofErr w:type="spellStart"/>
            <w:r>
              <w:rPr>
                <w:sz w:val="11"/>
              </w:rPr>
              <w:t>Určovanie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geografickej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polohy</w:t>
            </w:r>
            <w:proofErr w:type="spellEnd"/>
          </w:p>
        </w:tc>
        <w:tc>
          <w:tcPr>
            <w:tcW w:w="1043" w:type="dxa"/>
            <w:vAlign w:val="center"/>
          </w:tcPr>
          <w:p w14:paraId="1C194132" w14:textId="77777777" w:rsidR="0099189D" w:rsidRDefault="00BF4F7F">
            <w:proofErr w:type="spellStart"/>
            <w:r>
              <w:rPr>
                <w:sz w:val="11"/>
              </w:rPr>
              <w:t>geografické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súradnice</w:t>
            </w:r>
            <w:proofErr w:type="spellEnd"/>
          </w:p>
        </w:tc>
        <w:tc>
          <w:tcPr>
            <w:tcW w:w="1043" w:type="dxa"/>
            <w:vAlign w:val="center"/>
          </w:tcPr>
          <w:p w14:paraId="0FE6D95C" w14:textId="77777777" w:rsidR="0099189D" w:rsidRDefault="00BF4F7F">
            <w:proofErr w:type="spellStart"/>
            <w:r>
              <w:rPr>
                <w:sz w:val="11"/>
              </w:rPr>
              <w:t>určí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polohu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miesta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pomocou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zemepisnej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šírky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dĺžky</w:t>
            </w:r>
            <w:proofErr w:type="spellEnd"/>
          </w:p>
        </w:tc>
        <w:tc>
          <w:tcPr>
            <w:tcW w:w="1043" w:type="dxa"/>
            <w:vAlign w:val="center"/>
          </w:tcPr>
          <w:p w14:paraId="262D48C2" w14:textId="77777777" w:rsidR="0099189D" w:rsidRDefault="00BF4F7F"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 s mapou, </w:t>
            </w:r>
            <w:proofErr w:type="spellStart"/>
            <w:r>
              <w:rPr>
                <w:sz w:val="11"/>
              </w:rPr>
              <w:t>problémové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úlohy</w:t>
            </w:r>
            <w:proofErr w:type="spellEnd"/>
          </w:p>
        </w:tc>
        <w:tc>
          <w:tcPr>
            <w:tcW w:w="1043" w:type="dxa"/>
            <w:vAlign w:val="center"/>
          </w:tcPr>
          <w:p w14:paraId="324D0601" w14:textId="77777777" w:rsidR="0099189D" w:rsidRDefault="00BF4F7F">
            <w:r>
              <w:rPr>
                <w:sz w:val="11"/>
              </w:rPr>
              <w:t xml:space="preserve">OSR, </w:t>
            </w:r>
            <w:proofErr w:type="spellStart"/>
            <w:r>
              <w:rPr>
                <w:sz w:val="11"/>
              </w:rPr>
              <w:t>OŽaZ</w:t>
            </w:r>
            <w:proofErr w:type="spellEnd"/>
            <w:r>
              <w:rPr>
                <w:sz w:val="11"/>
              </w:rPr>
              <w:t>, DOV</w:t>
            </w:r>
          </w:p>
        </w:tc>
        <w:tc>
          <w:tcPr>
            <w:tcW w:w="1043" w:type="dxa"/>
            <w:vAlign w:val="center"/>
          </w:tcPr>
          <w:p w14:paraId="4FEC31CC" w14:textId="77777777" w:rsidR="0099189D" w:rsidRDefault="00BF4F7F"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>, atlas</w:t>
            </w:r>
          </w:p>
        </w:tc>
        <w:tc>
          <w:tcPr>
            <w:tcW w:w="1043" w:type="dxa"/>
            <w:vAlign w:val="center"/>
          </w:tcPr>
          <w:p w14:paraId="333F4C5B" w14:textId="77777777" w:rsidR="0099189D" w:rsidRDefault="00BF4F7F">
            <w:proofErr w:type="spellStart"/>
            <w:r>
              <w:rPr>
                <w:sz w:val="11"/>
              </w:rPr>
              <w:t>praktická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úloha</w:t>
            </w:r>
            <w:proofErr w:type="spellEnd"/>
          </w:p>
        </w:tc>
      </w:tr>
      <w:tr w:rsidR="0099189D" w14:paraId="43600D76" w14:textId="77777777">
        <w:trPr>
          <w:jc w:val="center"/>
        </w:trPr>
        <w:tc>
          <w:tcPr>
            <w:tcW w:w="1043" w:type="dxa"/>
            <w:vAlign w:val="center"/>
          </w:tcPr>
          <w:p w14:paraId="0D0DCC5A" w14:textId="77777777" w:rsidR="0099189D" w:rsidRDefault="00BF4F7F">
            <w:r>
              <w:rPr>
                <w:sz w:val="11"/>
              </w:rPr>
              <w:t>IX.</w:t>
            </w:r>
          </w:p>
        </w:tc>
        <w:tc>
          <w:tcPr>
            <w:tcW w:w="1043" w:type="dxa"/>
            <w:vAlign w:val="center"/>
          </w:tcPr>
          <w:p w14:paraId="656554DC" w14:textId="77777777" w:rsidR="0099189D" w:rsidRDefault="00BF4F7F">
            <w:r>
              <w:rPr>
                <w:sz w:val="11"/>
              </w:rPr>
              <w:t>4</w:t>
            </w:r>
          </w:p>
        </w:tc>
        <w:tc>
          <w:tcPr>
            <w:tcW w:w="1043" w:type="dxa"/>
            <w:vAlign w:val="center"/>
          </w:tcPr>
          <w:p w14:paraId="7B7576A7" w14:textId="77777777" w:rsidR="0099189D" w:rsidRDefault="00BF4F7F">
            <w:proofErr w:type="spellStart"/>
            <w:r>
              <w:rPr>
                <w:sz w:val="11"/>
              </w:rPr>
              <w:t>Planéta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Zem</w:t>
            </w:r>
            <w:proofErr w:type="spellEnd"/>
          </w:p>
        </w:tc>
        <w:tc>
          <w:tcPr>
            <w:tcW w:w="1043" w:type="dxa"/>
            <w:vAlign w:val="center"/>
          </w:tcPr>
          <w:p w14:paraId="6455D2BC" w14:textId="77777777" w:rsidR="0099189D" w:rsidRDefault="00BF4F7F">
            <w:r>
              <w:rPr>
                <w:sz w:val="11"/>
              </w:rPr>
              <w:t xml:space="preserve">GPS a </w:t>
            </w:r>
            <w:proofErr w:type="spellStart"/>
            <w:r>
              <w:rPr>
                <w:sz w:val="11"/>
              </w:rPr>
              <w:t>digitálna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poloha</w:t>
            </w:r>
            <w:proofErr w:type="spellEnd"/>
          </w:p>
        </w:tc>
        <w:tc>
          <w:tcPr>
            <w:tcW w:w="1043" w:type="dxa"/>
            <w:vAlign w:val="center"/>
          </w:tcPr>
          <w:p w14:paraId="4B82700E" w14:textId="77777777" w:rsidR="0099189D" w:rsidRDefault="00BF4F7F">
            <w:r>
              <w:rPr>
                <w:sz w:val="11"/>
              </w:rPr>
              <w:t xml:space="preserve">GPS, </w:t>
            </w:r>
            <w:proofErr w:type="spellStart"/>
            <w:r>
              <w:rPr>
                <w:sz w:val="11"/>
              </w:rPr>
              <w:t>digitálne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mapy</w:t>
            </w:r>
            <w:proofErr w:type="spellEnd"/>
          </w:p>
        </w:tc>
        <w:tc>
          <w:tcPr>
            <w:tcW w:w="1043" w:type="dxa"/>
            <w:vAlign w:val="center"/>
          </w:tcPr>
          <w:p w14:paraId="6611A94B" w14:textId="77777777" w:rsidR="0099189D" w:rsidRDefault="00BF4F7F">
            <w:proofErr w:type="spellStart"/>
            <w:r>
              <w:rPr>
                <w:sz w:val="11"/>
              </w:rPr>
              <w:t>využije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súradnice</w:t>
            </w:r>
            <w:proofErr w:type="spellEnd"/>
            <w:r>
              <w:rPr>
                <w:sz w:val="11"/>
              </w:rPr>
              <w:t xml:space="preserve"> a GPS </w:t>
            </w:r>
            <w:proofErr w:type="spellStart"/>
            <w:r>
              <w:rPr>
                <w:sz w:val="11"/>
              </w:rPr>
              <w:t>pri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určovaní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polohy</w:t>
            </w:r>
            <w:proofErr w:type="spellEnd"/>
          </w:p>
        </w:tc>
        <w:tc>
          <w:tcPr>
            <w:tcW w:w="1043" w:type="dxa"/>
            <w:vAlign w:val="center"/>
          </w:tcPr>
          <w:p w14:paraId="4E9884C7" w14:textId="77777777" w:rsidR="0099189D" w:rsidRDefault="00BF4F7F">
            <w:proofErr w:type="spellStart"/>
            <w:r>
              <w:rPr>
                <w:sz w:val="11"/>
              </w:rPr>
              <w:t>praktická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digitálna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mapa</w:t>
            </w:r>
            <w:proofErr w:type="spellEnd"/>
          </w:p>
        </w:tc>
        <w:tc>
          <w:tcPr>
            <w:tcW w:w="1043" w:type="dxa"/>
            <w:vAlign w:val="center"/>
          </w:tcPr>
          <w:p w14:paraId="4C2A9AA9" w14:textId="77777777" w:rsidR="0099189D" w:rsidRDefault="00BF4F7F">
            <w:r>
              <w:rPr>
                <w:sz w:val="11"/>
              </w:rPr>
              <w:t>DIG, AI</w:t>
            </w:r>
          </w:p>
        </w:tc>
        <w:tc>
          <w:tcPr>
            <w:tcW w:w="1043" w:type="dxa"/>
            <w:vAlign w:val="center"/>
          </w:tcPr>
          <w:p w14:paraId="197C3378" w14:textId="77777777" w:rsidR="0099189D" w:rsidRDefault="00BF4F7F">
            <w:r>
              <w:rPr>
                <w:sz w:val="11"/>
              </w:rPr>
              <w:t>atlas, GPS/</w:t>
            </w:r>
            <w:proofErr w:type="spellStart"/>
            <w:r>
              <w:rPr>
                <w:sz w:val="11"/>
              </w:rPr>
              <w:t>digitálna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mapa</w:t>
            </w:r>
            <w:proofErr w:type="spellEnd"/>
          </w:p>
        </w:tc>
        <w:tc>
          <w:tcPr>
            <w:tcW w:w="1043" w:type="dxa"/>
            <w:vAlign w:val="center"/>
          </w:tcPr>
          <w:p w14:paraId="4CCF2F8D" w14:textId="77777777" w:rsidR="0099189D" w:rsidRDefault="00BF4F7F">
            <w:proofErr w:type="spellStart"/>
            <w:r>
              <w:rPr>
                <w:sz w:val="11"/>
              </w:rPr>
              <w:t>aktivita</w:t>
            </w:r>
            <w:proofErr w:type="spellEnd"/>
          </w:p>
        </w:tc>
      </w:tr>
      <w:tr w:rsidR="0099189D" w14:paraId="3A0F68D7" w14:textId="77777777">
        <w:trPr>
          <w:jc w:val="center"/>
        </w:trPr>
        <w:tc>
          <w:tcPr>
            <w:tcW w:w="1043" w:type="dxa"/>
            <w:vAlign w:val="center"/>
          </w:tcPr>
          <w:p w14:paraId="56F14E85" w14:textId="77777777" w:rsidR="0099189D" w:rsidRDefault="00BF4F7F">
            <w:r>
              <w:rPr>
                <w:sz w:val="11"/>
              </w:rPr>
              <w:t>X.</w:t>
            </w:r>
          </w:p>
        </w:tc>
        <w:tc>
          <w:tcPr>
            <w:tcW w:w="1043" w:type="dxa"/>
            <w:vAlign w:val="center"/>
          </w:tcPr>
          <w:p w14:paraId="025E1851" w14:textId="77777777" w:rsidR="0099189D" w:rsidRDefault="00BF4F7F">
            <w:r>
              <w:rPr>
                <w:sz w:val="11"/>
              </w:rPr>
              <w:t>5</w:t>
            </w:r>
          </w:p>
        </w:tc>
        <w:tc>
          <w:tcPr>
            <w:tcW w:w="1043" w:type="dxa"/>
            <w:vAlign w:val="center"/>
          </w:tcPr>
          <w:p w14:paraId="6ED7804A" w14:textId="77777777" w:rsidR="0099189D" w:rsidRDefault="00BF4F7F">
            <w:proofErr w:type="spellStart"/>
            <w:r>
              <w:rPr>
                <w:sz w:val="11"/>
              </w:rPr>
              <w:t>Planéta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Zem</w:t>
            </w:r>
            <w:proofErr w:type="spellEnd"/>
          </w:p>
        </w:tc>
        <w:tc>
          <w:tcPr>
            <w:tcW w:w="1043" w:type="dxa"/>
            <w:vAlign w:val="center"/>
          </w:tcPr>
          <w:p w14:paraId="5C617ECF" w14:textId="77777777" w:rsidR="0099189D" w:rsidRDefault="00BF4F7F">
            <w:proofErr w:type="spellStart"/>
            <w:r>
              <w:rPr>
                <w:sz w:val="11"/>
              </w:rPr>
              <w:t>Počasie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podnebie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podnebné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pásma</w:t>
            </w:r>
            <w:proofErr w:type="spellEnd"/>
          </w:p>
        </w:tc>
        <w:tc>
          <w:tcPr>
            <w:tcW w:w="1043" w:type="dxa"/>
            <w:vAlign w:val="center"/>
          </w:tcPr>
          <w:p w14:paraId="234AB992" w14:textId="77777777" w:rsidR="0099189D" w:rsidRDefault="00BF4F7F">
            <w:proofErr w:type="spellStart"/>
            <w:r>
              <w:rPr>
                <w:sz w:val="11"/>
              </w:rPr>
              <w:t>počasie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podnebie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podnebné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pásma</w:t>
            </w:r>
            <w:proofErr w:type="spellEnd"/>
          </w:p>
        </w:tc>
        <w:tc>
          <w:tcPr>
            <w:tcW w:w="1043" w:type="dxa"/>
            <w:vAlign w:val="center"/>
          </w:tcPr>
          <w:p w14:paraId="04BDDEE0" w14:textId="77777777" w:rsidR="0099189D" w:rsidRDefault="00BF4F7F">
            <w:proofErr w:type="spellStart"/>
            <w:r>
              <w:rPr>
                <w:sz w:val="11"/>
              </w:rPr>
              <w:t>charakterizuje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rozdiel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medzi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počasím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podnebím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vymedzí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podnebné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pásma</w:t>
            </w:r>
            <w:proofErr w:type="spellEnd"/>
          </w:p>
        </w:tc>
        <w:tc>
          <w:tcPr>
            <w:tcW w:w="1043" w:type="dxa"/>
            <w:vAlign w:val="center"/>
          </w:tcPr>
          <w:p w14:paraId="031BD9C5" w14:textId="77777777" w:rsidR="0099189D" w:rsidRDefault="00BF4F7F"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 s mapou, </w:t>
            </w:r>
            <w:proofErr w:type="spellStart"/>
            <w:r>
              <w:rPr>
                <w:sz w:val="11"/>
              </w:rPr>
              <w:t>problémové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úlohy</w:t>
            </w:r>
            <w:proofErr w:type="spellEnd"/>
          </w:p>
        </w:tc>
        <w:tc>
          <w:tcPr>
            <w:tcW w:w="1043" w:type="dxa"/>
            <w:vAlign w:val="center"/>
          </w:tcPr>
          <w:p w14:paraId="5E7E1C5A" w14:textId="77777777" w:rsidR="0099189D" w:rsidRDefault="00BF4F7F">
            <w:r>
              <w:rPr>
                <w:sz w:val="11"/>
              </w:rPr>
              <w:t>ENV, FG</w:t>
            </w:r>
          </w:p>
        </w:tc>
        <w:tc>
          <w:tcPr>
            <w:tcW w:w="1043" w:type="dxa"/>
            <w:vAlign w:val="center"/>
          </w:tcPr>
          <w:p w14:paraId="271294F9" w14:textId="77777777" w:rsidR="0099189D" w:rsidRDefault="00BF4F7F"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>, atlas, PL</w:t>
            </w:r>
          </w:p>
        </w:tc>
        <w:tc>
          <w:tcPr>
            <w:tcW w:w="1043" w:type="dxa"/>
            <w:vAlign w:val="center"/>
          </w:tcPr>
          <w:p w14:paraId="0EE9CAA2" w14:textId="77777777" w:rsidR="0099189D" w:rsidRDefault="00BF4F7F">
            <w:proofErr w:type="spellStart"/>
            <w:r>
              <w:rPr>
                <w:sz w:val="11"/>
              </w:rPr>
              <w:t>ústne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písomne</w:t>
            </w:r>
            <w:proofErr w:type="spellEnd"/>
          </w:p>
        </w:tc>
      </w:tr>
      <w:tr w:rsidR="0099189D" w14:paraId="2D46C768" w14:textId="77777777">
        <w:trPr>
          <w:jc w:val="center"/>
        </w:trPr>
        <w:tc>
          <w:tcPr>
            <w:tcW w:w="1043" w:type="dxa"/>
            <w:vAlign w:val="center"/>
          </w:tcPr>
          <w:p w14:paraId="7C35DE96" w14:textId="77777777" w:rsidR="0099189D" w:rsidRDefault="00BF4F7F">
            <w:r>
              <w:rPr>
                <w:sz w:val="11"/>
              </w:rPr>
              <w:t>X.</w:t>
            </w:r>
          </w:p>
        </w:tc>
        <w:tc>
          <w:tcPr>
            <w:tcW w:w="1043" w:type="dxa"/>
            <w:vAlign w:val="center"/>
          </w:tcPr>
          <w:p w14:paraId="39A92292" w14:textId="77777777" w:rsidR="0099189D" w:rsidRDefault="00BF4F7F">
            <w:r>
              <w:rPr>
                <w:sz w:val="11"/>
              </w:rPr>
              <w:t>6</w:t>
            </w:r>
          </w:p>
        </w:tc>
        <w:tc>
          <w:tcPr>
            <w:tcW w:w="1043" w:type="dxa"/>
            <w:vAlign w:val="center"/>
          </w:tcPr>
          <w:p w14:paraId="289FFB1B" w14:textId="77777777" w:rsidR="0099189D" w:rsidRDefault="00BF4F7F">
            <w:proofErr w:type="spellStart"/>
            <w:r>
              <w:rPr>
                <w:sz w:val="11"/>
              </w:rPr>
              <w:t>Austrália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Oceánia</w:t>
            </w:r>
            <w:proofErr w:type="spellEnd"/>
          </w:p>
        </w:tc>
        <w:tc>
          <w:tcPr>
            <w:tcW w:w="1043" w:type="dxa"/>
            <w:vAlign w:val="center"/>
          </w:tcPr>
          <w:p w14:paraId="1C70F9E7" w14:textId="77777777" w:rsidR="0099189D" w:rsidRDefault="00BF4F7F">
            <w:proofErr w:type="spellStart"/>
            <w:r>
              <w:rPr>
                <w:sz w:val="11"/>
              </w:rPr>
              <w:t>Poloha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povrch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Austrálie</w:t>
            </w:r>
            <w:proofErr w:type="spellEnd"/>
          </w:p>
        </w:tc>
        <w:tc>
          <w:tcPr>
            <w:tcW w:w="1043" w:type="dxa"/>
            <w:vAlign w:val="center"/>
          </w:tcPr>
          <w:p w14:paraId="352FC426" w14:textId="77777777" w:rsidR="0099189D" w:rsidRDefault="00BF4F7F">
            <w:proofErr w:type="spellStart"/>
            <w:r>
              <w:rPr>
                <w:sz w:val="11"/>
              </w:rPr>
              <w:t>Austrália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Tasmánia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obratník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Kozorožca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Veľká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koralová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bariéra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Veľké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predelové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vrchy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Austrálske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Alpy</w:t>
            </w:r>
            <w:proofErr w:type="spellEnd"/>
            <w:r>
              <w:rPr>
                <w:sz w:val="11"/>
              </w:rPr>
              <w:t>, Uluru</w:t>
            </w:r>
          </w:p>
        </w:tc>
        <w:tc>
          <w:tcPr>
            <w:tcW w:w="1043" w:type="dxa"/>
            <w:vAlign w:val="center"/>
          </w:tcPr>
          <w:p w14:paraId="0484A63F" w14:textId="77777777" w:rsidR="0099189D" w:rsidRDefault="00BF4F7F">
            <w:proofErr w:type="spellStart"/>
            <w:r>
              <w:rPr>
                <w:sz w:val="11"/>
              </w:rPr>
              <w:t>určí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polohu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Austrálie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ukáže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vybrané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geografické</w:t>
            </w:r>
            <w:proofErr w:type="spellEnd"/>
            <w:r>
              <w:rPr>
                <w:sz w:val="11"/>
              </w:rPr>
              <w:t xml:space="preserve"> entity</w:t>
            </w:r>
          </w:p>
        </w:tc>
        <w:tc>
          <w:tcPr>
            <w:tcW w:w="1043" w:type="dxa"/>
            <w:vAlign w:val="center"/>
          </w:tcPr>
          <w:p w14:paraId="6FEA7A74" w14:textId="77777777" w:rsidR="0099189D" w:rsidRDefault="00BF4F7F">
            <w:proofErr w:type="spellStart"/>
            <w:r>
              <w:rPr>
                <w:sz w:val="11"/>
              </w:rPr>
              <w:t>motivačný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rozhovor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 s mapou, </w:t>
            </w:r>
            <w:proofErr w:type="spellStart"/>
            <w:r>
              <w:rPr>
                <w:sz w:val="11"/>
              </w:rPr>
              <w:t>slepá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mapa</w:t>
            </w:r>
            <w:proofErr w:type="spellEnd"/>
          </w:p>
        </w:tc>
        <w:tc>
          <w:tcPr>
            <w:tcW w:w="1043" w:type="dxa"/>
            <w:vAlign w:val="center"/>
          </w:tcPr>
          <w:p w14:paraId="11689D7E" w14:textId="77777777" w:rsidR="0099189D" w:rsidRDefault="00BF4F7F">
            <w:r>
              <w:rPr>
                <w:sz w:val="11"/>
              </w:rPr>
              <w:t>OSR, ENV, DOV, FG, MV</w:t>
            </w:r>
          </w:p>
        </w:tc>
        <w:tc>
          <w:tcPr>
            <w:tcW w:w="1043" w:type="dxa"/>
            <w:vAlign w:val="center"/>
          </w:tcPr>
          <w:p w14:paraId="756EAD3B" w14:textId="77777777" w:rsidR="0099189D" w:rsidRDefault="00BF4F7F"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 xml:space="preserve">, atlas, </w:t>
            </w:r>
            <w:proofErr w:type="spellStart"/>
            <w:r>
              <w:rPr>
                <w:sz w:val="11"/>
              </w:rPr>
              <w:t>slepá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učebnica</w:t>
            </w:r>
            <w:proofErr w:type="spellEnd"/>
          </w:p>
        </w:tc>
        <w:tc>
          <w:tcPr>
            <w:tcW w:w="1043" w:type="dxa"/>
            <w:vAlign w:val="center"/>
          </w:tcPr>
          <w:p w14:paraId="31F8B50F" w14:textId="77777777" w:rsidR="0099189D" w:rsidRDefault="00BF4F7F">
            <w:proofErr w:type="spellStart"/>
            <w:r>
              <w:rPr>
                <w:sz w:val="11"/>
              </w:rPr>
              <w:t>aktivita</w:t>
            </w:r>
            <w:proofErr w:type="spellEnd"/>
          </w:p>
        </w:tc>
      </w:tr>
      <w:tr w:rsidR="0099189D" w14:paraId="496CB7E8" w14:textId="77777777">
        <w:trPr>
          <w:jc w:val="center"/>
        </w:trPr>
        <w:tc>
          <w:tcPr>
            <w:tcW w:w="1043" w:type="dxa"/>
            <w:vAlign w:val="center"/>
          </w:tcPr>
          <w:p w14:paraId="0F5CBB26" w14:textId="77777777" w:rsidR="0099189D" w:rsidRDefault="00BF4F7F">
            <w:r>
              <w:rPr>
                <w:sz w:val="11"/>
              </w:rPr>
              <w:t>X.</w:t>
            </w:r>
          </w:p>
        </w:tc>
        <w:tc>
          <w:tcPr>
            <w:tcW w:w="1043" w:type="dxa"/>
            <w:vAlign w:val="center"/>
          </w:tcPr>
          <w:p w14:paraId="73845687" w14:textId="77777777" w:rsidR="0099189D" w:rsidRDefault="00BF4F7F">
            <w:r>
              <w:rPr>
                <w:sz w:val="11"/>
              </w:rPr>
              <w:t>7</w:t>
            </w:r>
          </w:p>
        </w:tc>
        <w:tc>
          <w:tcPr>
            <w:tcW w:w="1043" w:type="dxa"/>
            <w:vAlign w:val="center"/>
          </w:tcPr>
          <w:p w14:paraId="36F85BF3" w14:textId="77777777" w:rsidR="0099189D" w:rsidRDefault="00BF4F7F">
            <w:proofErr w:type="spellStart"/>
            <w:r>
              <w:rPr>
                <w:sz w:val="11"/>
              </w:rPr>
              <w:t>Austrália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Oceánia</w:t>
            </w:r>
            <w:proofErr w:type="spellEnd"/>
          </w:p>
        </w:tc>
        <w:tc>
          <w:tcPr>
            <w:tcW w:w="1043" w:type="dxa"/>
            <w:vAlign w:val="center"/>
          </w:tcPr>
          <w:p w14:paraId="70EC4A1F" w14:textId="77777777" w:rsidR="0099189D" w:rsidRDefault="00BF4F7F">
            <w:proofErr w:type="spellStart"/>
            <w:r>
              <w:rPr>
                <w:sz w:val="11"/>
              </w:rPr>
              <w:t>Podnebie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vodstvo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Austrálie</w:t>
            </w:r>
            <w:proofErr w:type="spellEnd"/>
          </w:p>
        </w:tc>
        <w:tc>
          <w:tcPr>
            <w:tcW w:w="1043" w:type="dxa"/>
            <w:vAlign w:val="center"/>
          </w:tcPr>
          <w:p w14:paraId="33E48717" w14:textId="77777777" w:rsidR="0099189D" w:rsidRDefault="00BF4F7F">
            <w:proofErr w:type="spellStart"/>
            <w:r>
              <w:rPr>
                <w:sz w:val="11"/>
              </w:rPr>
              <w:t>suché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oblasti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Eyrovo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jazero</w:t>
            </w:r>
            <w:proofErr w:type="spellEnd"/>
            <w:r>
              <w:rPr>
                <w:sz w:val="11"/>
              </w:rPr>
              <w:t xml:space="preserve">, Murray, Darling, </w:t>
            </w:r>
            <w:proofErr w:type="spellStart"/>
            <w:r>
              <w:rPr>
                <w:sz w:val="11"/>
              </w:rPr>
              <w:t>podzemná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voda</w:t>
            </w:r>
            <w:proofErr w:type="spellEnd"/>
          </w:p>
        </w:tc>
        <w:tc>
          <w:tcPr>
            <w:tcW w:w="1043" w:type="dxa"/>
            <w:vAlign w:val="center"/>
          </w:tcPr>
          <w:p w14:paraId="611F52B2" w14:textId="77777777" w:rsidR="0099189D" w:rsidRDefault="00BF4F7F">
            <w:proofErr w:type="spellStart"/>
            <w:r>
              <w:rPr>
                <w:sz w:val="11"/>
              </w:rPr>
              <w:t>vysvetlí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príčiny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sucha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nedostatku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vody</w:t>
            </w:r>
            <w:proofErr w:type="spellEnd"/>
            <w:r>
              <w:rPr>
                <w:sz w:val="11"/>
              </w:rPr>
              <w:t xml:space="preserve">; </w:t>
            </w:r>
            <w:proofErr w:type="spellStart"/>
            <w:r>
              <w:rPr>
                <w:sz w:val="11"/>
              </w:rPr>
              <w:t>ukáže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vybrané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rieky</w:t>
            </w:r>
            <w:proofErr w:type="spellEnd"/>
          </w:p>
        </w:tc>
        <w:tc>
          <w:tcPr>
            <w:tcW w:w="1043" w:type="dxa"/>
            <w:vAlign w:val="center"/>
          </w:tcPr>
          <w:p w14:paraId="09B47299" w14:textId="77777777" w:rsidR="0099189D" w:rsidRDefault="00BF4F7F"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 s mapou, </w:t>
            </w:r>
            <w:proofErr w:type="spellStart"/>
            <w:r>
              <w:rPr>
                <w:sz w:val="11"/>
              </w:rPr>
              <w:t>problémové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úlohy</w:t>
            </w:r>
            <w:proofErr w:type="spellEnd"/>
          </w:p>
        </w:tc>
        <w:tc>
          <w:tcPr>
            <w:tcW w:w="1043" w:type="dxa"/>
            <w:vAlign w:val="center"/>
          </w:tcPr>
          <w:p w14:paraId="6A9D1BB1" w14:textId="77777777" w:rsidR="0099189D" w:rsidRDefault="00BF4F7F">
            <w:r>
              <w:rPr>
                <w:sz w:val="11"/>
              </w:rPr>
              <w:t>ENV, FG</w:t>
            </w:r>
          </w:p>
        </w:tc>
        <w:tc>
          <w:tcPr>
            <w:tcW w:w="1043" w:type="dxa"/>
            <w:vAlign w:val="center"/>
          </w:tcPr>
          <w:p w14:paraId="283C336A" w14:textId="77777777" w:rsidR="0099189D" w:rsidRDefault="00BF4F7F">
            <w:r>
              <w:rPr>
                <w:sz w:val="11"/>
              </w:rPr>
              <w:t xml:space="preserve">atlas, </w:t>
            </w:r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>, PL</w:t>
            </w:r>
          </w:p>
        </w:tc>
        <w:tc>
          <w:tcPr>
            <w:tcW w:w="1043" w:type="dxa"/>
            <w:vAlign w:val="center"/>
          </w:tcPr>
          <w:p w14:paraId="288D2261" w14:textId="77777777" w:rsidR="0099189D" w:rsidRDefault="00BF4F7F">
            <w:proofErr w:type="spellStart"/>
            <w:r>
              <w:rPr>
                <w:sz w:val="11"/>
              </w:rPr>
              <w:t>ústne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aktivita</w:t>
            </w:r>
            <w:proofErr w:type="spellEnd"/>
          </w:p>
        </w:tc>
      </w:tr>
      <w:tr w:rsidR="0099189D" w14:paraId="143A0461" w14:textId="77777777">
        <w:trPr>
          <w:jc w:val="center"/>
        </w:trPr>
        <w:tc>
          <w:tcPr>
            <w:tcW w:w="1043" w:type="dxa"/>
            <w:vAlign w:val="center"/>
          </w:tcPr>
          <w:p w14:paraId="6AD822DC" w14:textId="77777777" w:rsidR="0099189D" w:rsidRDefault="00BF4F7F">
            <w:r>
              <w:rPr>
                <w:sz w:val="11"/>
              </w:rPr>
              <w:t>XI.</w:t>
            </w:r>
          </w:p>
        </w:tc>
        <w:tc>
          <w:tcPr>
            <w:tcW w:w="1043" w:type="dxa"/>
            <w:vAlign w:val="center"/>
          </w:tcPr>
          <w:p w14:paraId="00BE3B20" w14:textId="77777777" w:rsidR="0099189D" w:rsidRDefault="00BF4F7F">
            <w:r>
              <w:rPr>
                <w:sz w:val="11"/>
              </w:rPr>
              <w:t>8</w:t>
            </w:r>
          </w:p>
        </w:tc>
        <w:tc>
          <w:tcPr>
            <w:tcW w:w="1043" w:type="dxa"/>
            <w:vAlign w:val="center"/>
          </w:tcPr>
          <w:p w14:paraId="1CEEEF01" w14:textId="77777777" w:rsidR="0099189D" w:rsidRDefault="00BF4F7F">
            <w:proofErr w:type="spellStart"/>
            <w:r>
              <w:rPr>
                <w:sz w:val="11"/>
              </w:rPr>
              <w:t>Austrália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Oceánia</w:t>
            </w:r>
            <w:proofErr w:type="spellEnd"/>
          </w:p>
        </w:tc>
        <w:tc>
          <w:tcPr>
            <w:tcW w:w="1043" w:type="dxa"/>
            <w:vAlign w:val="center"/>
          </w:tcPr>
          <w:p w14:paraId="1553AB92" w14:textId="77777777" w:rsidR="0099189D" w:rsidRDefault="00BF4F7F">
            <w:proofErr w:type="spellStart"/>
            <w:r>
              <w:rPr>
                <w:sz w:val="11"/>
              </w:rPr>
              <w:t>Rastlinstvo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živočíšstvo</w:t>
            </w:r>
            <w:proofErr w:type="spellEnd"/>
          </w:p>
        </w:tc>
        <w:tc>
          <w:tcPr>
            <w:tcW w:w="1043" w:type="dxa"/>
            <w:vAlign w:val="center"/>
          </w:tcPr>
          <w:p w14:paraId="45E9B37A" w14:textId="77777777" w:rsidR="0099189D" w:rsidRDefault="00BF4F7F">
            <w:proofErr w:type="spellStart"/>
            <w:r>
              <w:rPr>
                <w:sz w:val="11"/>
              </w:rPr>
              <w:t>endemity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vačkovce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ježura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vtákopysk</w:t>
            </w:r>
            <w:proofErr w:type="spellEnd"/>
            <w:r>
              <w:rPr>
                <w:sz w:val="11"/>
              </w:rPr>
              <w:t xml:space="preserve">, koala, </w:t>
            </w:r>
            <w:proofErr w:type="spellStart"/>
            <w:r>
              <w:rPr>
                <w:sz w:val="11"/>
              </w:rPr>
              <w:t>eukalyptus</w:t>
            </w:r>
            <w:proofErr w:type="spellEnd"/>
            <w:r>
              <w:rPr>
                <w:sz w:val="11"/>
              </w:rPr>
              <w:t>, scrub</w:t>
            </w:r>
          </w:p>
        </w:tc>
        <w:tc>
          <w:tcPr>
            <w:tcW w:w="1043" w:type="dxa"/>
            <w:vAlign w:val="center"/>
          </w:tcPr>
          <w:p w14:paraId="319730B1" w14:textId="77777777" w:rsidR="0099189D" w:rsidRDefault="00BF4F7F">
            <w:proofErr w:type="spellStart"/>
            <w:r>
              <w:rPr>
                <w:sz w:val="11"/>
              </w:rPr>
              <w:t>charakterizuje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typické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rastlinstvo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živočíšstvo</w:t>
            </w:r>
            <w:proofErr w:type="spellEnd"/>
            <w:r>
              <w:rPr>
                <w:sz w:val="11"/>
              </w:rPr>
              <w:t xml:space="preserve">; </w:t>
            </w:r>
            <w:proofErr w:type="spellStart"/>
            <w:r>
              <w:rPr>
                <w:sz w:val="11"/>
              </w:rPr>
              <w:t>vysvetlí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pojem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endemit</w:t>
            </w:r>
            <w:proofErr w:type="spellEnd"/>
          </w:p>
        </w:tc>
        <w:tc>
          <w:tcPr>
            <w:tcW w:w="1043" w:type="dxa"/>
            <w:vAlign w:val="center"/>
          </w:tcPr>
          <w:p w14:paraId="1033BE89" w14:textId="77777777" w:rsidR="0099189D" w:rsidRDefault="00BF4F7F">
            <w:proofErr w:type="spellStart"/>
            <w:r>
              <w:rPr>
                <w:sz w:val="11"/>
              </w:rPr>
              <w:t>riadený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rozhovor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 s mapou</w:t>
            </w:r>
          </w:p>
        </w:tc>
        <w:tc>
          <w:tcPr>
            <w:tcW w:w="1043" w:type="dxa"/>
            <w:vAlign w:val="center"/>
          </w:tcPr>
          <w:p w14:paraId="2C214525" w14:textId="77777777" w:rsidR="0099189D" w:rsidRDefault="00BF4F7F">
            <w:r>
              <w:rPr>
                <w:sz w:val="11"/>
              </w:rPr>
              <w:t>ENV</w:t>
            </w:r>
          </w:p>
        </w:tc>
        <w:tc>
          <w:tcPr>
            <w:tcW w:w="1043" w:type="dxa"/>
            <w:vAlign w:val="center"/>
          </w:tcPr>
          <w:p w14:paraId="136658D6" w14:textId="77777777" w:rsidR="0099189D" w:rsidRDefault="00BF4F7F">
            <w:proofErr w:type="spellStart"/>
            <w:r>
              <w:rPr>
                <w:sz w:val="11"/>
              </w:rPr>
              <w:t>učebnica</w:t>
            </w:r>
            <w:proofErr w:type="spellEnd"/>
            <w:r>
              <w:rPr>
                <w:sz w:val="11"/>
              </w:rPr>
              <w:t>, atlas, PL</w:t>
            </w:r>
          </w:p>
        </w:tc>
        <w:tc>
          <w:tcPr>
            <w:tcW w:w="1043" w:type="dxa"/>
            <w:vAlign w:val="center"/>
          </w:tcPr>
          <w:p w14:paraId="586ACCA7" w14:textId="77777777" w:rsidR="0099189D" w:rsidRDefault="00BF4F7F">
            <w:proofErr w:type="spellStart"/>
            <w:r>
              <w:rPr>
                <w:sz w:val="11"/>
              </w:rPr>
              <w:t>ústne</w:t>
            </w:r>
            <w:proofErr w:type="spellEnd"/>
          </w:p>
        </w:tc>
      </w:tr>
      <w:tr w:rsidR="0099189D" w14:paraId="0399C5A9" w14:textId="77777777">
        <w:trPr>
          <w:jc w:val="center"/>
        </w:trPr>
        <w:tc>
          <w:tcPr>
            <w:tcW w:w="1043" w:type="dxa"/>
            <w:vAlign w:val="center"/>
          </w:tcPr>
          <w:p w14:paraId="10C6AB53" w14:textId="77777777" w:rsidR="0099189D" w:rsidRDefault="00BF4F7F">
            <w:r>
              <w:rPr>
                <w:sz w:val="11"/>
              </w:rPr>
              <w:t>XI.</w:t>
            </w:r>
          </w:p>
        </w:tc>
        <w:tc>
          <w:tcPr>
            <w:tcW w:w="1043" w:type="dxa"/>
            <w:vAlign w:val="center"/>
          </w:tcPr>
          <w:p w14:paraId="30A73777" w14:textId="77777777" w:rsidR="0099189D" w:rsidRDefault="00BF4F7F">
            <w:r>
              <w:rPr>
                <w:sz w:val="11"/>
              </w:rPr>
              <w:t>9</w:t>
            </w:r>
          </w:p>
        </w:tc>
        <w:tc>
          <w:tcPr>
            <w:tcW w:w="1043" w:type="dxa"/>
            <w:vAlign w:val="center"/>
          </w:tcPr>
          <w:p w14:paraId="1A079F6F" w14:textId="77777777" w:rsidR="0099189D" w:rsidRDefault="00BF4F7F">
            <w:proofErr w:type="spellStart"/>
            <w:r>
              <w:rPr>
                <w:sz w:val="11"/>
              </w:rPr>
              <w:t>Austrália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Oceánia</w:t>
            </w:r>
            <w:proofErr w:type="spellEnd"/>
          </w:p>
        </w:tc>
        <w:tc>
          <w:tcPr>
            <w:tcW w:w="1043" w:type="dxa"/>
            <w:vAlign w:val="center"/>
          </w:tcPr>
          <w:p w14:paraId="317C1894" w14:textId="77777777" w:rsidR="0099189D" w:rsidRDefault="00BF4F7F">
            <w:proofErr w:type="spellStart"/>
            <w:r>
              <w:rPr>
                <w:sz w:val="11"/>
              </w:rPr>
              <w:t>Obyvateľstvo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sídla</w:t>
            </w:r>
            <w:proofErr w:type="spellEnd"/>
          </w:p>
        </w:tc>
        <w:tc>
          <w:tcPr>
            <w:tcW w:w="1043" w:type="dxa"/>
            <w:vAlign w:val="center"/>
          </w:tcPr>
          <w:p w14:paraId="00C7A289" w14:textId="77777777" w:rsidR="0099189D" w:rsidRDefault="00BF4F7F">
            <w:proofErr w:type="spellStart"/>
            <w:r>
              <w:rPr>
                <w:sz w:val="11"/>
              </w:rPr>
              <w:t>Aborigéni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prisťahovalectvo</w:t>
            </w:r>
            <w:proofErr w:type="spellEnd"/>
            <w:r>
              <w:rPr>
                <w:sz w:val="11"/>
              </w:rPr>
              <w:t>, Sydney, Melbourne, Perth, Canberra, Brisbane, Adelaide</w:t>
            </w:r>
          </w:p>
        </w:tc>
        <w:tc>
          <w:tcPr>
            <w:tcW w:w="1043" w:type="dxa"/>
            <w:vAlign w:val="center"/>
          </w:tcPr>
          <w:p w14:paraId="05B3212A" w14:textId="77777777" w:rsidR="0099189D" w:rsidRDefault="00BF4F7F">
            <w:proofErr w:type="spellStart"/>
            <w:r>
              <w:rPr>
                <w:sz w:val="11"/>
              </w:rPr>
              <w:t>vysvetlí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históriu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osídľovania</w:t>
            </w:r>
            <w:proofErr w:type="spellEnd"/>
            <w:r>
              <w:rPr>
                <w:sz w:val="11"/>
              </w:rPr>
              <w:t xml:space="preserve">; </w:t>
            </w:r>
            <w:proofErr w:type="spellStart"/>
            <w:r>
              <w:rPr>
                <w:sz w:val="11"/>
              </w:rPr>
              <w:t>ukáže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významné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sídla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hlavné</w:t>
            </w:r>
            <w:proofErr w:type="spellEnd"/>
            <w:r>
              <w:rPr>
                <w:sz w:val="11"/>
              </w:rPr>
              <w:t xml:space="preserve"> mesto</w:t>
            </w:r>
          </w:p>
        </w:tc>
        <w:tc>
          <w:tcPr>
            <w:tcW w:w="1043" w:type="dxa"/>
            <w:vAlign w:val="center"/>
          </w:tcPr>
          <w:p w14:paraId="440BEEFF" w14:textId="77777777" w:rsidR="0099189D" w:rsidRDefault="00BF4F7F">
            <w:proofErr w:type="spellStart"/>
            <w:r>
              <w:rPr>
                <w:sz w:val="11"/>
              </w:rPr>
              <w:t>problémové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úlohy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tajnička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mapa</w:t>
            </w:r>
            <w:proofErr w:type="spellEnd"/>
          </w:p>
        </w:tc>
        <w:tc>
          <w:tcPr>
            <w:tcW w:w="1043" w:type="dxa"/>
            <w:vAlign w:val="center"/>
          </w:tcPr>
          <w:p w14:paraId="18DC8E74" w14:textId="77777777" w:rsidR="0099189D" w:rsidRDefault="00BF4F7F">
            <w:r>
              <w:rPr>
                <w:sz w:val="11"/>
              </w:rPr>
              <w:t>OSR, MV</w:t>
            </w:r>
          </w:p>
        </w:tc>
        <w:tc>
          <w:tcPr>
            <w:tcW w:w="1043" w:type="dxa"/>
            <w:vAlign w:val="center"/>
          </w:tcPr>
          <w:p w14:paraId="6051BC40" w14:textId="77777777" w:rsidR="0099189D" w:rsidRDefault="00BF4F7F">
            <w:r>
              <w:rPr>
                <w:sz w:val="11"/>
              </w:rPr>
              <w:t xml:space="preserve">PC </w:t>
            </w:r>
            <w:proofErr w:type="spellStart"/>
            <w:r>
              <w:rPr>
                <w:sz w:val="11"/>
              </w:rPr>
              <w:t>prezentácia</w:t>
            </w:r>
            <w:proofErr w:type="spellEnd"/>
            <w:r>
              <w:rPr>
                <w:sz w:val="11"/>
              </w:rPr>
              <w:t>, atlas</w:t>
            </w:r>
          </w:p>
        </w:tc>
        <w:tc>
          <w:tcPr>
            <w:tcW w:w="1043" w:type="dxa"/>
            <w:vAlign w:val="center"/>
          </w:tcPr>
          <w:p w14:paraId="3AAFC15C" w14:textId="77777777" w:rsidR="0099189D" w:rsidRDefault="00BF4F7F">
            <w:proofErr w:type="spellStart"/>
            <w:r>
              <w:rPr>
                <w:sz w:val="11"/>
              </w:rPr>
              <w:t>aktivita</w:t>
            </w:r>
            <w:proofErr w:type="spellEnd"/>
          </w:p>
        </w:tc>
      </w:tr>
      <w:tr w:rsidR="0099189D" w14:paraId="50DB44E0" w14:textId="77777777">
        <w:trPr>
          <w:jc w:val="center"/>
        </w:trPr>
        <w:tc>
          <w:tcPr>
            <w:tcW w:w="1043" w:type="dxa"/>
            <w:vAlign w:val="center"/>
          </w:tcPr>
          <w:p w14:paraId="3D4092B3" w14:textId="77777777" w:rsidR="0099189D" w:rsidRDefault="00BF4F7F">
            <w:r>
              <w:rPr>
                <w:sz w:val="11"/>
              </w:rPr>
              <w:t>XI.</w:t>
            </w:r>
          </w:p>
        </w:tc>
        <w:tc>
          <w:tcPr>
            <w:tcW w:w="1043" w:type="dxa"/>
            <w:vAlign w:val="center"/>
          </w:tcPr>
          <w:p w14:paraId="7148C09B" w14:textId="77777777" w:rsidR="0099189D" w:rsidRDefault="00BF4F7F">
            <w:r>
              <w:rPr>
                <w:sz w:val="11"/>
              </w:rPr>
              <w:t>10</w:t>
            </w:r>
          </w:p>
        </w:tc>
        <w:tc>
          <w:tcPr>
            <w:tcW w:w="1043" w:type="dxa"/>
            <w:vAlign w:val="center"/>
          </w:tcPr>
          <w:p w14:paraId="0F11E383" w14:textId="77777777" w:rsidR="0099189D" w:rsidRDefault="00BF4F7F">
            <w:proofErr w:type="spellStart"/>
            <w:r>
              <w:rPr>
                <w:sz w:val="11"/>
              </w:rPr>
              <w:t>Austrália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Oceánia</w:t>
            </w:r>
            <w:proofErr w:type="spellEnd"/>
          </w:p>
        </w:tc>
        <w:tc>
          <w:tcPr>
            <w:tcW w:w="1043" w:type="dxa"/>
            <w:vAlign w:val="center"/>
          </w:tcPr>
          <w:p w14:paraId="3C51CCF7" w14:textId="77777777" w:rsidR="0099189D" w:rsidRDefault="00BF4F7F">
            <w:proofErr w:type="spellStart"/>
            <w:r>
              <w:rPr>
                <w:sz w:val="11"/>
              </w:rPr>
              <w:t>Hospodárstvo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Austrálie</w:t>
            </w:r>
            <w:proofErr w:type="spellEnd"/>
          </w:p>
        </w:tc>
        <w:tc>
          <w:tcPr>
            <w:tcW w:w="1043" w:type="dxa"/>
            <w:vAlign w:val="center"/>
          </w:tcPr>
          <w:p w14:paraId="2930F84C" w14:textId="77777777" w:rsidR="0099189D" w:rsidRDefault="00BF4F7F">
            <w:proofErr w:type="spellStart"/>
            <w:r>
              <w:rPr>
                <w:sz w:val="11"/>
              </w:rPr>
              <w:t>poľnohospodárstvo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doprava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nerastné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suroviny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priemysel</w:t>
            </w:r>
            <w:proofErr w:type="spellEnd"/>
          </w:p>
        </w:tc>
        <w:tc>
          <w:tcPr>
            <w:tcW w:w="1043" w:type="dxa"/>
            <w:vAlign w:val="center"/>
          </w:tcPr>
          <w:p w14:paraId="56B249E9" w14:textId="77777777" w:rsidR="0099189D" w:rsidRDefault="00BF4F7F">
            <w:proofErr w:type="spellStart"/>
            <w:r>
              <w:rPr>
                <w:sz w:val="11"/>
              </w:rPr>
              <w:t>charakterizuje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hospodárstvo</w:t>
            </w:r>
            <w:proofErr w:type="spellEnd"/>
            <w:r>
              <w:rPr>
                <w:sz w:val="11"/>
              </w:rPr>
              <w:t xml:space="preserve"> z </w:t>
            </w:r>
            <w:proofErr w:type="spellStart"/>
            <w:r>
              <w:rPr>
                <w:sz w:val="11"/>
              </w:rPr>
              <w:t>hľadiska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poľnohospodárstva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priemyslu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dopravy</w:t>
            </w:r>
            <w:proofErr w:type="spellEnd"/>
          </w:p>
        </w:tc>
        <w:tc>
          <w:tcPr>
            <w:tcW w:w="1043" w:type="dxa"/>
            <w:vAlign w:val="center"/>
          </w:tcPr>
          <w:p w14:paraId="10CA425E" w14:textId="77777777" w:rsidR="0099189D" w:rsidRDefault="00BF4F7F">
            <w:proofErr w:type="spellStart"/>
            <w:r>
              <w:rPr>
                <w:sz w:val="11"/>
              </w:rPr>
              <w:t>riadený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rozhovor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 s PL</w:t>
            </w:r>
          </w:p>
        </w:tc>
        <w:tc>
          <w:tcPr>
            <w:tcW w:w="1043" w:type="dxa"/>
            <w:vAlign w:val="center"/>
          </w:tcPr>
          <w:p w14:paraId="3A60D801" w14:textId="77777777" w:rsidR="0099189D" w:rsidRDefault="00BF4F7F">
            <w:r>
              <w:rPr>
                <w:sz w:val="11"/>
              </w:rPr>
              <w:t>FG, MV, DOV</w:t>
            </w:r>
          </w:p>
        </w:tc>
        <w:tc>
          <w:tcPr>
            <w:tcW w:w="1043" w:type="dxa"/>
            <w:vAlign w:val="center"/>
          </w:tcPr>
          <w:p w14:paraId="304B7F9F" w14:textId="77777777" w:rsidR="0099189D" w:rsidRDefault="00BF4F7F">
            <w:proofErr w:type="spellStart"/>
            <w:r>
              <w:rPr>
                <w:sz w:val="11"/>
              </w:rPr>
              <w:t>učebnica</w:t>
            </w:r>
            <w:proofErr w:type="spellEnd"/>
            <w:r>
              <w:rPr>
                <w:sz w:val="11"/>
              </w:rPr>
              <w:t>, atlas, PL</w:t>
            </w:r>
          </w:p>
        </w:tc>
        <w:tc>
          <w:tcPr>
            <w:tcW w:w="1043" w:type="dxa"/>
            <w:vAlign w:val="center"/>
          </w:tcPr>
          <w:p w14:paraId="5B6BC7C2" w14:textId="77777777" w:rsidR="0099189D" w:rsidRDefault="00BF4F7F">
            <w:proofErr w:type="spellStart"/>
            <w:r>
              <w:rPr>
                <w:sz w:val="11"/>
              </w:rPr>
              <w:t>ústne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písomne</w:t>
            </w:r>
            <w:proofErr w:type="spellEnd"/>
          </w:p>
        </w:tc>
      </w:tr>
      <w:tr w:rsidR="0099189D" w14:paraId="7771D0CF" w14:textId="77777777">
        <w:trPr>
          <w:jc w:val="center"/>
        </w:trPr>
        <w:tc>
          <w:tcPr>
            <w:tcW w:w="1043" w:type="dxa"/>
            <w:vAlign w:val="center"/>
          </w:tcPr>
          <w:p w14:paraId="06EE38B2" w14:textId="77777777" w:rsidR="0099189D" w:rsidRDefault="00BF4F7F">
            <w:r>
              <w:rPr>
                <w:sz w:val="11"/>
              </w:rPr>
              <w:t>XI.</w:t>
            </w:r>
          </w:p>
        </w:tc>
        <w:tc>
          <w:tcPr>
            <w:tcW w:w="1043" w:type="dxa"/>
            <w:vAlign w:val="center"/>
          </w:tcPr>
          <w:p w14:paraId="7C01A6AE" w14:textId="77777777" w:rsidR="0099189D" w:rsidRDefault="00BF4F7F">
            <w:r>
              <w:rPr>
                <w:sz w:val="11"/>
              </w:rPr>
              <w:t>11</w:t>
            </w:r>
          </w:p>
        </w:tc>
        <w:tc>
          <w:tcPr>
            <w:tcW w:w="1043" w:type="dxa"/>
            <w:vAlign w:val="center"/>
          </w:tcPr>
          <w:p w14:paraId="66644CE2" w14:textId="77777777" w:rsidR="0099189D" w:rsidRDefault="00BF4F7F">
            <w:proofErr w:type="spellStart"/>
            <w:r>
              <w:rPr>
                <w:sz w:val="11"/>
              </w:rPr>
              <w:t>Austrália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Oceánia</w:t>
            </w:r>
            <w:proofErr w:type="spellEnd"/>
          </w:p>
        </w:tc>
        <w:tc>
          <w:tcPr>
            <w:tcW w:w="1043" w:type="dxa"/>
            <w:vAlign w:val="center"/>
          </w:tcPr>
          <w:p w14:paraId="30E654B1" w14:textId="77777777" w:rsidR="0099189D" w:rsidRDefault="00BF4F7F">
            <w:proofErr w:type="spellStart"/>
            <w:r>
              <w:rPr>
                <w:sz w:val="11"/>
              </w:rPr>
              <w:t>Problémy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Austrálie</w:t>
            </w:r>
            <w:proofErr w:type="spellEnd"/>
          </w:p>
        </w:tc>
        <w:tc>
          <w:tcPr>
            <w:tcW w:w="1043" w:type="dxa"/>
            <w:vAlign w:val="center"/>
          </w:tcPr>
          <w:p w14:paraId="0F4BD4EF" w14:textId="77777777" w:rsidR="0099189D" w:rsidRDefault="00BF4F7F">
            <w:proofErr w:type="spellStart"/>
            <w:r>
              <w:rPr>
                <w:sz w:val="11"/>
              </w:rPr>
              <w:t>sucho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invázia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nepôvodných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druhov</w:t>
            </w:r>
            <w:proofErr w:type="spellEnd"/>
          </w:p>
        </w:tc>
        <w:tc>
          <w:tcPr>
            <w:tcW w:w="1043" w:type="dxa"/>
            <w:vAlign w:val="center"/>
          </w:tcPr>
          <w:p w14:paraId="6B348500" w14:textId="77777777" w:rsidR="0099189D" w:rsidRDefault="00BF4F7F">
            <w:proofErr w:type="spellStart"/>
            <w:r>
              <w:rPr>
                <w:sz w:val="11"/>
              </w:rPr>
              <w:t>pozná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vysvetlí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vybrané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problémy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Austrálie</w:t>
            </w:r>
            <w:proofErr w:type="spellEnd"/>
          </w:p>
        </w:tc>
        <w:tc>
          <w:tcPr>
            <w:tcW w:w="1043" w:type="dxa"/>
            <w:vAlign w:val="center"/>
          </w:tcPr>
          <w:p w14:paraId="58DF4955" w14:textId="77777777" w:rsidR="0099189D" w:rsidRDefault="00BF4F7F">
            <w:proofErr w:type="spellStart"/>
            <w:r>
              <w:rPr>
                <w:sz w:val="11"/>
              </w:rPr>
              <w:t>problémové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úlohy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diskusia</w:t>
            </w:r>
            <w:proofErr w:type="spellEnd"/>
          </w:p>
        </w:tc>
        <w:tc>
          <w:tcPr>
            <w:tcW w:w="1043" w:type="dxa"/>
            <w:vAlign w:val="center"/>
          </w:tcPr>
          <w:p w14:paraId="090D374C" w14:textId="77777777" w:rsidR="0099189D" w:rsidRDefault="00BF4F7F">
            <w:r>
              <w:rPr>
                <w:sz w:val="11"/>
              </w:rPr>
              <w:t>ENV</w:t>
            </w:r>
          </w:p>
        </w:tc>
        <w:tc>
          <w:tcPr>
            <w:tcW w:w="1043" w:type="dxa"/>
            <w:vAlign w:val="center"/>
          </w:tcPr>
          <w:p w14:paraId="5B0F03EC" w14:textId="77777777" w:rsidR="0099189D" w:rsidRDefault="00BF4F7F">
            <w:proofErr w:type="spellStart"/>
            <w:r>
              <w:rPr>
                <w:sz w:val="11"/>
              </w:rPr>
              <w:t>učebnica</w:t>
            </w:r>
            <w:proofErr w:type="spellEnd"/>
            <w:r>
              <w:rPr>
                <w:sz w:val="11"/>
              </w:rPr>
              <w:t xml:space="preserve">, atlas, </w:t>
            </w:r>
            <w:proofErr w:type="spellStart"/>
            <w:r>
              <w:rPr>
                <w:sz w:val="11"/>
              </w:rPr>
              <w:t>mapa</w:t>
            </w:r>
            <w:proofErr w:type="spellEnd"/>
          </w:p>
        </w:tc>
        <w:tc>
          <w:tcPr>
            <w:tcW w:w="1043" w:type="dxa"/>
            <w:vAlign w:val="center"/>
          </w:tcPr>
          <w:p w14:paraId="6A16601B" w14:textId="77777777" w:rsidR="0099189D" w:rsidRDefault="00BF4F7F">
            <w:proofErr w:type="spellStart"/>
            <w:r>
              <w:rPr>
                <w:sz w:val="11"/>
              </w:rPr>
              <w:t>aktivita</w:t>
            </w:r>
            <w:proofErr w:type="spellEnd"/>
          </w:p>
        </w:tc>
      </w:tr>
      <w:tr w:rsidR="0099189D" w14:paraId="0338CD5A" w14:textId="77777777">
        <w:trPr>
          <w:jc w:val="center"/>
        </w:trPr>
        <w:tc>
          <w:tcPr>
            <w:tcW w:w="1043" w:type="dxa"/>
            <w:vAlign w:val="center"/>
          </w:tcPr>
          <w:p w14:paraId="64648FB5" w14:textId="77777777" w:rsidR="0099189D" w:rsidRDefault="00BF4F7F">
            <w:r>
              <w:rPr>
                <w:sz w:val="11"/>
              </w:rPr>
              <w:t>XII.</w:t>
            </w:r>
          </w:p>
        </w:tc>
        <w:tc>
          <w:tcPr>
            <w:tcW w:w="1043" w:type="dxa"/>
            <w:vAlign w:val="center"/>
          </w:tcPr>
          <w:p w14:paraId="00E9EBFF" w14:textId="77777777" w:rsidR="0099189D" w:rsidRDefault="00BF4F7F">
            <w:r>
              <w:rPr>
                <w:sz w:val="11"/>
              </w:rPr>
              <w:t>12</w:t>
            </w:r>
          </w:p>
        </w:tc>
        <w:tc>
          <w:tcPr>
            <w:tcW w:w="1043" w:type="dxa"/>
            <w:vAlign w:val="center"/>
          </w:tcPr>
          <w:p w14:paraId="290F55ED" w14:textId="77777777" w:rsidR="0099189D" w:rsidRDefault="00BF4F7F">
            <w:proofErr w:type="spellStart"/>
            <w:r>
              <w:rPr>
                <w:sz w:val="11"/>
              </w:rPr>
              <w:t>Austrália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Oceánia</w:t>
            </w:r>
            <w:proofErr w:type="spellEnd"/>
          </w:p>
        </w:tc>
        <w:tc>
          <w:tcPr>
            <w:tcW w:w="1043" w:type="dxa"/>
            <w:vAlign w:val="center"/>
          </w:tcPr>
          <w:p w14:paraId="4C603918" w14:textId="77777777" w:rsidR="0099189D" w:rsidRDefault="00BF4F7F">
            <w:proofErr w:type="spellStart"/>
            <w:r>
              <w:rPr>
                <w:sz w:val="11"/>
              </w:rPr>
              <w:t>Tvorba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prezentácia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projektu</w:t>
            </w:r>
            <w:proofErr w:type="spellEnd"/>
          </w:p>
        </w:tc>
        <w:tc>
          <w:tcPr>
            <w:tcW w:w="1043" w:type="dxa"/>
            <w:vAlign w:val="center"/>
          </w:tcPr>
          <w:p w14:paraId="227B2473" w14:textId="77777777" w:rsidR="0099189D" w:rsidRDefault="00BF4F7F">
            <w:proofErr w:type="spellStart"/>
            <w:r>
              <w:rPr>
                <w:sz w:val="11"/>
              </w:rPr>
              <w:t>vybraná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téma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Austrálie</w:t>
            </w:r>
            <w:proofErr w:type="spellEnd"/>
            <w:r>
              <w:rPr>
                <w:sz w:val="11"/>
              </w:rPr>
              <w:t>/</w:t>
            </w:r>
            <w:proofErr w:type="spellStart"/>
            <w:r>
              <w:rPr>
                <w:sz w:val="11"/>
              </w:rPr>
              <w:t>Oceánie</w:t>
            </w:r>
            <w:proofErr w:type="spellEnd"/>
          </w:p>
        </w:tc>
        <w:tc>
          <w:tcPr>
            <w:tcW w:w="1043" w:type="dxa"/>
            <w:vAlign w:val="center"/>
          </w:tcPr>
          <w:p w14:paraId="69321FF3" w14:textId="77777777" w:rsidR="0099189D" w:rsidRDefault="00BF4F7F">
            <w:proofErr w:type="spellStart"/>
            <w:r>
              <w:rPr>
                <w:sz w:val="11"/>
              </w:rPr>
              <w:t>aplikuje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poznatky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pri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tvorbe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geografického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projektu</w:t>
            </w:r>
            <w:proofErr w:type="spellEnd"/>
          </w:p>
        </w:tc>
        <w:tc>
          <w:tcPr>
            <w:tcW w:w="1043" w:type="dxa"/>
            <w:vAlign w:val="center"/>
          </w:tcPr>
          <w:p w14:paraId="430094C1" w14:textId="77777777" w:rsidR="0099189D" w:rsidRDefault="00BF4F7F">
            <w:proofErr w:type="spellStart"/>
            <w:r>
              <w:rPr>
                <w:sz w:val="11"/>
              </w:rPr>
              <w:t>projektová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prezentácia</w:t>
            </w:r>
            <w:proofErr w:type="spellEnd"/>
          </w:p>
        </w:tc>
        <w:tc>
          <w:tcPr>
            <w:tcW w:w="1043" w:type="dxa"/>
            <w:vAlign w:val="center"/>
          </w:tcPr>
          <w:p w14:paraId="08578409" w14:textId="77777777" w:rsidR="0099189D" w:rsidRDefault="00BF4F7F">
            <w:r>
              <w:rPr>
                <w:sz w:val="11"/>
              </w:rPr>
              <w:t>OSR, MV, ENV, FG, AI</w:t>
            </w:r>
          </w:p>
        </w:tc>
        <w:tc>
          <w:tcPr>
            <w:tcW w:w="1043" w:type="dxa"/>
            <w:vAlign w:val="center"/>
          </w:tcPr>
          <w:p w14:paraId="20711188" w14:textId="77777777" w:rsidR="0099189D" w:rsidRDefault="00BF4F7F">
            <w:r>
              <w:rPr>
                <w:sz w:val="11"/>
              </w:rPr>
              <w:t xml:space="preserve">PC, </w:t>
            </w:r>
            <w:proofErr w:type="spellStart"/>
            <w:r>
              <w:rPr>
                <w:sz w:val="11"/>
              </w:rPr>
              <w:t>digitálne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zdroje</w:t>
            </w:r>
            <w:proofErr w:type="spellEnd"/>
          </w:p>
        </w:tc>
        <w:tc>
          <w:tcPr>
            <w:tcW w:w="1043" w:type="dxa"/>
            <w:vAlign w:val="center"/>
          </w:tcPr>
          <w:p w14:paraId="2CBA5417" w14:textId="77777777" w:rsidR="0099189D" w:rsidRDefault="00BF4F7F">
            <w:proofErr w:type="spellStart"/>
            <w:r>
              <w:rPr>
                <w:sz w:val="11"/>
              </w:rPr>
              <w:t>projekt</w:t>
            </w:r>
            <w:proofErr w:type="spellEnd"/>
          </w:p>
        </w:tc>
      </w:tr>
      <w:tr w:rsidR="0099189D" w14:paraId="06CFC55E" w14:textId="77777777">
        <w:trPr>
          <w:jc w:val="center"/>
        </w:trPr>
        <w:tc>
          <w:tcPr>
            <w:tcW w:w="1043" w:type="dxa"/>
            <w:vAlign w:val="center"/>
          </w:tcPr>
          <w:p w14:paraId="352AA4C0" w14:textId="77777777" w:rsidR="0099189D" w:rsidRDefault="00BF4F7F">
            <w:r>
              <w:rPr>
                <w:sz w:val="11"/>
              </w:rPr>
              <w:t>XII.</w:t>
            </w:r>
          </w:p>
        </w:tc>
        <w:tc>
          <w:tcPr>
            <w:tcW w:w="1043" w:type="dxa"/>
            <w:vAlign w:val="center"/>
          </w:tcPr>
          <w:p w14:paraId="3FFF364A" w14:textId="77777777" w:rsidR="0099189D" w:rsidRDefault="00BF4F7F">
            <w:r>
              <w:rPr>
                <w:sz w:val="11"/>
              </w:rPr>
              <w:t>13</w:t>
            </w:r>
          </w:p>
        </w:tc>
        <w:tc>
          <w:tcPr>
            <w:tcW w:w="1043" w:type="dxa"/>
            <w:vAlign w:val="center"/>
          </w:tcPr>
          <w:p w14:paraId="3CD28BE0" w14:textId="77777777" w:rsidR="0099189D" w:rsidRDefault="00BF4F7F">
            <w:proofErr w:type="spellStart"/>
            <w:r>
              <w:rPr>
                <w:sz w:val="11"/>
              </w:rPr>
              <w:t>Oceánia</w:t>
            </w:r>
            <w:proofErr w:type="spellEnd"/>
          </w:p>
        </w:tc>
        <w:tc>
          <w:tcPr>
            <w:tcW w:w="1043" w:type="dxa"/>
            <w:vAlign w:val="center"/>
          </w:tcPr>
          <w:p w14:paraId="744CE5CA" w14:textId="77777777" w:rsidR="0099189D" w:rsidRDefault="00BF4F7F">
            <w:proofErr w:type="spellStart"/>
            <w:r>
              <w:rPr>
                <w:sz w:val="11"/>
              </w:rPr>
              <w:t>Tichý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oceán</w:t>
            </w:r>
            <w:proofErr w:type="spellEnd"/>
            <w:r>
              <w:rPr>
                <w:sz w:val="11"/>
              </w:rPr>
              <w:t xml:space="preserve"> </w:t>
            </w:r>
            <w:proofErr w:type="gramStart"/>
            <w:r>
              <w:rPr>
                <w:sz w:val="11"/>
              </w:rPr>
              <w:t>a</w:t>
            </w:r>
            <w:proofErr w:type="gram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ostrovné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skupiny</w:t>
            </w:r>
            <w:proofErr w:type="spellEnd"/>
          </w:p>
        </w:tc>
        <w:tc>
          <w:tcPr>
            <w:tcW w:w="1043" w:type="dxa"/>
            <w:vAlign w:val="center"/>
          </w:tcPr>
          <w:p w14:paraId="45187948" w14:textId="77777777" w:rsidR="0099189D" w:rsidRDefault="00BF4F7F">
            <w:proofErr w:type="spellStart"/>
            <w:r>
              <w:rPr>
                <w:sz w:val="11"/>
              </w:rPr>
              <w:t>Tichý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oceán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Melanézia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Mikronézia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Polynézia</w:t>
            </w:r>
            <w:proofErr w:type="spellEnd"/>
          </w:p>
        </w:tc>
        <w:tc>
          <w:tcPr>
            <w:tcW w:w="1043" w:type="dxa"/>
            <w:vAlign w:val="center"/>
          </w:tcPr>
          <w:p w14:paraId="56F1A595" w14:textId="77777777" w:rsidR="0099189D" w:rsidRDefault="00BF4F7F">
            <w:proofErr w:type="spellStart"/>
            <w:r>
              <w:rPr>
                <w:sz w:val="11"/>
              </w:rPr>
              <w:t>ukáže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Oceániu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na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mape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rozdelí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ju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podľa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prírodných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podmienok</w:t>
            </w:r>
            <w:proofErr w:type="spellEnd"/>
            <w:r>
              <w:rPr>
                <w:sz w:val="11"/>
              </w:rPr>
              <w:t xml:space="preserve"> </w:t>
            </w:r>
            <w:proofErr w:type="gramStart"/>
            <w:r>
              <w:rPr>
                <w:sz w:val="11"/>
              </w:rPr>
              <w:t>a</w:t>
            </w:r>
            <w:proofErr w:type="gram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obyvateľstva</w:t>
            </w:r>
            <w:proofErr w:type="spellEnd"/>
          </w:p>
        </w:tc>
        <w:tc>
          <w:tcPr>
            <w:tcW w:w="1043" w:type="dxa"/>
            <w:vAlign w:val="center"/>
          </w:tcPr>
          <w:p w14:paraId="0F6A2A96" w14:textId="77777777" w:rsidR="0099189D" w:rsidRDefault="00BF4F7F"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 s mapou, </w:t>
            </w:r>
            <w:proofErr w:type="spellStart"/>
            <w:r>
              <w:rPr>
                <w:sz w:val="11"/>
              </w:rPr>
              <w:t>samostatná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 s PL</w:t>
            </w:r>
          </w:p>
        </w:tc>
        <w:tc>
          <w:tcPr>
            <w:tcW w:w="1043" w:type="dxa"/>
            <w:vAlign w:val="center"/>
          </w:tcPr>
          <w:p w14:paraId="76F06DB8" w14:textId="77777777" w:rsidR="0099189D" w:rsidRDefault="00BF4F7F">
            <w:r>
              <w:rPr>
                <w:sz w:val="11"/>
              </w:rPr>
              <w:t>OSR, MV, ENV, FG</w:t>
            </w:r>
          </w:p>
        </w:tc>
        <w:tc>
          <w:tcPr>
            <w:tcW w:w="1043" w:type="dxa"/>
            <w:vAlign w:val="center"/>
          </w:tcPr>
          <w:p w14:paraId="00AE12A6" w14:textId="77777777" w:rsidR="0099189D" w:rsidRDefault="00BF4F7F"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>, atlas, PL</w:t>
            </w:r>
          </w:p>
        </w:tc>
        <w:tc>
          <w:tcPr>
            <w:tcW w:w="1043" w:type="dxa"/>
            <w:vAlign w:val="center"/>
          </w:tcPr>
          <w:p w14:paraId="310E25E0" w14:textId="77777777" w:rsidR="0099189D" w:rsidRDefault="00BF4F7F">
            <w:proofErr w:type="spellStart"/>
            <w:r>
              <w:rPr>
                <w:sz w:val="11"/>
              </w:rPr>
              <w:t>aktivita</w:t>
            </w:r>
            <w:proofErr w:type="spellEnd"/>
          </w:p>
        </w:tc>
      </w:tr>
      <w:tr w:rsidR="0099189D" w14:paraId="2BD55F43" w14:textId="77777777">
        <w:trPr>
          <w:jc w:val="center"/>
        </w:trPr>
        <w:tc>
          <w:tcPr>
            <w:tcW w:w="1043" w:type="dxa"/>
            <w:vAlign w:val="center"/>
          </w:tcPr>
          <w:p w14:paraId="6BD34E99" w14:textId="77777777" w:rsidR="0099189D" w:rsidRDefault="00BF4F7F">
            <w:r>
              <w:rPr>
                <w:sz w:val="11"/>
              </w:rPr>
              <w:t>XII.</w:t>
            </w:r>
          </w:p>
        </w:tc>
        <w:tc>
          <w:tcPr>
            <w:tcW w:w="1043" w:type="dxa"/>
            <w:vAlign w:val="center"/>
          </w:tcPr>
          <w:p w14:paraId="247B228E" w14:textId="77777777" w:rsidR="0099189D" w:rsidRDefault="00BF4F7F">
            <w:r>
              <w:rPr>
                <w:sz w:val="11"/>
              </w:rPr>
              <w:t>14</w:t>
            </w:r>
          </w:p>
        </w:tc>
        <w:tc>
          <w:tcPr>
            <w:tcW w:w="1043" w:type="dxa"/>
            <w:vAlign w:val="center"/>
          </w:tcPr>
          <w:p w14:paraId="22E97116" w14:textId="77777777" w:rsidR="0099189D" w:rsidRDefault="00BF4F7F">
            <w:proofErr w:type="spellStart"/>
            <w:r>
              <w:rPr>
                <w:sz w:val="11"/>
              </w:rPr>
              <w:t>Oceánia</w:t>
            </w:r>
            <w:proofErr w:type="spellEnd"/>
          </w:p>
        </w:tc>
        <w:tc>
          <w:tcPr>
            <w:tcW w:w="1043" w:type="dxa"/>
            <w:vAlign w:val="center"/>
          </w:tcPr>
          <w:p w14:paraId="70A4281D" w14:textId="77777777" w:rsidR="0099189D" w:rsidRDefault="00BF4F7F"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Zéland</w:t>
            </w:r>
            <w:proofErr w:type="spellEnd"/>
          </w:p>
        </w:tc>
        <w:tc>
          <w:tcPr>
            <w:tcW w:w="1043" w:type="dxa"/>
            <w:vAlign w:val="center"/>
          </w:tcPr>
          <w:p w14:paraId="64A3D98B" w14:textId="77777777" w:rsidR="0099189D" w:rsidRDefault="00BF4F7F"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Zéland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prírodné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podmienky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obyvateľstvo</w:t>
            </w:r>
            <w:proofErr w:type="spellEnd"/>
          </w:p>
        </w:tc>
        <w:tc>
          <w:tcPr>
            <w:tcW w:w="1043" w:type="dxa"/>
            <w:vAlign w:val="center"/>
          </w:tcPr>
          <w:p w14:paraId="7CDD90D2" w14:textId="77777777" w:rsidR="0099189D" w:rsidRDefault="00BF4F7F">
            <w:proofErr w:type="spellStart"/>
            <w:r>
              <w:rPr>
                <w:sz w:val="11"/>
              </w:rPr>
              <w:t>charakterizuje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Zéland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porovná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jeho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životné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podmienky</w:t>
            </w:r>
            <w:proofErr w:type="spellEnd"/>
            <w:r>
              <w:rPr>
                <w:sz w:val="11"/>
              </w:rPr>
              <w:t xml:space="preserve"> s </w:t>
            </w:r>
            <w:proofErr w:type="spellStart"/>
            <w:r>
              <w:rPr>
                <w:sz w:val="11"/>
              </w:rPr>
              <w:t>Austráliou</w:t>
            </w:r>
            <w:proofErr w:type="spellEnd"/>
          </w:p>
        </w:tc>
        <w:tc>
          <w:tcPr>
            <w:tcW w:w="1043" w:type="dxa"/>
            <w:vAlign w:val="center"/>
          </w:tcPr>
          <w:p w14:paraId="5B09B4A2" w14:textId="77777777" w:rsidR="0099189D" w:rsidRDefault="00BF4F7F">
            <w:proofErr w:type="spellStart"/>
            <w:r>
              <w:rPr>
                <w:sz w:val="11"/>
              </w:rPr>
              <w:t>motivačný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rozhovor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mapa</w:t>
            </w:r>
            <w:proofErr w:type="spellEnd"/>
          </w:p>
        </w:tc>
        <w:tc>
          <w:tcPr>
            <w:tcW w:w="1043" w:type="dxa"/>
            <w:vAlign w:val="center"/>
          </w:tcPr>
          <w:p w14:paraId="1E639DDE" w14:textId="77777777" w:rsidR="0099189D" w:rsidRDefault="00BF4F7F">
            <w:r>
              <w:rPr>
                <w:sz w:val="11"/>
              </w:rPr>
              <w:t>OSR, MV, ENV</w:t>
            </w:r>
          </w:p>
        </w:tc>
        <w:tc>
          <w:tcPr>
            <w:tcW w:w="1043" w:type="dxa"/>
            <w:vAlign w:val="center"/>
          </w:tcPr>
          <w:p w14:paraId="6EAC2084" w14:textId="77777777" w:rsidR="0099189D" w:rsidRDefault="00BF4F7F">
            <w:r>
              <w:rPr>
                <w:sz w:val="11"/>
              </w:rPr>
              <w:t xml:space="preserve">atlas, </w:t>
            </w:r>
            <w:proofErr w:type="spellStart"/>
            <w:r>
              <w:rPr>
                <w:sz w:val="11"/>
              </w:rPr>
              <w:t>učebnica</w:t>
            </w:r>
            <w:proofErr w:type="spellEnd"/>
          </w:p>
        </w:tc>
        <w:tc>
          <w:tcPr>
            <w:tcW w:w="1043" w:type="dxa"/>
            <w:vAlign w:val="center"/>
          </w:tcPr>
          <w:p w14:paraId="5C68641C" w14:textId="77777777" w:rsidR="0099189D" w:rsidRDefault="00BF4F7F">
            <w:proofErr w:type="spellStart"/>
            <w:r>
              <w:rPr>
                <w:sz w:val="11"/>
              </w:rPr>
              <w:t>ústne</w:t>
            </w:r>
            <w:proofErr w:type="spellEnd"/>
          </w:p>
        </w:tc>
      </w:tr>
      <w:tr w:rsidR="0099189D" w14:paraId="28E00F9D" w14:textId="77777777">
        <w:trPr>
          <w:jc w:val="center"/>
        </w:trPr>
        <w:tc>
          <w:tcPr>
            <w:tcW w:w="1043" w:type="dxa"/>
            <w:vAlign w:val="center"/>
          </w:tcPr>
          <w:p w14:paraId="33B4660E" w14:textId="77777777" w:rsidR="0099189D" w:rsidRDefault="00BF4F7F">
            <w:r>
              <w:rPr>
                <w:sz w:val="11"/>
              </w:rPr>
              <w:t>I.</w:t>
            </w:r>
          </w:p>
        </w:tc>
        <w:tc>
          <w:tcPr>
            <w:tcW w:w="1043" w:type="dxa"/>
            <w:vAlign w:val="center"/>
          </w:tcPr>
          <w:p w14:paraId="2ABC0353" w14:textId="77777777" w:rsidR="0099189D" w:rsidRDefault="00BF4F7F">
            <w:r>
              <w:rPr>
                <w:sz w:val="11"/>
              </w:rPr>
              <w:t>15</w:t>
            </w:r>
          </w:p>
        </w:tc>
        <w:tc>
          <w:tcPr>
            <w:tcW w:w="1043" w:type="dxa"/>
            <w:vAlign w:val="center"/>
          </w:tcPr>
          <w:p w14:paraId="09D851A2" w14:textId="77777777" w:rsidR="0099189D" w:rsidRDefault="00BF4F7F">
            <w:proofErr w:type="spellStart"/>
            <w:r>
              <w:rPr>
                <w:sz w:val="11"/>
              </w:rPr>
              <w:t>Polárne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oblasti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Zeme</w:t>
            </w:r>
            <w:proofErr w:type="spellEnd"/>
          </w:p>
        </w:tc>
        <w:tc>
          <w:tcPr>
            <w:tcW w:w="1043" w:type="dxa"/>
            <w:vAlign w:val="center"/>
          </w:tcPr>
          <w:p w14:paraId="4AC07C75" w14:textId="77777777" w:rsidR="0099189D" w:rsidRDefault="00BF4F7F">
            <w:proofErr w:type="spellStart"/>
            <w:r>
              <w:rPr>
                <w:sz w:val="11"/>
              </w:rPr>
              <w:t>Antarktída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Arktída</w:t>
            </w:r>
            <w:proofErr w:type="spellEnd"/>
          </w:p>
        </w:tc>
        <w:tc>
          <w:tcPr>
            <w:tcW w:w="1043" w:type="dxa"/>
            <w:vAlign w:val="center"/>
          </w:tcPr>
          <w:p w14:paraId="55736EB7" w14:textId="77777777" w:rsidR="0099189D" w:rsidRDefault="00BF4F7F">
            <w:proofErr w:type="spellStart"/>
            <w:r>
              <w:rPr>
                <w:sz w:val="11"/>
              </w:rPr>
              <w:t>Antarktída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Arktída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Severný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ľadový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oceán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Grónsko</w:t>
            </w:r>
            <w:proofErr w:type="spellEnd"/>
          </w:p>
        </w:tc>
        <w:tc>
          <w:tcPr>
            <w:tcW w:w="1043" w:type="dxa"/>
            <w:vAlign w:val="center"/>
          </w:tcPr>
          <w:p w14:paraId="486B56FE" w14:textId="77777777" w:rsidR="0099189D" w:rsidRDefault="00BF4F7F">
            <w:proofErr w:type="spellStart"/>
            <w:r>
              <w:rPr>
                <w:sz w:val="11"/>
              </w:rPr>
              <w:t>ukáže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vybrané</w:t>
            </w:r>
            <w:proofErr w:type="spellEnd"/>
            <w:r>
              <w:rPr>
                <w:sz w:val="11"/>
              </w:rPr>
              <w:t xml:space="preserve"> entity </w:t>
            </w:r>
            <w:proofErr w:type="spellStart"/>
            <w:r>
              <w:rPr>
                <w:sz w:val="11"/>
              </w:rPr>
              <w:t>na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mape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charakterizuje</w:t>
            </w:r>
            <w:proofErr w:type="spellEnd"/>
            <w:r>
              <w:rPr>
                <w:sz w:val="11"/>
              </w:rPr>
              <w:t xml:space="preserve"> ich</w:t>
            </w:r>
          </w:p>
        </w:tc>
        <w:tc>
          <w:tcPr>
            <w:tcW w:w="1043" w:type="dxa"/>
            <w:vAlign w:val="center"/>
          </w:tcPr>
          <w:p w14:paraId="58F5396B" w14:textId="77777777" w:rsidR="0099189D" w:rsidRDefault="00BF4F7F">
            <w:proofErr w:type="spellStart"/>
            <w:r>
              <w:rPr>
                <w:sz w:val="11"/>
              </w:rPr>
              <w:t>motivačný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rozhovor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 s mapou </w:t>
            </w:r>
            <w:proofErr w:type="gramStart"/>
            <w:r>
              <w:rPr>
                <w:sz w:val="11"/>
              </w:rPr>
              <w:t>a</w:t>
            </w:r>
            <w:proofErr w:type="gram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atlasom</w:t>
            </w:r>
            <w:proofErr w:type="spellEnd"/>
          </w:p>
        </w:tc>
        <w:tc>
          <w:tcPr>
            <w:tcW w:w="1043" w:type="dxa"/>
            <w:vAlign w:val="center"/>
          </w:tcPr>
          <w:p w14:paraId="52A8B455" w14:textId="77777777" w:rsidR="0099189D" w:rsidRDefault="00BF4F7F">
            <w:r>
              <w:rPr>
                <w:sz w:val="11"/>
              </w:rPr>
              <w:t>OSR, MV, ENV</w:t>
            </w:r>
          </w:p>
        </w:tc>
        <w:tc>
          <w:tcPr>
            <w:tcW w:w="1043" w:type="dxa"/>
            <w:vAlign w:val="center"/>
          </w:tcPr>
          <w:p w14:paraId="2D1B0163" w14:textId="77777777" w:rsidR="0099189D" w:rsidRDefault="00BF4F7F"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>, atlas, PL</w:t>
            </w:r>
          </w:p>
        </w:tc>
        <w:tc>
          <w:tcPr>
            <w:tcW w:w="1043" w:type="dxa"/>
            <w:vAlign w:val="center"/>
          </w:tcPr>
          <w:p w14:paraId="00110B03" w14:textId="77777777" w:rsidR="0099189D" w:rsidRDefault="00BF4F7F">
            <w:proofErr w:type="spellStart"/>
            <w:r>
              <w:rPr>
                <w:sz w:val="11"/>
              </w:rPr>
              <w:t>ústne</w:t>
            </w:r>
            <w:proofErr w:type="spellEnd"/>
          </w:p>
        </w:tc>
      </w:tr>
      <w:tr w:rsidR="0099189D" w14:paraId="21D1E0BF" w14:textId="77777777">
        <w:trPr>
          <w:jc w:val="center"/>
        </w:trPr>
        <w:tc>
          <w:tcPr>
            <w:tcW w:w="1043" w:type="dxa"/>
            <w:vAlign w:val="center"/>
          </w:tcPr>
          <w:p w14:paraId="36C3C33E" w14:textId="77777777" w:rsidR="0099189D" w:rsidRDefault="00BF4F7F">
            <w:r>
              <w:rPr>
                <w:sz w:val="11"/>
              </w:rPr>
              <w:t>I.</w:t>
            </w:r>
          </w:p>
        </w:tc>
        <w:tc>
          <w:tcPr>
            <w:tcW w:w="1043" w:type="dxa"/>
            <w:vAlign w:val="center"/>
          </w:tcPr>
          <w:p w14:paraId="0F25F466" w14:textId="77777777" w:rsidR="0099189D" w:rsidRDefault="00BF4F7F">
            <w:r>
              <w:rPr>
                <w:sz w:val="11"/>
              </w:rPr>
              <w:t>16</w:t>
            </w:r>
          </w:p>
        </w:tc>
        <w:tc>
          <w:tcPr>
            <w:tcW w:w="1043" w:type="dxa"/>
            <w:vAlign w:val="center"/>
          </w:tcPr>
          <w:p w14:paraId="3E1D9C7C" w14:textId="77777777" w:rsidR="0099189D" w:rsidRDefault="00BF4F7F">
            <w:proofErr w:type="spellStart"/>
            <w:r>
              <w:rPr>
                <w:sz w:val="11"/>
              </w:rPr>
              <w:t>Polárne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oblasti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Zeme</w:t>
            </w:r>
            <w:proofErr w:type="spellEnd"/>
          </w:p>
        </w:tc>
        <w:tc>
          <w:tcPr>
            <w:tcW w:w="1043" w:type="dxa"/>
            <w:vAlign w:val="center"/>
          </w:tcPr>
          <w:p w14:paraId="11091A11" w14:textId="77777777" w:rsidR="0099189D" w:rsidRDefault="00BF4F7F">
            <w:proofErr w:type="spellStart"/>
            <w:r>
              <w:rPr>
                <w:sz w:val="11"/>
              </w:rPr>
              <w:t>Polárny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deň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noc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živočíšstvo</w:t>
            </w:r>
            <w:proofErr w:type="spellEnd"/>
          </w:p>
        </w:tc>
        <w:tc>
          <w:tcPr>
            <w:tcW w:w="1043" w:type="dxa"/>
            <w:vAlign w:val="center"/>
          </w:tcPr>
          <w:p w14:paraId="2539A990" w14:textId="77777777" w:rsidR="0099189D" w:rsidRDefault="00BF4F7F">
            <w:proofErr w:type="spellStart"/>
            <w:r>
              <w:rPr>
                <w:sz w:val="11"/>
              </w:rPr>
              <w:t>polárny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deň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noc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typické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živočíchy</w:t>
            </w:r>
            <w:proofErr w:type="spellEnd"/>
          </w:p>
        </w:tc>
        <w:tc>
          <w:tcPr>
            <w:tcW w:w="1043" w:type="dxa"/>
            <w:vAlign w:val="center"/>
          </w:tcPr>
          <w:p w14:paraId="302AB34F" w14:textId="77777777" w:rsidR="0099189D" w:rsidRDefault="00BF4F7F">
            <w:proofErr w:type="spellStart"/>
            <w:r>
              <w:rPr>
                <w:sz w:val="11"/>
              </w:rPr>
              <w:t>vysvetlí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príčiny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polárneho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dňa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noci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uvedie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príklady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živočíchov</w:t>
            </w:r>
            <w:proofErr w:type="spellEnd"/>
          </w:p>
        </w:tc>
        <w:tc>
          <w:tcPr>
            <w:tcW w:w="1043" w:type="dxa"/>
            <w:vAlign w:val="center"/>
          </w:tcPr>
          <w:p w14:paraId="712DA7CD" w14:textId="77777777" w:rsidR="0099189D" w:rsidRDefault="00BF4F7F"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 s mapou, </w:t>
            </w:r>
            <w:proofErr w:type="spellStart"/>
            <w:r>
              <w:rPr>
                <w:sz w:val="11"/>
              </w:rPr>
              <w:t>problémové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úlohy</w:t>
            </w:r>
            <w:proofErr w:type="spellEnd"/>
          </w:p>
        </w:tc>
        <w:tc>
          <w:tcPr>
            <w:tcW w:w="1043" w:type="dxa"/>
            <w:vAlign w:val="center"/>
          </w:tcPr>
          <w:p w14:paraId="7F8B55F6" w14:textId="77777777" w:rsidR="0099189D" w:rsidRDefault="00BF4F7F">
            <w:r>
              <w:rPr>
                <w:sz w:val="11"/>
              </w:rPr>
              <w:t xml:space="preserve">ENV, </w:t>
            </w:r>
            <w:proofErr w:type="spellStart"/>
            <w:r>
              <w:rPr>
                <w:sz w:val="11"/>
              </w:rPr>
              <w:t>OŽaZ</w:t>
            </w:r>
            <w:proofErr w:type="spellEnd"/>
          </w:p>
        </w:tc>
        <w:tc>
          <w:tcPr>
            <w:tcW w:w="1043" w:type="dxa"/>
            <w:vAlign w:val="center"/>
          </w:tcPr>
          <w:p w14:paraId="1F6DAD30" w14:textId="77777777" w:rsidR="0099189D" w:rsidRDefault="00BF4F7F">
            <w:r>
              <w:rPr>
                <w:sz w:val="11"/>
              </w:rPr>
              <w:t xml:space="preserve">atlas, </w:t>
            </w:r>
            <w:proofErr w:type="spellStart"/>
            <w:r>
              <w:rPr>
                <w:sz w:val="11"/>
              </w:rPr>
              <w:t>učebnica</w:t>
            </w:r>
            <w:proofErr w:type="spellEnd"/>
          </w:p>
        </w:tc>
        <w:tc>
          <w:tcPr>
            <w:tcW w:w="1043" w:type="dxa"/>
            <w:vAlign w:val="center"/>
          </w:tcPr>
          <w:p w14:paraId="4D99D6CA" w14:textId="77777777" w:rsidR="0099189D" w:rsidRDefault="00BF4F7F">
            <w:proofErr w:type="spellStart"/>
            <w:r>
              <w:rPr>
                <w:sz w:val="11"/>
              </w:rPr>
              <w:t>písomne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aktivita</w:t>
            </w:r>
            <w:proofErr w:type="spellEnd"/>
          </w:p>
        </w:tc>
      </w:tr>
      <w:tr w:rsidR="0099189D" w14:paraId="3F0A900E" w14:textId="77777777">
        <w:trPr>
          <w:jc w:val="center"/>
        </w:trPr>
        <w:tc>
          <w:tcPr>
            <w:tcW w:w="1043" w:type="dxa"/>
            <w:vAlign w:val="center"/>
          </w:tcPr>
          <w:p w14:paraId="0BA7BF4E" w14:textId="77777777" w:rsidR="0099189D" w:rsidRDefault="00BF4F7F">
            <w:r>
              <w:rPr>
                <w:sz w:val="11"/>
              </w:rPr>
              <w:t>I.</w:t>
            </w:r>
          </w:p>
        </w:tc>
        <w:tc>
          <w:tcPr>
            <w:tcW w:w="1043" w:type="dxa"/>
            <w:vAlign w:val="center"/>
          </w:tcPr>
          <w:p w14:paraId="3D62C47D" w14:textId="77777777" w:rsidR="0099189D" w:rsidRDefault="00BF4F7F">
            <w:r>
              <w:rPr>
                <w:sz w:val="11"/>
              </w:rPr>
              <w:t>17</w:t>
            </w:r>
          </w:p>
        </w:tc>
        <w:tc>
          <w:tcPr>
            <w:tcW w:w="1043" w:type="dxa"/>
            <w:vAlign w:val="center"/>
          </w:tcPr>
          <w:p w14:paraId="1118CF3F" w14:textId="77777777" w:rsidR="0099189D" w:rsidRDefault="00BF4F7F">
            <w:r>
              <w:rPr>
                <w:sz w:val="11"/>
              </w:rPr>
              <w:t xml:space="preserve">Amerika – </w:t>
            </w:r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svet</w:t>
            </w:r>
            <w:proofErr w:type="spellEnd"/>
          </w:p>
        </w:tc>
        <w:tc>
          <w:tcPr>
            <w:tcW w:w="1043" w:type="dxa"/>
            <w:vAlign w:val="center"/>
          </w:tcPr>
          <w:p w14:paraId="7FD36392" w14:textId="77777777" w:rsidR="0099189D" w:rsidRDefault="00BF4F7F">
            <w:proofErr w:type="spellStart"/>
            <w:r>
              <w:rPr>
                <w:sz w:val="11"/>
              </w:rPr>
              <w:t>Poloha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Ameriky</w:t>
            </w:r>
            <w:proofErr w:type="spellEnd"/>
          </w:p>
        </w:tc>
        <w:tc>
          <w:tcPr>
            <w:tcW w:w="1043" w:type="dxa"/>
            <w:vAlign w:val="center"/>
          </w:tcPr>
          <w:p w14:paraId="6B9FE760" w14:textId="77777777" w:rsidR="0099189D" w:rsidRDefault="00BF4F7F">
            <w:proofErr w:type="spellStart"/>
            <w:r>
              <w:rPr>
                <w:sz w:val="11"/>
              </w:rPr>
              <w:t>rovník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obratníky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Severná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Stredná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Južná</w:t>
            </w:r>
            <w:proofErr w:type="spellEnd"/>
            <w:r>
              <w:rPr>
                <w:sz w:val="11"/>
              </w:rPr>
              <w:t xml:space="preserve"> Amerika, </w:t>
            </w:r>
            <w:proofErr w:type="spellStart"/>
            <w:r>
              <w:rPr>
                <w:sz w:val="11"/>
              </w:rPr>
              <w:t>zálivy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prielivy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Aljaška</w:t>
            </w:r>
            <w:proofErr w:type="spellEnd"/>
            <w:r>
              <w:rPr>
                <w:sz w:val="11"/>
              </w:rPr>
              <w:t>, Florida</w:t>
            </w:r>
          </w:p>
        </w:tc>
        <w:tc>
          <w:tcPr>
            <w:tcW w:w="1043" w:type="dxa"/>
            <w:vAlign w:val="center"/>
          </w:tcPr>
          <w:p w14:paraId="707C3A25" w14:textId="77777777" w:rsidR="0099189D" w:rsidRDefault="00BF4F7F">
            <w:proofErr w:type="spellStart"/>
            <w:r>
              <w:rPr>
                <w:sz w:val="11"/>
              </w:rPr>
              <w:t>charakterizuje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polohu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Ameriky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vybrané</w:t>
            </w:r>
            <w:proofErr w:type="spellEnd"/>
            <w:r>
              <w:rPr>
                <w:sz w:val="11"/>
              </w:rPr>
              <w:t xml:space="preserve"> entity </w:t>
            </w:r>
            <w:proofErr w:type="spellStart"/>
            <w:r>
              <w:rPr>
                <w:sz w:val="11"/>
              </w:rPr>
              <w:t>ukáže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na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mape</w:t>
            </w:r>
            <w:proofErr w:type="spellEnd"/>
          </w:p>
        </w:tc>
        <w:tc>
          <w:tcPr>
            <w:tcW w:w="1043" w:type="dxa"/>
            <w:vAlign w:val="center"/>
          </w:tcPr>
          <w:p w14:paraId="68CF8969" w14:textId="77777777" w:rsidR="0099189D" w:rsidRDefault="00BF4F7F">
            <w:proofErr w:type="spellStart"/>
            <w:r>
              <w:rPr>
                <w:sz w:val="11"/>
              </w:rPr>
              <w:t>motivačný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rozhovor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 s mapou</w:t>
            </w:r>
          </w:p>
        </w:tc>
        <w:tc>
          <w:tcPr>
            <w:tcW w:w="1043" w:type="dxa"/>
            <w:vAlign w:val="center"/>
          </w:tcPr>
          <w:p w14:paraId="7CD7779A" w14:textId="77777777" w:rsidR="0099189D" w:rsidRDefault="00BF4F7F">
            <w:r>
              <w:rPr>
                <w:sz w:val="11"/>
              </w:rPr>
              <w:t>MV, OSR</w:t>
            </w:r>
          </w:p>
        </w:tc>
        <w:tc>
          <w:tcPr>
            <w:tcW w:w="1043" w:type="dxa"/>
            <w:vAlign w:val="center"/>
          </w:tcPr>
          <w:p w14:paraId="711455D0" w14:textId="77777777" w:rsidR="0099189D" w:rsidRDefault="00BF4F7F"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 xml:space="preserve">, atlas, </w:t>
            </w:r>
            <w:proofErr w:type="spellStart"/>
            <w:r>
              <w:rPr>
                <w:sz w:val="11"/>
              </w:rPr>
              <w:t>prezentácia</w:t>
            </w:r>
            <w:proofErr w:type="spellEnd"/>
          </w:p>
        </w:tc>
        <w:tc>
          <w:tcPr>
            <w:tcW w:w="1043" w:type="dxa"/>
            <w:vAlign w:val="center"/>
          </w:tcPr>
          <w:p w14:paraId="342D0AF8" w14:textId="77777777" w:rsidR="0099189D" w:rsidRDefault="00BF4F7F">
            <w:proofErr w:type="spellStart"/>
            <w:r>
              <w:rPr>
                <w:sz w:val="11"/>
              </w:rPr>
              <w:t>ústne</w:t>
            </w:r>
            <w:proofErr w:type="spellEnd"/>
          </w:p>
        </w:tc>
      </w:tr>
      <w:tr w:rsidR="0099189D" w14:paraId="5D650C37" w14:textId="77777777">
        <w:trPr>
          <w:jc w:val="center"/>
        </w:trPr>
        <w:tc>
          <w:tcPr>
            <w:tcW w:w="1043" w:type="dxa"/>
            <w:vAlign w:val="center"/>
          </w:tcPr>
          <w:p w14:paraId="13453943" w14:textId="77777777" w:rsidR="0099189D" w:rsidRDefault="00BF4F7F">
            <w:r>
              <w:rPr>
                <w:sz w:val="11"/>
              </w:rPr>
              <w:t>II.</w:t>
            </w:r>
          </w:p>
        </w:tc>
        <w:tc>
          <w:tcPr>
            <w:tcW w:w="1043" w:type="dxa"/>
            <w:vAlign w:val="center"/>
          </w:tcPr>
          <w:p w14:paraId="61B28073" w14:textId="77777777" w:rsidR="0099189D" w:rsidRDefault="00BF4F7F">
            <w:r>
              <w:rPr>
                <w:sz w:val="11"/>
              </w:rPr>
              <w:t>18</w:t>
            </w:r>
          </w:p>
        </w:tc>
        <w:tc>
          <w:tcPr>
            <w:tcW w:w="1043" w:type="dxa"/>
            <w:vAlign w:val="center"/>
          </w:tcPr>
          <w:p w14:paraId="17F6B610" w14:textId="77777777" w:rsidR="0099189D" w:rsidRDefault="00BF4F7F">
            <w:r>
              <w:rPr>
                <w:sz w:val="11"/>
              </w:rPr>
              <w:t xml:space="preserve">Amerika – </w:t>
            </w:r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svet</w:t>
            </w:r>
            <w:proofErr w:type="spellEnd"/>
          </w:p>
        </w:tc>
        <w:tc>
          <w:tcPr>
            <w:tcW w:w="1043" w:type="dxa"/>
            <w:vAlign w:val="center"/>
          </w:tcPr>
          <w:p w14:paraId="6EB34812" w14:textId="77777777" w:rsidR="0099189D" w:rsidRDefault="00BF4F7F">
            <w:proofErr w:type="spellStart"/>
            <w:r>
              <w:rPr>
                <w:sz w:val="11"/>
              </w:rPr>
              <w:t>Príroda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Ameriky</w:t>
            </w:r>
            <w:proofErr w:type="spellEnd"/>
            <w:r>
              <w:rPr>
                <w:sz w:val="11"/>
              </w:rPr>
              <w:t xml:space="preserve"> – </w:t>
            </w:r>
            <w:proofErr w:type="spellStart"/>
            <w:r>
              <w:rPr>
                <w:sz w:val="11"/>
              </w:rPr>
              <w:t>povrch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rieky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jazerá</w:t>
            </w:r>
            <w:proofErr w:type="spellEnd"/>
          </w:p>
        </w:tc>
        <w:tc>
          <w:tcPr>
            <w:tcW w:w="1043" w:type="dxa"/>
            <w:vAlign w:val="center"/>
          </w:tcPr>
          <w:p w14:paraId="6EE0C695" w14:textId="77777777" w:rsidR="0099189D" w:rsidRDefault="00BF4F7F">
            <w:proofErr w:type="spellStart"/>
            <w:r>
              <w:rPr>
                <w:sz w:val="11"/>
              </w:rPr>
              <w:t>Kordillery</w:t>
            </w:r>
            <w:proofErr w:type="spellEnd"/>
            <w:r>
              <w:rPr>
                <w:sz w:val="11"/>
              </w:rPr>
              <w:t xml:space="preserve">, Andy, </w:t>
            </w:r>
            <w:proofErr w:type="spellStart"/>
            <w:r>
              <w:rPr>
                <w:sz w:val="11"/>
              </w:rPr>
              <w:t>Apalačské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vrchy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nížiny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Amazonka</w:t>
            </w:r>
            <w:proofErr w:type="spellEnd"/>
            <w:r>
              <w:rPr>
                <w:sz w:val="11"/>
              </w:rPr>
              <w:t xml:space="preserve">, Mississippi, </w:t>
            </w:r>
            <w:proofErr w:type="spellStart"/>
            <w:r>
              <w:rPr>
                <w:sz w:val="11"/>
              </w:rPr>
              <w:t>Veľké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kanadské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jazerá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vodopády</w:t>
            </w:r>
            <w:proofErr w:type="spellEnd"/>
          </w:p>
        </w:tc>
        <w:tc>
          <w:tcPr>
            <w:tcW w:w="1043" w:type="dxa"/>
            <w:vAlign w:val="center"/>
          </w:tcPr>
          <w:p w14:paraId="402F3FA2" w14:textId="77777777" w:rsidR="0099189D" w:rsidRDefault="00BF4F7F">
            <w:proofErr w:type="spellStart"/>
            <w:r>
              <w:rPr>
                <w:sz w:val="11"/>
              </w:rPr>
              <w:t>charakterizuje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fyzickogeografické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pomery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vybrané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skutočnosti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ukáže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na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mape</w:t>
            </w:r>
            <w:proofErr w:type="spellEnd"/>
          </w:p>
        </w:tc>
        <w:tc>
          <w:tcPr>
            <w:tcW w:w="1043" w:type="dxa"/>
            <w:vAlign w:val="center"/>
          </w:tcPr>
          <w:p w14:paraId="6FA90D47" w14:textId="77777777" w:rsidR="0099189D" w:rsidRDefault="00BF4F7F">
            <w:proofErr w:type="spellStart"/>
            <w:r>
              <w:rPr>
                <w:sz w:val="11"/>
              </w:rPr>
              <w:t>riadený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rozhovor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slepá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mapa</w:t>
            </w:r>
            <w:proofErr w:type="spellEnd"/>
          </w:p>
        </w:tc>
        <w:tc>
          <w:tcPr>
            <w:tcW w:w="1043" w:type="dxa"/>
            <w:vAlign w:val="center"/>
          </w:tcPr>
          <w:p w14:paraId="436F5E6B" w14:textId="77777777" w:rsidR="0099189D" w:rsidRDefault="00BF4F7F">
            <w:r>
              <w:rPr>
                <w:sz w:val="11"/>
              </w:rPr>
              <w:t>MV, OSR, ENV</w:t>
            </w:r>
          </w:p>
        </w:tc>
        <w:tc>
          <w:tcPr>
            <w:tcW w:w="1043" w:type="dxa"/>
            <w:vAlign w:val="center"/>
          </w:tcPr>
          <w:p w14:paraId="22861201" w14:textId="77777777" w:rsidR="0099189D" w:rsidRDefault="00BF4F7F"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 xml:space="preserve">, atlas, </w:t>
            </w:r>
            <w:proofErr w:type="spellStart"/>
            <w:r>
              <w:rPr>
                <w:sz w:val="11"/>
              </w:rPr>
              <w:t>slepá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mapa</w:t>
            </w:r>
            <w:proofErr w:type="spellEnd"/>
          </w:p>
        </w:tc>
        <w:tc>
          <w:tcPr>
            <w:tcW w:w="1043" w:type="dxa"/>
            <w:vAlign w:val="center"/>
          </w:tcPr>
          <w:p w14:paraId="0C6D6FC2" w14:textId="77777777" w:rsidR="0099189D" w:rsidRDefault="00BF4F7F">
            <w:proofErr w:type="spellStart"/>
            <w:r>
              <w:rPr>
                <w:sz w:val="11"/>
              </w:rPr>
              <w:t>aktivita</w:t>
            </w:r>
            <w:proofErr w:type="spellEnd"/>
          </w:p>
        </w:tc>
      </w:tr>
      <w:tr w:rsidR="0099189D" w14:paraId="296834E3" w14:textId="77777777">
        <w:trPr>
          <w:jc w:val="center"/>
        </w:trPr>
        <w:tc>
          <w:tcPr>
            <w:tcW w:w="1043" w:type="dxa"/>
            <w:vAlign w:val="center"/>
          </w:tcPr>
          <w:p w14:paraId="0892704D" w14:textId="77777777" w:rsidR="0099189D" w:rsidRDefault="00BF4F7F">
            <w:r>
              <w:rPr>
                <w:sz w:val="11"/>
              </w:rPr>
              <w:t>II.</w:t>
            </w:r>
          </w:p>
        </w:tc>
        <w:tc>
          <w:tcPr>
            <w:tcW w:w="1043" w:type="dxa"/>
            <w:vAlign w:val="center"/>
          </w:tcPr>
          <w:p w14:paraId="74EAF709" w14:textId="77777777" w:rsidR="0099189D" w:rsidRDefault="00BF4F7F">
            <w:r>
              <w:rPr>
                <w:sz w:val="11"/>
              </w:rPr>
              <w:t>19</w:t>
            </w:r>
          </w:p>
        </w:tc>
        <w:tc>
          <w:tcPr>
            <w:tcW w:w="1043" w:type="dxa"/>
            <w:vAlign w:val="center"/>
          </w:tcPr>
          <w:p w14:paraId="751415E4" w14:textId="77777777" w:rsidR="0099189D" w:rsidRDefault="00BF4F7F">
            <w:r>
              <w:rPr>
                <w:sz w:val="11"/>
              </w:rPr>
              <w:t xml:space="preserve">Amerika – </w:t>
            </w:r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svet</w:t>
            </w:r>
            <w:proofErr w:type="spellEnd"/>
          </w:p>
        </w:tc>
        <w:tc>
          <w:tcPr>
            <w:tcW w:w="1043" w:type="dxa"/>
            <w:vAlign w:val="center"/>
          </w:tcPr>
          <w:p w14:paraId="1E98D553" w14:textId="77777777" w:rsidR="0099189D" w:rsidRDefault="00BF4F7F">
            <w:proofErr w:type="spellStart"/>
            <w:r>
              <w:rPr>
                <w:sz w:val="11"/>
              </w:rPr>
              <w:t>Podnebie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typy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krajín</w:t>
            </w:r>
            <w:proofErr w:type="spellEnd"/>
          </w:p>
        </w:tc>
        <w:tc>
          <w:tcPr>
            <w:tcW w:w="1043" w:type="dxa"/>
            <w:vAlign w:val="center"/>
          </w:tcPr>
          <w:p w14:paraId="683C909D" w14:textId="77777777" w:rsidR="0099189D" w:rsidRDefault="00BF4F7F">
            <w:proofErr w:type="spellStart"/>
            <w:r>
              <w:rPr>
                <w:sz w:val="11"/>
              </w:rPr>
              <w:t>podnebné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pásma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typy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krajín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Ameriky</w:t>
            </w:r>
            <w:proofErr w:type="spellEnd"/>
          </w:p>
        </w:tc>
        <w:tc>
          <w:tcPr>
            <w:tcW w:w="1043" w:type="dxa"/>
            <w:vAlign w:val="center"/>
          </w:tcPr>
          <w:p w14:paraId="7684D177" w14:textId="77777777" w:rsidR="0099189D" w:rsidRDefault="00BF4F7F">
            <w:proofErr w:type="spellStart"/>
            <w:r>
              <w:rPr>
                <w:sz w:val="11"/>
              </w:rPr>
              <w:t>charakterizuje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typy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krajiny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vysvetlí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rozdiely</w:t>
            </w:r>
            <w:proofErr w:type="spellEnd"/>
            <w:r>
              <w:rPr>
                <w:sz w:val="11"/>
              </w:rPr>
              <w:t xml:space="preserve"> v </w:t>
            </w:r>
            <w:proofErr w:type="spellStart"/>
            <w:r>
              <w:rPr>
                <w:sz w:val="11"/>
              </w:rPr>
              <w:t>podnebí</w:t>
            </w:r>
            <w:proofErr w:type="spellEnd"/>
          </w:p>
        </w:tc>
        <w:tc>
          <w:tcPr>
            <w:tcW w:w="1043" w:type="dxa"/>
            <w:vAlign w:val="center"/>
          </w:tcPr>
          <w:p w14:paraId="6064BACA" w14:textId="77777777" w:rsidR="0099189D" w:rsidRDefault="00BF4F7F"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 s PL, </w:t>
            </w:r>
            <w:proofErr w:type="spellStart"/>
            <w:r>
              <w:rPr>
                <w:sz w:val="11"/>
              </w:rPr>
              <w:t>mapa</w:t>
            </w:r>
            <w:proofErr w:type="spellEnd"/>
          </w:p>
        </w:tc>
        <w:tc>
          <w:tcPr>
            <w:tcW w:w="1043" w:type="dxa"/>
            <w:vAlign w:val="center"/>
          </w:tcPr>
          <w:p w14:paraId="135EBB44" w14:textId="77777777" w:rsidR="0099189D" w:rsidRDefault="00BF4F7F">
            <w:r>
              <w:rPr>
                <w:sz w:val="11"/>
              </w:rPr>
              <w:t>MV, ENV</w:t>
            </w:r>
          </w:p>
        </w:tc>
        <w:tc>
          <w:tcPr>
            <w:tcW w:w="1043" w:type="dxa"/>
            <w:vAlign w:val="center"/>
          </w:tcPr>
          <w:p w14:paraId="3442D80D" w14:textId="77777777" w:rsidR="0099189D" w:rsidRDefault="00BF4F7F"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>, atlas, PL</w:t>
            </w:r>
          </w:p>
        </w:tc>
        <w:tc>
          <w:tcPr>
            <w:tcW w:w="1043" w:type="dxa"/>
            <w:vAlign w:val="center"/>
          </w:tcPr>
          <w:p w14:paraId="036734FB" w14:textId="77777777" w:rsidR="0099189D" w:rsidRDefault="00BF4F7F">
            <w:proofErr w:type="spellStart"/>
            <w:r>
              <w:rPr>
                <w:sz w:val="11"/>
              </w:rPr>
              <w:t>písomne</w:t>
            </w:r>
            <w:proofErr w:type="spellEnd"/>
          </w:p>
        </w:tc>
      </w:tr>
      <w:tr w:rsidR="0099189D" w14:paraId="346F7EE9" w14:textId="77777777">
        <w:trPr>
          <w:jc w:val="center"/>
        </w:trPr>
        <w:tc>
          <w:tcPr>
            <w:tcW w:w="1043" w:type="dxa"/>
            <w:vAlign w:val="center"/>
          </w:tcPr>
          <w:p w14:paraId="1DC1A8AE" w14:textId="77777777" w:rsidR="0099189D" w:rsidRDefault="00BF4F7F">
            <w:r>
              <w:rPr>
                <w:sz w:val="11"/>
              </w:rPr>
              <w:t>II.</w:t>
            </w:r>
          </w:p>
        </w:tc>
        <w:tc>
          <w:tcPr>
            <w:tcW w:w="1043" w:type="dxa"/>
            <w:vAlign w:val="center"/>
          </w:tcPr>
          <w:p w14:paraId="2970E83D" w14:textId="77777777" w:rsidR="0099189D" w:rsidRDefault="00BF4F7F">
            <w:r>
              <w:rPr>
                <w:sz w:val="11"/>
              </w:rPr>
              <w:t>20</w:t>
            </w:r>
          </w:p>
        </w:tc>
        <w:tc>
          <w:tcPr>
            <w:tcW w:w="1043" w:type="dxa"/>
            <w:vAlign w:val="center"/>
          </w:tcPr>
          <w:p w14:paraId="6B8A3B82" w14:textId="77777777" w:rsidR="0099189D" w:rsidRDefault="00BF4F7F">
            <w:r>
              <w:rPr>
                <w:sz w:val="11"/>
              </w:rPr>
              <w:t xml:space="preserve">Amerika – </w:t>
            </w:r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svet</w:t>
            </w:r>
            <w:proofErr w:type="spellEnd"/>
          </w:p>
        </w:tc>
        <w:tc>
          <w:tcPr>
            <w:tcW w:w="1043" w:type="dxa"/>
            <w:vAlign w:val="center"/>
          </w:tcPr>
          <w:p w14:paraId="3119D1C7" w14:textId="77777777" w:rsidR="0099189D" w:rsidRDefault="00BF4F7F">
            <w:proofErr w:type="spellStart"/>
            <w:r>
              <w:rPr>
                <w:sz w:val="11"/>
              </w:rPr>
              <w:t>Prírodné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zaujímavosti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Ameriky</w:t>
            </w:r>
            <w:proofErr w:type="spellEnd"/>
          </w:p>
        </w:tc>
        <w:tc>
          <w:tcPr>
            <w:tcW w:w="1043" w:type="dxa"/>
            <w:vAlign w:val="center"/>
          </w:tcPr>
          <w:p w14:paraId="46919A55" w14:textId="77777777" w:rsidR="0099189D" w:rsidRDefault="00BF4F7F">
            <w:proofErr w:type="spellStart"/>
            <w:r>
              <w:rPr>
                <w:sz w:val="11"/>
              </w:rPr>
              <w:t>národné</w:t>
            </w:r>
            <w:proofErr w:type="spellEnd"/>
            <w:r>
              <w:rPr>
                <w:sz w:val="11"/>
              </w:rPr>
              <w:t xml:space="preserve"> parky, Grand Canyon/</w:t>
            </w:r>
            <w:proofErr w:type="spellStart"/>
            <w:r>
              <w:rPr>
                <w:sz w:val="11"/>
              </w:rPr>
              <w:t>kaňon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Colorada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Ohňová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zem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prírodné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pamiatky</w:t>
            </w:r>
            <w:proofErr w:type="spellEnd"/>
            <w:r>
              <w:rPr>
                <w:sz w:val="11"/>
              </w:rPr>
              <w:t xml:space="preserve"> UNESCO</w:t>
            </w:r>
          </w:p>
        </w:tc>
        <w:tc>
          <w:tcPr>
            <w:tcW w:w="1043" w:type="dxa"/>
            <w:vAlign w:val="center"/>
          </w:tcPr>
          <w:p w14:paraId="5ADA7CF4" w14:textId="77777777" w:rsidR="0099189D" w:rsidRDefault="00BF4F7F">
            <w:proofErr w:type="spellStart"/>
            <w:r>
              <w:rPr>
                <w:sz w:val="11"/>
              </w:rPr>
              <w:t>pozná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prírodné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krásy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Ameriky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vysvetlí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vybrané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prírodné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javy</w:t>
            </w:r>
            <w:proofErr w:type="spellEnd"/>
          </w:p>
        </w:tc>
        <w:tc>
          <w:tcPr>
            <w:tcW w:w="1043" w:type="dxa"/>
            <w:vAlign w:val="center"/>
          </w:tcPr>
          <w:p w14:paraId="0AF880D3" w14:textId="77777777" w:rsidR="0099189D" w:rsidRDefault="00BF4F7F">
            <w:proofErr w:type="spellStart"/>
            <w:r>
              <w:rPr>
                <w:sz w:val="11"/>
              </w:rPr>
              <w:t>motivačný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rozhovor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prezentácia</w:t>
            </w:r>
            <w:proofErr w:type="spellEnd"/>
          </w:p>
        </w:tc>
        <w:tc>
          <w:tcPr>
            <w:tcW w:w="1043" w:type="dxa"/>
            <w:vAlign w:val="center"/>
          </w:tcPr>
          <w:p w14:paraId="7A72CC81" w14:textId="77777777" w:rsidR="0099189D" w:rsidRDefault="00BF4F7F">
            <w:r>
              <w:rPr>
                <w:sz w:val="11"/>
              </w:rPr>
              <w:t>ENV</w:t>
            </w:r>
          </w:p>
        </w:tc>
        <w:tc>
          <w:tcPr>
            <w:tcW w:w="1043" w:type="dxa"/>
            <w:vAlign w:val="center"/>
          </w:tcPr>
          <w:p w14:paraId="211C775D" w14:textId="77777777" w:rsidR="0099189D" w:rsidRDefault="00BF4F7F">
            <w:r>
              <w:rPr>
                <w:sz w:val="11"/>
              </w:rPr>
              <w:t xml:space="preserve">PC </w:t>
            </w:r>
            <w:proofErr w:type="spellStart"/>
            <w:r>
              <w:rPr>
                <w:sz w:val="11"/>
              </w:rPr>
              <w:t>prezentácia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učebnica</w:t>
            </w:r>
            <w:proofErr w:type="spellEnd"/>
          </w:p>
        </w:tc>
        <w:tc>
          <w:tcPr>
            <w:tcW w:w="1043" w:type="dxa"/>
            <w:vAlign w:val="center"/>
          </w:tcPr>
          <w:p w14:paraId="5C1BE00F" w14:textId="77777777" w:rsidR="0099189D" w:rsidRDefault="00BF4F7F">
            <w:proofErr w:type="spellStart"/>
            <w:r>
              <w:rPr>
                <w:sz w:val="11"/>
              </w:rPr>
              <w:t>ústne</w:t>
            </w:r>
            <w:proofErr w:type="spellEnd"/>
          </w:p>
        </w:tc>
      </w:tr>
      <w:tr w:rsidR="0099189D" w14:paraId="30C70EC0" w14:textId="77777777">
        <w:trPr>
          <w:jc w:val="center"/>
        </w:trPr>
        <w:tc>
          <w:tcPr>
            <w:tcW w:w="1043" w:type="dxa"/>
            <w:vAlign w:val="center"/>
          </w:tcPr>
          <w:p w14:paraId="346473DB" w14:textId="77777777" w:rsidR="0099189D" w:rsidRDefault="00BF4F7F">
            <w:r>
              <w:rPr>
                <w:sz w:val="11"/>
              </w:rPr>
              <w:t>III.</w:t>
            </w:r>
          </w:p>
        </w:tc>
        <w:tc>
          <w:tcPr>
            <w:tcW w:w="1043" w:type="dxa"/>
            <w:vAlign w:val="center"/>
          </w:tcPr>
          <w:p w14:paraId="0CBD6FC7" w14:textId="77777777" w:rsidR="0099189D" w:rsidRDefault="00BF4F7F">
            <w:r>
              <w:rPr>
                <w:sz w:val="11"/>
              </w:rPr>
              <w:t>21</w:t>
            </w:r>
          </w:p>
        </w:tc>
        <w:tc>
          <w:tcPr>
            <w:tcW w:w="1043" w:type="dxa"/>
            <w:vAlign w:val="center"/>
          </w:tcPr>
          <w:p w14:paraId="5A75E940" w14:textId="77777777" w:rsidR="0099189D" w:rsidRDefault="00BF4F7F">
            <w:r>
              <w:rPr>
                <w:sz w:val="11"/>
              </w:rPr>
              <w:t xml:space="preserve">Amerika – </w:t>
            </w:r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svet</w:t>
            </w:r>
            <w:proofErr w:type="spellEnd"/>
          </w:p>
        </w:tc>
        <w:tc>
          <w:tcPr>
            <w:tcW w:w="1043" w:type="dxa"/>
            <w:vAlign w:val="center"/>
          </w:tcPr>
          <w:p w14:paraId="788232C9" w14:textId="77777777" w:rsidR="0099189D" w:rsidRDefault="00BF4F7F">
            <w:proofErr w:type="spellStart"/>
            <w:r>
              <w:rPr>
                <w:sz w:val="11"/>
              </w:rPr>
              <w:t>Obyvateľstvo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Ameriky</w:t>
            </w:r>
            <w:proofErr w:type="spellEnd"/>
          </w:p>
        </w:tc>
        <w:tc>
          <w:tcPr>
            <w:tcW w:w="1043" w:type="dxa"/>
            <w:vAlign w:val="center"/>
          </w:tcPr>
          <w:p w14:paraId="35E3307F" w14:textId="77777777" w:rsidR="0099189D" w:rsidRDefault="00BF4F7F">
            <w:proofErr w:type="spellStart"/>
            <w:r>
              <w:rPr>
                <w:sz w:val="11"/>
              </w:rPr>
              <w:t>rôznorodosť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rasy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náboženstvá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rozmiestnenie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obyvateľstva</w:t>
            </w:r>
            <w:proofErr w:type="spellEnd"/>
          </w:p>
        </w:tc>
        <w:tc>
          <w:tcPr>
            <w:tcW w:w="1043" w:type="dxa"/>
            <w:vAlign w:val="center"/>
          </w:tcPr>
          <w:p w14:paraId="67C84C21" w14:textId="77777777" w:rsidR="0099189D" w:rsidRDefault="00BF4F7F">
            <w:proofErr w:type="spellStart"/>
            <w:r>
              <w:rPr>
                <w:sz w:val="11"/>
              </w:rPr>
              <w:t>ukáže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oblasti</w:t>
            </w:r>
            <w:proofErr w:type="spellEnd"/>
            <w:r>
              <w:rPr>
                <w:sz w:val="11"/>
              </w:rPr>
              <w:t xml:space="preserve"> s </w:t>
            </w:r>
            <w:proofErr w:type="spellStart"/>
            <w:r>
              <w:rPr>
                <w:sz w:val="11"/>
              </w:rPr>
              <w:t>vysokou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nízkou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koncentráciou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obyvateľstva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charakterizuje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náboženskú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štruktúru</w:t>
            </w:r>
            <w:proofErr w:type="spellEnd"/>
          </w:p>
        </w:tc>
        <w:tc>
          <w:tcPr>
            <w:tcW w:w="1043" w:type="dxa"/>
            <w:vAlign w:val="center"/>
          </w:tcPr>
          <w:p w14:paraId="0A1D7F95" w14:textId="77777777" w:rsidR="0099189D" w:rsidRDefault="00BF4F7F">
            <w:proofErr w:type="spellStart"/>
            <w:r>
              <w:rPr>
                <w:sz w:val="11"/>
              </w:rPr>
              <w:t>motivačný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rozhovor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prezentácia</w:t>
            </w:r>
            <w:proofErr w:type="spellEnd"/>
          </w:p>
        </w:tc>
        <w:tc>
          <w:tcPr>
            <w:tcW w:w="1043" w:type="dxa"/>
            <w:vAlign w:val="center"/>
          </w:tcPr>
          <w:p w14:paraId="28B438B1" w14:textId="77777777" w:rsidR="0099189D" w:rsidRDefault="00BF4F7F">
            <w:r>
              <w:rPr>
                <w:sz w:val="11"/>
              </w:rPr>
              <w:t>OSR, MV</w:t>
            </w:r>
          </w:p>
        </w:tc>
        <w:tc>
          <w:tcPr>
            <w:tcW w:w="1043" w:type="dxa"/>
            <w:vAlign w:val="center"/>
          </w:tcPr>
          <w:p w14:paraId="24EFB5AB" w14:textId="77777777" w:rsidR="0099189D" w:rsidRDefault="00BF4F7F"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 xml:space="preserve">, atlas, </w:t>
            </w:r>
            <w:proofErr w:type="spellStart"/>
            <w:r>
              <w:rPr>
                <w:sz w:val="11"/>
              </w:rPr>
              <w:t>učebnica</w:t>
            </w:r>
            <w:proofErr w:type="spellEnd"/>
          </w:p>
        </w:tc>
        <w:tc>
          <w:tcPr>
            <w:tcW w:w="1043" w:type="dxa"/>
            <w:vAlign w:val="center"/>
          </w:tcPr>
          <w:p w14:paraId="1B193305" w14:textId="77777777" w:rsidR="0099189D" w:rsidRDefault="00BF4F7F">
            <w:proofErr w:type="spellStart"/>
            <w:r>
              <w:rPr>
                <w:sz w:val="11"/>
              </w:rPr>
              <w:t>ústne</w:t>
            </w:r>
            <w:proofErr w:type="spellEnd"/>
          </w:p>
        </w:tc>
      </w:tr>
      <w:tr w:rsidR="0099189D" w14:paraId="5399D8CE" w14:textId="77777777">
        <w:trPr>
          <w:jc w:val="center"/>
        </w:trPr>
        <w:tc>
          <w:tcPr>
            <w:tcW w:w="1043" w:type="dxa"/>
            <w:vAlign w:val="center"/>
          </w:tcPr>
          <w:p w14:paraId="5F8D9D9C" w14:textId="77777777" w:rsidR="0099189D" w:rsidRDefault="00BF4F7F">
            <w:r>
              <w:rPr>
                <w:sz w:val="11"/>
              </w:rPr>
              <w:t>III.</w:t>
            </w:r>
          </w:p>
        </w:tc>
        <w:tc>
          <w:tcPr>
            <w:tcW w:w="1043" w:type="dxa"/>
            <w:vAlign w:val="center"/>
          </w:tcPr>
          <w:p w14:paraId="56E45CE9" w14:textId="77777777" w:rsidR="0099189D" w:rsidRDefault="00BF4F7F">
            <w:r>
              <w:rPr>
                <w:sz w:val="11"/>
              </w:rPr>
              <w:t>22</w:t>
            </w:r>
          </w:p>
        </w:tc>
        <w:tc>
          <w:tcPr>
            <w:tcW w:w="1043" w:type="dxa"/>
            <w:vAlign w:val="center"/>
          </w:tcPr>
          <w:p w14:paraId="11CD3E6C" w14:textId="77777777" w:rsidR="0099189D" w:rsidRDefault="00BF4F7F">
            <w:r>
              <w:rPr>
                <w:sz w:val="11"/>
              </w:rPr>
              <w:t xml:space="preserve">Amerika – </w:t>
            </w:r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svet</w:t>
            </w:r>
            <w:proofErr w:type="spellEnd"/>
          </w:p>
        </w:tc>
        <w:tc>
          <w:tcPr>
            <w:tcW w:w="1043" w:type="dxa"/>
            <w:vAlign w:val="center"/>
          </w:tcPr>
          <w:p w14:paraId="09E07EAB" w14:textId="77777777" w:rsidR="0099189D" w:rsidRDefault="00BF4F7F">
            <w:proofErr w:type="spellStart"/>
            <w:r>
              <w:rPr>
                <w:sz w:val="11"/>
              </w:rPr>
              <w:t>Sídla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Ameriky</w:t>
            </w:r>
            <w:proofErr w:type="spellEnd"/>
          </w:p>
        </w:tc>
        <w:tc>
          <w:tcPr>
            <w:tcW w:w="1043" w:type="dxa"/>
            <w:vAlign w:val="center"/>
          </w:tcPr>
          <w:p w14:paraId="046819E7" w14:textId="77777777" w:rsidR="0099189D" w:rsidRDefault="00BF4F7F">
            <w:proofErr w:type="spellStart"/>
            <w:r>
              <w:rPr>
                <w:sz w:val="11"/>
              </w:rPr>
              <w:t>významné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sídla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mestský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vidiecky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priestor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problémy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lastRenderedPageBreak/>
              <w:t>veľkých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miest</w:t>
            </w:r>
            <w:proofErr w:type="spellEnd"/>
          </w:p>
        </w:tc>
        <w:tc>
          <w:tcPr>
            <w:tcW w:w="1043" w:type="dxa"/>
            <w:vAlign w:val="center"/>
          </w:tcPr>
          <w:p w14:paraId="28B653BD" w14:textId="77777777" w:rsidR="0099189D" w:rsidRDefault="00BF4F7F">
            <w:proofErr w:type="spellStart"/>
            <w:r>
              <w:rPr>
                <w:sz w:val="11"/>
              </w:rPr>
              <w:lastRenderedPageBreak/>
              <w:t>ukáže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významné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sídla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uvedie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rozdiely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medzi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lastRenderedPageBreak/>
              <w:t>mestským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vidieckym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sídlom</w:t>
            </w:r>
            <w:proofErr w:type="spellEnd"/>
          </w:p>
        </w:tc>
        <w:tc>
          <w:tcPr>
            <w:tcW w:w="1043" w:type="dxa"/>
            <w:vAlign w:val="center"/>
          </w:tcPr>
          <w:p w14:paraId="75B74290" w14:textId="77777777" w:rsidR="0099189D" w:rsidRDefault="00BF4F7F">
            <w:proofErr w:type="spellStart"/>
            <w:r>
              <w:rPr>
                <w:sz w:val="11"/>
              </w:rPr>
              <w:lastRenderedPageBreak/>
              <w:t>riadený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rozhovor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slepá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mapa</w:t>
            </w:r>
            <w:proofErr w:type="spellEnd"/>
          </w:p>
        </w:tc>
        <w:tc>
          <w:tcPr>
            <w:tcW w:w="1043" w:type="dxa"/>
            <w:vAlign w:val="center"/>
          </w:tcPr>
          <w:p w14:paraId="12818467" w14:textId="77777777" w:rsidR="0099189D" w:rsidRDefault="00BF4F7F">
            <w:r>
              <w:rPr>
                <w:sz w:val="11"/>
              </w:rPr>
              <w:t>OSR</w:t>
            </w:r>
          </w:p>
        </w:tc>
        <w:tc>
          <w:tcPr>
            <w:tcW w:w="1043" w:type="dxa"/>
            <w:vAlign w:val="center"/>
          </w:tcPr>
          <w:p w14:paraId="0DC12116" w14:textId="77777777" w:rsidR="0099189D" w:rsidRDefault="00BF4F7F"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 xml:space="preserve">, atlas, </w:t>
            </w:r>
            <w:proofErr w:type="spellStart"/>
            <w:r>
              <w:rPr>
                <w:sz w:val="11"/>
              </w:rPr>
              <w:t>slepá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mapa</w:t>
            </w:r>
            <w:proofErr w:type="spellEnd"/>
          </w:p>
        </w:tc>
        <w:tc>
          <w:tcPr>
            <w:tcW w:w="1043" w:type="dxa"/>
            <w:vAlign w:val="center"/>
          </w:tcPr>
          <w:p w14:paraId="451F0F46" w14:textId="77777777" w:rsidR="0099189D" w:rsidRDefault="00BF4F7F">
            <w:proofErr w:type="spellStart"/>
            <w:r>
              <w:rPr>
                <w:sz w:val="11"/>
              </w:rPr>
              <w:t>aktivita</w:t>
            </w:r>
            <w:proofErr w:type="spellEnd"/>
          </w:p>
        </w:tc>
      </w:tr>
      <w:tr w:rsidR="0099189D" w14:paraId="63F5FDDF" w14:textId="77777777">
        <w:trPr>
          <w:jc w:val="center"/>
        </w:trPr>
        <w:tc>
          <w:tcPr>
            <w:tcW w:w="1043" w:type="dxa"/>
            <w:vAlign w:val="center"/>
          </w:tcPr>
          <w:p w14:paraId="501F31A6" w14:textId="77777777" w:rsidR="0099189D" w:rsidRDefault="00BF4F7F">
            <w:r>
              <w:rPr>
                <w:sz w:val="11"/>
              </w:rPr>
              <w:t>III.</w:t>
            </w:r>
          </w:p>
        </w:tc>
        <w:tc>
          <w:tcPr>
            <w:tcW w:w="1043" w:type="dxa"/>
            <w:vAlign w:val="center"/>
          </w:tcPr>
          <w:p w14:paraId="57C08CD6" w14:textId="77777777" w:rsidR="0099189D" w:rsidRDefault="00BF4F7F">
            <w:r>
              <w:rPr>
                <w:sz w:val="11"/>
              </w:rPr>
              <w:t>23</w:t>
            </w:r>
          </w:p>
        </w:tc>
        <w:tc>
          <w:tcPr>
            <w:tcW w:w="1043" w:type="dxa"/>
            <w:vAlign w:val="center"/>
          </w:tcPr>
          <w:p w14:paraId="10E7DE4A" w14:textId="77777777" w:rsidR="0099189D" w:rsidRDefault="00BF4F7F">
            <w:r>
              <w:rPr>
                <w:sz w:val="11"/>
              </w:rPr>
              <w:t xml:space="preserve">Amerika – </w:t>
            </w:r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svet</w:t>
            </w:r>
            <w:proofErr w:type="spellEnd"/>
          </w:p>
        </w:tc>
        <w:tc>
          <w:tcPr>
            <w:tcW w:w="1043" w:type="dxa"/>
            <w:vAlign w:val="center"/>
          </w:tcPr>
          <w:p w14:paraId="2A47699E" w14:textId="77777777" w:rsidR="0099189D" w:rsidRDefault="00BF4F7F">
            <w:proofErr w:type="spellStart"/>
            <w:r>
              <w:rPr>
                <w:sz w:val="11"/>
              </w:rPr>
              <w:t>Hospodárstvo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Ameriky</w:t>
            </w:r>
            <w:proofErr w:type="spellEnd"/>
          </w:p>
        </w:tc>
        <w:tc>
          <w:tcPr>
            <w:tcW w:w="1043" w:type="dxa"/>
            <w:vAlign w:val="center"/>
          </w:tcPr>
          <w:p w14:paraId="10AB96BC" w14:textId="77777777" w:rsidR="0099189D" w:rsidRDefault="00BF4F7F">
            <w:proofErr w:type="spellStart"/>
            <w:r>
              <w:rPr>
                <w:sz w:val="11"/>
              </w:rPr>
              <w:t>priemysel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poľnohospodárstvo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hospodárske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rozdiely</w:t>
            </w:r>
            <w:proofErr w:type="spellEnd"/>
          </w:p>
        </w:tc>
        <w:tc>
          <w:tcPr>
            <w:tcW w:w="1043" w:type="dxa"/>
            <w:vAlign w:val="center"/>
          </w:tcPr>
          <w:p w14:paraId="21C276F3" w14:textId="77777777" w:rsidR="0099189D" w:rsidRDefault="00BF4F7F">
            <w:proofErr w:type="spellStart"/>
            <w:r>
              <w:rPr>
                <w:sz w:val="11"/>
              </w:rPr>
              <w:t>charakterizuje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štruktúru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hospodárstva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Ameriky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vysvetlí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regionálne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rozdiely</w:t>
            </w:r>
            <w:proofErr w:type="spellEnd"/>
          </w:p>
        </w:tc>
        <w:tc>
          <w:tcPr>
            <w:tcW w:w="1043" w:type="dxa"/>
            <w:vAlign w:val="center"/>
          </w:tcPr>
          <w:p w14:paraId="3C5A1B26" w14:textId="77777777" w:rsidR="0099189D" w:rsidRDefault="00BF4F7F">
            <w:proofErr w:type="spellStart"/>
            <w:r>
              <w:rPr>
                <w:sz w:val="11"/>
              </w:rPr>
              <w:t>problémové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úlohy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rozhovor</w:t>
            </w:r>
            <w:proofErr w:type="spellEnd"/>
          </w:p>
        </w:tc>
        <w:tc>
          <w:tcPr>
            <w:tcW w:w="1043" w:type="dxa"/>
            <w:vAlign w:val="center"/>
          </w:tcPr>
          <w:p w14:paraId="67D05698" w14:textId="77777777" w:rsidR="0099189D" w:rsidRDefault="00BF4F7F">
            <w:r>
              <w:rPr>
                <w:sz w:val="11"/>
              </w:rPr>
              <w:t>OSR, FG</w:t>
            </w:r>
          </w:p>
        </w:tc>
        <w:tc>
          <w:tcPr>
            <w:tcW w:w="1043" w:type="dxa"/>
            <w:vAlign w:val="center"/>
          </w:tcPr>
          <w:p w14:paraId="3E970499" w14:textId="77777777" w:rsidR="0099189D" w:rsidRDefault="00BF4F7F">
            <w:proofErr w:type="spellStart"/>
            <w:r>
              <w:rPr>
                <w:sz w:val="11"/>
              </w:rPr>
              <w:t>učebnica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prezentácia</w:t>
            </w:r>
            <w:proofErr w:type="spellEnd"/>
          </w:p>
        </w:tc>
        <w:tc>
          <w:tcPr>
            <w:tcW w:w="1043" w:type="dxa"/>
            <w:vAlign w:val="center"/>
          </w:tcPr>
          <w:p w14:paraId="42983354" w14:textId="77777777" w:rsidR="0099189D" w:rsidRDefault="00BF4F7F">
            <w:proofErr w:type="spellStart"/>
            <w:r>
              <w:rPr>
                <w:sz w:val="11"/>
              </w:rPr>
              <w:t>ústne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písomne</w:t>
            </w:r>
            <w:proofErr w:type="spellEnd"/>
          </w:p>
        </w:tc>
      </w:tr>
      <w:tr w:rsidR="0099189D" w14:paraId="2280071C" w14:textId="77777777">
        <w:trPr>
          <w:jc w:val="center"/>
        </w:trPr>
        <w:tc>
          <w:tcPr>
            <w:tcW w:w="1043" w:type="dxa"/>
            <w:vAlign w:val="center"/>
          </w:tcPr>
          <w:p w14:paraId="6F19447A" w14:textId="77777777" w:rsidR="0099189D" w:rsidRDefault="00BF4F7F">
            <w:r>
              <w:rPr>
                <w:sz w:val="11"/>
              </w:rPr>
              <w:t>IV.</w:t>
            </w:r>
          </w:p>
        </w:tc>
        <w:tc>
          <w:tcPr>
            <w:tcW w:w="1043" w:type="dxa"/>
            <w:vAlign w:val="center"/>
          </w:tcPr>
          <w:p w14:paraId="3764EED0" w14:textId="77777777" w:rsidR="0099189D" w:rsidRDefault="00BF4F7F">
            <w:r>
              <w:rPr>
                <w:sz w:val="11"/>
              </w:rPr>
              <w:t>24</w:t>
            </w:r>
          </w:p>
        </w:tc>
        <w:tc>
          <w:tcPr>
            <w:tcW w:w="1043" w:type="dxa"/>
            <w:vAlign w:val="center"/>
          </w:tcPr>
          <w:p w14:paraId="362A6A05" w14:textId="77777777" w:rsidR="0099189D" w:rsidRDefault="00BF4F7F">
            <w:r>
              <w:rPr>
                <w:sz w:val="11"/>
              </w:rPr>
              <w:t xml:space="preserve">Amerika – </w:t>
            </w:r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svet</w:t>
            </w:r>
            <w:proofErr w:type="spellEnd"/>
          </w:p>
        </w:tc>
        <w:tc>
          <w:tcPr>
            <w:tcW w:w="1043" w:type="dxa"/>
            <w:vAlign w:val="center"/>
          </w:tcPr>
          <w:p w14:paraId="14320E19" w14:textId="77777777" w:rsidR="0099189D" w:rsidRDefault="00BF4F7F">
            <w:proofErr w:type="spellStart"/>
            <w:r>
              <w:rPr>
                <w:sz w:val="11"/>
              </w:rPr>
              <w:t>Kanada</w:t>
            </w:r>
            <w:proofErr w:type="spellEnd"/>
          </w:p>
        </w:tc>
        <w:tc>
          <w:tcPr>
            <w:tcW w:w="1043" w:type="dxa"/>
            <w:vAlign w:val="center"/>
          </w:tcPr>
          <w:p w14:paraId="5F53851C" w14:textId="77777777" w:rsidR="0099189D" w:rsidRDefault="00BF4F7F">
            <w:proofErr w:type="spellStart"/>
            <w:r>
              <w:rPr>
                <w:sz w:val="11"/>
              </w:rPr>
              <w:t>príroda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mestá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suroviny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priemysel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poľnohospodárstvo</w:t>
            </w:r>
            <w:proofErr w:type="spellEnd"/>
          </w:p>
        </w:tc>
        <w:tc>
          <w:tcPr>
            <w:tcW w:w="1043" w:type="dxa"/>
            <w:vAlign w:val="center"/>
          </w:tcPr>
          <w:p w14:paraId="22266D92" w14:textId="77777777" w:rsidR="0099189D" w:rsidRDefault="00BF4F7F">
            <w:proofErr w:type="spellStart"/>
            <w:r>
              <w:rPr>
                <w:sz w:val="11"/>
              </w:rPr>
              <w:t>charakterizuje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fyzicko</w:t>
            </w:r>
            <w:proofErr w:type="spellEnd"/>
            <w:r>
              <w:rPr>
                <w:sz w:val="11"/>
              </w:rPr>
              <w:t xml:space="preserve">- a </w:t>
            </w:r>
            <w:proofErr w:type="spellStart"/>
            <w:r>
              <w:rPr>
                <w:sz w:val="11"/>
              </w:rPr>
              <w:t>humánnogeografické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pomery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Kanady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vybrané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skutočnosti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ukáže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na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mape</w:t>
            </w:r>
            <w:proofErr w:type="spellEnd"/>
          </w:p>
        </w:tc>
        <w:tc>
          <w:tcPr>
            <w:tcW w:w="1043" w:type="dxa"/>
            <w:vAlign w:val="center"/>
          </w:tcPr>
          <w:p w14:paraId="3746512E" w14:textId="77777777" w:rsidR="0099189D" w:rsidRDefault="00BF4F7F">
            <w:proofErr w:type="spellStart"/>
            <w:r>
              <w:rPr>
                <w:sz w:val="11"/>
              </w:rPr>
              <w:t>motivačný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rozhovor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tajnička</w:t>
            </w:r>
            <w:proofErr w:type="spellEnd"/>
            <w:r>
              <w:rPr>
                <w:sz w:val="11"/>
              </w:rPr>
              <w:t>, atlas</w:t>
            </w:r>
          </w:p>
        </w:tc>
        <w:tc>
          <w:tcPr>
            <w:tcW w:w="1043" w:type="dxa"/>
            <w:vAlign w:val="center"/>
          </w:tcPr>
          <w:p w14:paraId="1FA53511" w14:textId="77777777" w:rsidR="0099189D" w:rsidRDefault="00BF4F7F">
            <w:r>
              <w:rPr>
                <w:sz w:val="11"/>
              </w:rPr>
              <w:t>ENV, FG, MV</w:t>
            </w:r>
          </w:p>
        </w:tc>
        <w:tc>
          <w:tcPr>
            <w:tcW w:w="1043" w:type="dxa"/>
            <w:vAlign w:val="center"/>
          </w:tcPr>
          <w:p w14:paraId="1FF1A179" w14:textId="77777777" w:rsidR="0099189D" w:rsidRDefault="00BF4F7F"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 xml:space="preserve">, atlas, </w:t>
            </w:r>
            <w:proofErr w:type="spellStart"/>
            <w:r>
              <w:rPr>
                <w:sz w:val="11"/>
              </w:rPr>
              <w:t>učebnica</w:t>
            </w:r>
            <w:proofErr w:type="spellEnd"/>
          </w:p>
        </w:tc>
        <w:tc>
          <w:tcPr>
            <w:tcW w:w="1043" w:type="dxa"/>
            <w:vAlign w:val="center"/>
          </w:tcPr>
          <w:p w14:paraId="13CC5FB3" w14:textId="77777777" w:rsidR="0099189D" w:rsidRDefault="00BF4F7F">
            <w:proofErr w:type="spellStart"/>
            <w:r>
              <w:rPr>
                <w:sz w:val="11"/>
              </w:rPr>
              <w:t>aktivita</w:t>
            </w:r>
            <w:proofErr w:type="spellEnd"/>
          </w:p>
        </w:tc>
      </w:tr>
      <w:tr w:rsidR="0099189D" w14:paraId="5F843A7F" w14:textId="77777777">
        <w:trPr>
          <w:jc w:val="center"/>
        </w:trPr>
        <w:tc>
          <w:tcPr>
            <w:tcW w:w="1043" w:type="dxa"/>
            <w:vAlign w:val="center"/>
          </w:tcPr>
          <w:p w14:paraId="249D6FAD" w14:textId="77777777" w:rsidR="0099189D" w:rsidRDefault="00BF4F7F">
            <w:r>
              <w:rPr>
                <w:sz w:val="11"/>
              </w:rPr>
              <w:t>IV.</w:t>
            </w:r>
          </w:p>
        </w:tc>
        <w:tc>
          <w:tcPr>
            <w:tcW w:w="1043" w:type="dxa"/>
            <w:vAlign w:val="center"/>
          </w:tcPr>
          <w:p w14:paraId="46D203A8" w14:textId="77777777" w:rsidR="0099189D" w:rsidRDefault="00BF4F7F">
            <w:r>
              <w:rPr>
                <w:sz w:val="11"/>
              </w:rPr>
              <w:t>25</w:t>
            </w:r>
          </w:p>
        </w:tc>
        <w:tc>
          <w:tcPr>
            <w:tcW w:w="1043" w:type="dxa"/>
            <w:vAlign w:val="center"/>
          </w:tcPr>
          <w:p w14:paraId="01E32CA3" w14:textId="77777777" w:rsidR="0099189D" w:rsidRDefault="00BF4F7F">
            <w:r>
              <w:rPr>
                <w:sz w:val="11"/>
              </w:rPr>
              <w:t xml:space="preserve">Amerika – </w:t>
            </w:r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svet</w:t>
            </w:r>
            <w:proofErr w:type="spellEnd"/>
          </w:p>
        </w:tc>
        <w:tc>
          <w:tcPr>
            <w:tcW w:w="1043" w:type="dxa"/>
            <w:vAlign w:val="center"/>
          </w:tcPr>
          <w:p w14:paraId="03340C36" w14:textId="77777777" w:rsidR="0099189D" w:rsidRDefault="00BF4F7F">
            <w:r>
              <w:rPr>
                <w:sz w:val="11"/>
              </w:rPr>
              <w:t>USA</w:t>
            </w:r>
          </w:p>
        </w:tc>
        <w:tc>
          <w:tcPr>
            <w:tcW w:w="1043" w:type="dxa"/>
            <w:vAlign w:val="center"/>
          </w:tcPr>
          <w:p w14:paraId="7EC5206C" w14:textId="77777777" w:rsidR="0099189D" w:rsidRDefault="00BF4F7F">
            <w:proofErr w:type="spellStart"/>
            <w:r>
              <w:rPr>
                <w:sz w:val="11"/>
              </w:rPr>
              <w:t>príroda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mestá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priemysel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poľnohospodárstvo</w:t>
            </w:r>
            <w:proofErr w:type="spellEnd"/>
          </w:p>
        </w:tc>
        <w:tc>
          <w:tcPr>
            <w:tcW w:w="1043" w:type="dxa"/>
            <w:vAlign w:val="center"/>
          </w:tcPr>
          <w:p w14:paraId="6B79D7E6" w14:textId="77777777" w:rsidR="0099189D" w:rsidRDefault="00BF4F7F">
            <w:proofErr w:type="spellStart"/>
            <w:r>
              <w:rPr>
                <w:sz w:val="11"/>
              </w:rPr>
              <w:t>charakterizuje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fyzicko</w:t>
            </w:r>
            <w:proofErr w:type="spellEnd"/>
            <w:r>
              <w:rPr>
                <w:sz w:val="11"/>
              </w:rPr>
              <w:t xml:space="preserve">- a </w:t>
            </w:r>
            <w:proofErr w:type="spellStart"/>
            <w:r>
              <w:rPr>
                <w:sz w:val="11"/>
              </w:rPr>
              <w:t>humánnogeografické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pomery</w:t>
            </w:r>
            <w:proofErr w:type="spellEnd"/>
            <w:r>
              <w:rPr>
                <w:sz w:val="11"/>
              </w:rPr>
              <w:t xml:space="preserve"> USA a </w:t>
            </w:r>
            <w:proofErr w:type="spellStart"/>
            <w:r>
              <w:rPr>
                <w:sz w:val="11"/>
              </w:rPr>
              <w:t>ukáže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vybrané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skutočnosti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na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mape</w:t>
            </w:r>
            <w:proofErr w:type="spellEnd"/>
          </w:p>
        </w:tc>
        <w:tc>
          <w:tcPr>
            <w:tcW w:w="1043" w:type="dxa"/>
            <w:vAlign w:val="center"/>
          </w:tcPr>
          <w:p w14:paraId="3C5C70E4" w14:textId="77777777" w:rsidR="0099189D" w:rsidRDefault="00BF4F7F"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 s PL, </w:t>
            </w:r>
            <w:proofErr w:type="spellStart"/>
            <w:r>
              <w:rPr>
                <w:sz w:val="11"/>
              </w:rPr>
              <w:t>slepá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mapa</w:t>
            </w:r>
            <w:proofErr w:type="spellEnd"/>
          </w:p>
        </w:tc>
        <w:tc>
          <w:tcPr>
            <w:tcW w:w="1043" w:type="dxa"/>
            <w:vAlign w:val="center"/>
          </w:tcPr>
          <w:p w14:paraId="4163A8AE" w14:textId="77777777" w:rsidR="0099189D" w:rsidRDefault="00BF4F7F">
            <w:r>
              <w:rPr>
                <w:sz w:val="11"/>
              </w:rPr>
              <w:t>ENV, OSR</w:t>
            </w:r>
          </w:p>
        </w:tc>
        <w:tc>
          <w:tcPr>
            <w:tcW w:w="1043" w:type="dxa"/>
            <w:vAlign w:val="center"/>
          </w:tcPr>
          <w:p w14:paraId="274AEA7D" w14:textId="77777777" w:rsidR="0099189D" w:rsidRDefault="00BF4F7F"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>, atlas, PL</w:t>
            </w:r>
          </w:p>
        </w:tc>
        <w:tc>
          <w:tcPr>
            <w:tcW w:w="1043" w:type="dxa"/>
            <w:vAlign w:val="center"/>
          </w:tcPr>
          <w:p w14:paraId="001277A2" w14:textId="77777777" w:rsidR="0099189D" w:rsidRDefault="00BF4F7F">
            <w:proofErr w:type="spellStart"/>
            <w:r>
              <w:rPr>
                <w:sz w:val="11"/>
              </w:rPr>
              <w:t>písomne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aktivita</w:t>
            </w:r>
            <w:proofErr w:type="spellEnd"/>
          </w:p>
        </w:tc>
      </w:tr>
      <w:tr w:rsidR="0099189D" w14:paraId="6FE65E1C" w14:textId="77777777">
        <w:trPr>
          <w:jc w:val="center"/>
        </w:trPr>
        <w:tc>
          <w:tcPr>
            <w:tcW w:w="1043" w:type="dxa"/>
            <w:vAlign w:val="center"/>
          </w:tcPr>
          <w:p w14:paraId="6EC50043" w14:textId="77777777" w:rsidR="0099189D" w:rsidRDefault="00BF4F7F">
            <w:r>
              <w:rPr>
                <w:sz w:val="11"/>
              </w:rPr>
              <w:t>IV.</w:t>
            </w:r>
          </w:p>
        </w:tc>
        <w:tc>
          <w:tcPr>
            <w:tcW w:w="1043" w:type="dxa"/>
            <w:vAlign w:val="center"/>
          </w:tcPr>
          <w:p w14:paraId="16A807EC" w14:textId="77777777" w:rsidR="0099189D" w:rsidRDefault="00BF4F7F">
            <w:r>
              <w:rPr>
                <w:sz w:val="11"/>
              </w:rPr>
              <w:t>26</w:t>
            </w:r>
          </w:p>
        </w:tc>
        <w:tc>
          <w:tcPr>
            <w:tcW w:w="1043" w:type="dxa"/>
            <w:vAlign w:val="center"/>
          </w:tcPr>
          <w:p w14:paraId="4744ACB2" w14:textId="77777777" w:rsidR="0099189D" w:rsidRDefault="00BF4F7F">
            <w:r>
              <w:rPr>
                <w:sz w:val="11"/>
              </w:rPr>
              <w:t xml:space="preserve">Amerika – </w:t>
            </w:r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svet</w:t>
            </w:r>
            <w:proofErr w:type="spellEnd"/>
          </w:p>
        </w:tc>
        <w:tc>
          <w:tcPr>
            <w:tcW w:w="1043" w:type="dxa"/>
            <w:vAlign w:val="center"/>
          </w:tcPr>
          <w:p w14:paraId="30A1F8D7" w14:textId="77777777" w:rsidR="0099189D" w:rsidRDefault="00BF4F7F">
            <w:proofErr w:type="spellStart"/>
            <w:r>
              <w:rPr>
                <w:sz w:val="11"/>
              </w:rPr>
              <w:t>Mexiko</w:t>
            </w:r>
            <w:proofErr w:type="spellEnd"/>
          </w:p>
        </w:tc>
        <w:tc>
          <w:tcPr>
            <w:tcW w:w="1043" w:type="dxa"/>
            <w:vAlign w:val="center"/>
          </w:tcPr>
          <w:p w14:paraId="50D41138" w14:textId="77777777" w:rsidR="0099189D" w:rsidRDefault="00BF4F7F">
            <w:proofErr w:type="spellStart"/>
            <w:r>
              <w:rPr>
                <w:sz w:val="11"/>
              </w:rPr>
              <w:t>príroda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mestá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priemysel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poľnohospodárstvo</w:t>
            </w:r>
            <w:proofErr w:type="spellEnd"/>
          </w:p>
        </w:tc>
        <w:tc>
          <w:tcPr>
            <w:tcW w:w="1043" w:type="dxa"/>
            <w:vAlign w:val="center"/>
          </w:tcPr>
          <w:p w14:paraId="72A56543" w14:textId="77777777" w:rsidR="0099189D" w:rsidRDefault="00BF4F7F">
            <w:proofErr w:type="spellStart"/>
            <w:r>
              <w:rPr>
                <w:sz w:val="11"/>
              </w:rPr>
              <w:t>charakterizuje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fyzicko</w:t>
            </w:r>
            <w:proofErr w:type="spellEnd"/>
            <w:r>
              <w:rPr>
                <w:sz w:val="11"/>
              </w:rPr>
              <w:t xml:space="preserve">- a </w:t>
            </w:r>
            <w:proofErr w:type="spellStart"/>
            <w:r>
              <w:rPr>
                <w:sz w:val="11"/>
              </w:rPr>
              <w:t>humánnogeografické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pomery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Mexika</w:t>
            </w:r>
            <w:proofErr w:type="spellEnd"/>
          </w:p>
        </w:tc>
        <w:tc>
          <w:tcPr>
            <w:tcW w:w="1043" w:type="dxa"/>
            <w:vAlign w:val="center"/>
          </w:tcPr>
          <w:p w14:paraId="4E2AA5F6" w14:textId="77777777" w:rsidR="0099189D" w:rsidRDefault="00BF4F7F">
            <w:proofErr w:type="spellStart"/>
            <w:r>
              <w:rPr>
                <w:sz w:val="11"/>
              </w:rPr>
              <w:t>motivačný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rozhovor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problémové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úlohy</w:t>
            </w:r>
            <w:proofErr w:type="spellEnd"/>
          </w:p>
        </w:tc>
        <w:tc>
          <w:tcPr>
            <w:tcW w:w="1043" w:type="dxa"/>
            <w:vAlign w:val="center"/>
          </w:tcPr>
          <w:p w14:paraId="552DBA7D" w14:textId="77777777" w:rsidR="0099189D" w:rsidRDefault="00BF4F7F">
            <w:r>
              <w:rPr>
                <w:sz w:val="11"/>
              </w:rPr>
              <w:t>ENV, FG</w:t>
            </w:r>
          </w:p>
        </w:tc>
        <w:tc>
          <w:tcPr>
            <w:tcW w:w="1043" w:type="dxa"/>
            <w:vAlign w:val="center"/>
          </w:tcPr>
          <w:p w14:paraId="56582B5F" w14:textId="77777777" w:rsidR="0099189D" w:rsidRDefault="00BF4F7F"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 xml:space="preserve">, atlas, </w:t>
            </w:r>
            <w:proofErr w:type="spellStart"/>
            <w:r>
              <w:rPr>
                <w:sz w:val="11"/>
              </w:rPr>
              <w:t>prezentácia</w:t>
            </w:r>
            <w:proofErr w:type="spellEnd"/>
          </w:p>
        </w:tc>
        <w:tc>
          <w:tcPr>
            <w:tcW w:w="1043" w:type="dxa"/>
            <w:vAlign w:val="center"/>
          </w:tcPr>
          <w:p w14:paraId="0F84ACD0" w14:textId="77777777" w:rsidR="0099189D" w:rsidRDefault="00BF4F7F">
            <w:proofErr w:type="spellStart"/>
            <w:r>
              <w:rPr>
                <w:sz w:val="11"/>
              </w:rPr>
              <w:t>ústne</w:t>
            </w:r>
            <w:proofErr w:type="spellEnd"/>
          </w:p>
        </w:tc>
      </w:tr>
      <w:tr w:rsidR="0099189D" w14:paraId="0BE654FD" w14:textId="77777777">
        <w:trPr>
          <w:jc w:val="center"/>
        </w:trPr>
        <w:tc>
          <w:tcPr>
            <w:tcW w:w="1043" w:type="dxa"/>
            <w:vAlign w:val="center"/>
          </w:tcPr>
          <w:p w14:paraId="73B53B00" w14:textId="77777777" w:rsidR="0099189D" w:rsidRDefault="00BF4F7F">
            <w:r>
              <w:rPr>
                <w:sz w:val="11"/>
              </w:rPr>
              <w:t>V.</w:t>
            </w:r>
          </w:p>
        </w:tc>
        <w:tc>
          <w:tcPr>
            <w:tcW w:w="1043" w:type="dxa"/>
            <w:vAlign w:val="center"/>
          </w:tcPr>
          <w:p w14:paraId="0AA55F52" w14:textId="77777777" w:rsidR="0099189D" w:rsidRDefault="00BF4F7F">
            <w:r>
              <w:rPr>
                <w:sz w:val="11"/>
              </w:rPr>
              <w:t>27</w:t>
            </w:r>
          </w:p>
        </w:tc>
        <w:tc>
          <w:tcPr>
            <w:tcW w:w="1043" w:type="dxa"/>
            <w:vAlign w:val="center"/>
          </w:tcPr>
          <w:p w14:paraId="05468B0F" w14:textId="77777777" w:rsidR="0099189D" w:rsidRDefault="00BF4F7F">
            <w:r>
              <w:rPr>
                <w:sz w:val="11"/>
              </w:rPr>
              <w:t xml:space="preserve">Amerika – </w:t>
            </w:r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svet</w:t>
            </w:r>
            <w:proofErr w:type="spellEnd"/>
          </w:p>
        </w:tc>
        <w:tc>
          <w:tcPr>
            <w:tcW w:w="1043" w:type="dxa"/>
            <w:vAlign w:val="center"/>
          </w:tcPr>
          <w:p w14:paraId="7E516FC0" w14:textId="77777777" w:rsidR="0099189D" w:rsidRDefault="00BF4F7F">
            <w:proofErr w:type="spellStart"/>
            <w:r>
              <w:rPr>
                <w:sz w:val="11"/>
              </w:rPr>
              <w:t>Brazília</w:t>
            </w:r>
            <w:proofErr w:type="spellEnd"/>
          </w:p>
        </w:tc>
        <w:tc>
          <w:tcPr>
            <w:tcW w:w="1043" w:type="dxa"/>
            <w:vAlign w:val="center"/>
          </w:tcPr>
          <w:p w14:paraId="15390686" w14:textId="77777777" w:rsidR="0099189D" w:rsidRDefault="00BF4F7F">
            <w:proofErr w:type="spellStart"/>
            <w:r>
              <w:rPr>
                <w:sz w:val="11"/>
              </w:rPr>
              <w:t>Amazonka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Amazonský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dažďový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prales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mestá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hospodárstvo</w:t>
            </w:r>
            <w:proofErr w:type="spellEnd"/>
          </w:p>
        </w:tc>
        <w:tc>
          <w:tcPr>
            <w:tcW w:w="1043" w:type="dxa"/>
            <w:vAlign w:val="center"/>
          </w:tcPr>
          <w:p w14:paraId="47BBFA34" w14:textId="77777777" w:rsidR="0099189D" w:rsidRDefault="00BF4F7F">
            <w:proofErr w:type="spellStart"/>
            <w:r>
              <w:rPr>
                <w:sz w:val="11"/>
              </w:rPr>
              <w:t>charakterizuje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fyzicko</w:t>
            </w:r>
            <w:proofErr w:type="spellEnd"/>
            <w:r>
              <w:rPr>
                <w:sz w:val="11"/>
              </w:rPr>
              <w:t xml:space="preserve">- a </w:t>
            </w:r>
            <w:proofErr w:type="spellStart"/>
            <w:r>
              <w:rPr>
                <w:sz w:val="11"/>
              </w:rPr>
              <w:t>humánnogeografické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pomery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Brazílie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význam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Amazónie</w:t>
            </w:r>
            <w:proofErr w:type="spellEnd"/>
          </w:p>
        </w:tc>
        <w:tc>
          <w:tcPr>
            <w:tcW w:w="1043" w:type="dxa"/>
            <w:vAlign w:val="center"/>
          </w:tcPr>
          <w:p w14:paraId="117A6739" w14:textId="77777777" w:rsidR="0099189D" w:rsidRDefault="00BF4F7F">
            <w:proofErr w:type="spellStart"/>
            <w:r>
              <w:rPr>
                <w:sz w:val="11"/>
              </w:rPr>
              <w:t>problémové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úlohy</w:t>
            </w:r>
            <w:proofErr w:type="spellEnd"/>
          </w:p>
        </w:tc>
        <w:tc>
          <w:tcPr>
            <w:tcW w:w="1043" w:type="dxa"/>
            <w:vAlign w:val="center"/>
          </w:tcPr>
          <w:p w14:paraId="1FD6B061" w14:textId="77777777" w:rsidR="0099189D" w:rsidRDefault="00BF4F7F">
            <w:r>
              <w:rPr>
                <w:sz w:val="11"/>
              </w:rPr>
              <w:t xml:space="preserve">ENV, OSR, </w:t>
            </w:r>
            <w:proofErr w:type="spellStart"/>
            <w:r>
              <w:rPr>
                <w:sz w:val="11"/>
              </w:rPr>
              <w:t>OŽaZ</w:t>
            </w:r>
            <w:proofErr w:type="spellEnd"/>
          </w:p>
        </w:tc>
        <w:tc>
          <w:tcPr>
            <w:tcW w:w="1043" w:type="dxa"/>
            <w:vAlign w:val="center"/>
          </w:tcPr>
          <w:p w14:paraId="0A393556" w14:textId="77777777" w:rsidR="0099189D" w:rsidRDefault="00BF4F7F"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 xml:space="preserve">, atlas, </w:t>
            </w:r>
            <w:proofErr w:type="spellStart"/>
            <w:r>
              <w:rPr>
                <w:sz w:val="11"/>
              </w:rPr>
              <w:t>učebnica</w:t>
            </w:r>
            <w:proofErr w:type="spellEnd"/>
          </w:p>
        </w:tc>
        <w:tc>
          <w:tcPr>
            <w:tcW w:w="1043" w:type="dxa"/>
            <w:vAlign w:val="center"/>
          </w:tcPr>
          <w:p w14:paraId="4FBFCB47" w14:textId="77777777" w:rsidR="0099189D" w:rsidRDefault="00BF4F7F">
            <w:proofErr w:type="spellStart"/>
            <w:r>
              <w:rPr>
                <w:sz w:val="11"/>
              </w:rPr>
              <w:t>ústne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aktivita</w:t>
            </w:r>
            <w:proofErr w:type="spellEnd"/>
          </w:p>
        </w:tc>
      </w:tr>
      <w:tr w:rsidR="0099189D" w14:paraId="3B11A5AD" w14:textId="77777777">
        <w:trPr>
          <w:jc w:val="center"/>
        </w:trPr>
        <w:tc>
          <w:tcPr>
            <w:tcW w:w="1043" w:type="dxa"/>
            <w:vAlign w:val="center"/>
          </w:tcPr>
          <w:p w14:paraId="1E571A7F" w14:textId="77777777" w:rsidR="0099189D" w:rsidRDefault="00BF4F7F">
            <w:r>
              <w:rPr>
                <w:sz w:val="11"/>
              </w:rPr>
              <w:t>V.</w:t>
            </w:r>
          </w:p>
        </w:tc>
        <w:tc>
          <w:tcPr>
            <w:tcW w:w="1043" w:type="dxa"/>
            <w:vAlign w:val="center"/>
          </w:tcPr>
          <w:p w14:paraId="0EA0308A" w14:textId="77777777" w:rsidR="0099189D" w:rsidRDefault="00BF4F7F">
            <w:r>
              <w:rPr>
                <w:sz w:val="11"/>
              </w:rPr>
              <w:t>28</w:t>
            </w:r>
          </w:p>
        </w:tc>
        <w:tc>
          <w:tcPr>
            <w:tcW w:w="1043" w:type="dxa"/>
            <w:vAlign w:val="center"/>
          </w:tcPr>
          <w:p w14:paraId="3272CCAA" w14:textId="77777777" w:rsidR="0099189D" w:rsidRDefault="00BF4F7F">
            <w:r>
              <w:rPr>
                <w:sz w:val="11"/>
              </w:rPr>
              <w:t xml:space="preserve">Amerika – </w:t>
            </w:r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svet</w:t>
            </w:r>
            <w:proofErr w:type="spellEnd"/>
          </w:p>
        </w:tc>
        <w:tc>
          <w:tcPr>
            <w:tcW w:w="1043" w:type="dxa"/>
            <w:vAlign w:val="center"/>
          </w:tcPr>
          <w:p w14:paraId="792267E0" w14:textId="77777777" w:rsidR="0099189D" w:rsidRDefault="00BF4F7F">
            <w:proofErr w:type="spellStart"/>
            <w:r>
              <w:rPr>
                <w:sz w:val="11"/>
              </w:rPr>
              <w:t>Argentína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laplatské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štáty</w:t>
            </w:r>
            <w:proofErr w:type="spellEnd"/>
          </w:p>
        </w:tc>
        <w:tc>
          <w:tcPr>
            <w:tcW w:w="1043" w:type="dxa"/>
            <w:vAlign w:val="center"/>
          </w:tcPr>
          <w:p w14:paraId="37F7FF93" w14:textId="77777777" w:rsidR="0099189D" w:rsidRDefault="00BF4F7F">
            <w:proofErr w:type="spellStart"/>
            <w:r>
              <w:rPr>
                <w:sz w:val="11"/>
              </w:rPr>
              <w:t>Argentína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Uruguaj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Paraguaj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Laplatská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nížina</w:t>
            </w:r>
            <w:proofErr w:type="spellEnd"/>
          </w:p>
        </w:tc>
        <w:tc>
          <w:tcPr>
            <w:tcW w:w="1043" w:type="dxa"/>
            <w:vAlign w:val="center"/>
          </w:tcPr>
          <w:p w14:paraId="40148657" w14:textId="77777777" w:rsidR="0099189D" w:rsidRDefault="00BF4F7F">
            <w:proofErr w:type="spellStart"/>
            <w:r>
              <w:rPr>
                <w:sz w:val="11"/>
              </w:rPr>
              <w:t>charakterizuje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pomery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laplatských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štátov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ukáže</w:t>
            </w:r>
            <w:proofErr w:type="spellEnd"/>
            <w:r>
              <w:rPr>
                <w:sz w:val="11"/>
              </w:rPr>
              <w:t xml:space="preserve"> ich </w:t>
            </w:r>
            <w:proofErr w:type="spellStart"/>
            <w:r>
              <w:rPr>
                <w:sz w:val="11"/>
              </w:rPr>
              <w:t>na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mape</w:t>
            </w:r>
            <w:proofErr w:type="spellEnd"/>
          </w:p>
        </w:tc>
        <w:tc>
          <w:tcPr>
            <w:tcW w:w="1043" w:type="dxa"/>
            <w:vAlign w:val="center"/>
          </w:tcPr>
          <w:p w14:paraId="6E728C92" w14:textId="77777777" w:rsidR="0099189D" w:rsidRDefault="00BF4F7F">
            <w:proofErr w:type="spellStart"/>
            <w:r>
              <w:rPr>
                <w:sz w:val="11"/>
              </w:rPr>
              <w:t>motivačný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rozhovor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 s PL a </w:t>
            </w:r>
            <w:proofErr w:type="spellStart"/>
            <w:r>
              <w:rPr>
                <w:sz w:val="11"/>
              </w:rPr>
              <w:t>atlasom</w:t>
            </w:r>
            <w:proofErr w:type="spellEnd"/>
          </w:p>
        </w:tc>
        <w:tc>
          <w:tcPr>
            <w:tcW w:w="1043" w:type="dxa"/>
            <w:vAlign w:val="center"/>
          </w:tcPr>
          <w:p w14:paraId="3B87BC7E" w14:textId="77777777" w:rsidR="0099189D" w:rsidRDefault="00BF4F7F">
            <w:r>
              <w:rPr>
                <w:sz w:val="11"/>
              </w:rPr>
              <w:t>FG, ENV</w:t>
            </w:r>
          </w:p>
        </w:tc>
        <w:tc>
          <w:tcPr>
            <w:tcW w:w="1043" w:type="dxa"/>
            <w:vAlign w:val="center"/>
          </w:tcPr>
          <w:p w14:paraId="61570690" w14:textId="77777777" w:rsidR="0099189D" w:rsidRDefault="00BF4F7F"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 xml:space="preserve">, atlas, </w:t>
            </w:r>
            <w:proofErr w:type="spellStart"/>
            <w:r>
              <w:rPr>
                <w:sz w:val="11"/>
              </w:rPr>
              <w:t>slepá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mapa</w:t>
            </w:r>
            <w:proofErr w:type="spellEnd"/>
          </w:p>
        </w:tc>
        <w:tc>
          <w:tcPr>
            <w:tcW w:w="1043" w:type="dxa"/>
            <w:vAlign w:val="center"/>
          </w:tcPr>
          <w:p w14:paraId="62A3A584" w14:textId="77777777" w:rsidR="0099189D" w:rsidRDefault="00BF4F7F">
            <w:proofErr w:type="spellStart"/>
            <w:r>
              <w:rPr>
                <w:sz w:val="11"/>
              </w:rPr>
              <w:t>aktivita</w:t>
            </w:r>
            <w:proofErr w:type="spellEnd"/>
          </w:p>
        </w:tc>
      </w:tr>
      <w:tr w:rsidR="0099189D" w14:paraId="161337CD" w14:textId="77777777">
        <w:trPr>
          <w:jc w:val="center"/>
        </w:trPr>
        <w:tc>
          <w:tcPr>
            <w:tcW w:w="1043" w:type="dxa"/>
            <w:vAlign w:val="center"/>
          </w:tcPr>
          <w:p w14:paraId="2F0DA6D4" w14:textId="77777777" w:rsidR="0099189D" w:rsidRDefault="00BF4F7F">
            <w:r>
              <w:rPr>
                <w:sz w:val="11"/>
              </w:rPr>
              <w:t>V.</w:t>
            </w:r>
          </w:p>
        </w:tc>
        <w:tc>
          <w:tcPr>
            <w:tcW w:w="1043" w:type="dxa"/>
            <w:vAlign w:val="center"/>
          </w:tcPr>
          <w:p w14:paraId="39C5E9B5" w14:textId="77777777" w:rsidR="0099189D" w:rsidRDefault="00BF4F7F">
            <w:r>
              <w:rPr>
                <w:sz w:val="11"/>
              </w:rPr>
              <w:t>29</w:t>
            </w:r>
          </w:p>
        </w:tc>
        <w:tc>
          <w:tcPr>
            <w:tcW w:w="1043" w:type="dxa"/>
            <w:vAlign w:val="center"/>
          </w:tcPr>
          <w:p w14:paraId="78A3A4A9" w14:textId="77777777" w:rsidR="0099189D" w:rsidRDefault="00BF4F7F">
            <w:r>
              <w:rPr>
                <w:sz w:val="11"/>
              </w:rPr>
              <w:t xml:space="preserve">Amerika – </w:t>
            </w:r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svet</w:t>
            </w:r>
            <w:proofErr w:type="spellEnd"/>
          </w:p>
        </w:tc>
        <w:tc>
          <w:tcPr>
            <w:tcW w:w="1043" w:type="dxa"/>
            <w:vAlign w:val="center"/>
          </w:tcPr>
          <w:p w14:paraId="38F0D46A" w14:textId="77777777" w:rsidR="0099189D" w:rsidRDefault="00BF4F7F">
            <w:proofErr w:type="spellStart"/>
            <w:r>
              <w:rPr>
                <w:sz w:val="11"/>
              </w:rPr>
              <w:t>Andské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štáty</w:t>
            </w:r>
            <w:proofErr w:type="spellEnd"/>
          </w:p>
        </w:tc>
        <w:tc>
          <w:tcPr>
            <w:tcW w:w="1043" w:type="dxa"/>
            <w:vAlign w:val="center"/>
          </w:tcPr>
          <w:p w14:paraId="0A11CB71" w14:textId="77777777" w:rsidR="0099189D" w:rsidRDefault="00BF4F7F">
            <w:proofErr w:type="spellStart"/>
            <w:r>
              <w:rPr>
                <w:sz w:val="11"/>
              </w:rPr>
              <w:t>Čile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Kolumbia</w:t>
            </w:r>
            <w:proofErr w:type="spellEnd"/>
            <w:r>
              <w:rPr>
                <w:sz w:val="11"/>
              </w:rPr>
              <w:t xml:space="preserve">, Venezuela, </w:t>
            </w:r>
            <w:proofErr w:type="spellStart"/>
            <w:r>
              <w:rPr>
                <w:sz w:val="11"/>
              </w:rPr>
              <w:t>Bolívia</w:t>
            </w:r>
            <w:proofErr w:type="spellEnd"/>
            <w:r>
              <w:rPr>
                <w:sz w:val="11"/>
              </w:rPr>
              <w:t xml:space="preserve">, Peru, </w:t>
            </w:r>
            <w:proofErr w:type="spellStart"/>
            <w:r>
              <w:rPr>
                <w:sz w:val="11"/>
              </w:rPr>
              <w:t>Ekvádor</w:t>
            </w:r>
            <w:proofErr w:type="spellEnd"/>
            <w:r>
              <w:rPr>
                <w:sz w:val="11"/>
              </w:rPr>
              <w:t>, Andy</w:t>
            </w:r>
          </w:p>
        </w:tc>
        <w:tc>
          <w:tcPr>
            <w:tcW w:w="1043" w:type="dxa"/>
            <w:vAlign w:val="center"/>
          </w:tcPr>
          <w:p w14:paraId="67B654DD" w14:textId="77777777" w:rsidR="0099189D" w:rsidRDefault="00BF4F7F">
            <w:proofErr w:type="spellStart"/>
            <w:r>
              <w:rPr>
                <w:sz w:val="11"/>
              </w:rPr>
              <w:t>vymenuje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štáty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andskej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oblasti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ukáže</w:t>
            </w:r>
            <w:proofErr w:type="spellEnd"/>
            <w:r>
              <w:rPr>
                <w:sz w:val="11"/>
              </w:rPr>
              <w:t xml:space="preserve"> ich </w:t>
            </w:r>
            <w:proofErr w:type="spellStart"/>
            <w:r>
              <w:rPr>
                <w:sz w:val="11"/>
              </w:rPr>
              <w:t>na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charakterizuje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hospodárstvo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typické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problémy</w:t>
            </w:r>
            <w:proofErr w:type="spellEnd"/>
          </w:p>
        </w:tc>
        <w:tc>
          <w:tcPr>
            <w:tcW w:w="1043" w:type="dxa"/>
            <w:vAlign w:val="center"/>
          </w:tcPr>
          <w:p w14:paraId="58E27F92" w14:textId="77777777" w:rsidR="0099189D" w:rsidRDefault="00BF4F7F">
            <w:proofErr w:type="spellStart"/>
            <w:r>
              <w:rPr>
                <w:sz w:val="11"/>
              </w:rPr>
              <w:t>riadený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rozhovor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problémové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úlohy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slepá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mapa</w:t>
            </w:r>
            <w:proofErr w:type="spellEnd"/>
          </w:p>
        </w:tc>
        <w:tc>
          <w:tcPr>
            <w:tcW w:w="1043" w:type="dxa"/>
            <w:vAlign w:val="center"/>
          </w:tcPr>
          <w:p w14:paraId="0444E35A" w14:textId="77777777" w:rsidR="0099189D" w:rsidRDefault="00BF4F7F">
            <w:r>
              <w:rPr>
                <w:sz w:val="11"/>
              </w:rPr>
              <w:t xml:space="preserve">ENV, </w:t>
            </w:r>
            <w:proofErr w:type="spellStart"/>
            <w:r>
              <w:rPr>
                <w:sz w:val="11"/>
              </w:rPr>
              <w:t>OŽaZ</w:t>
            </w:r>
            <w:proofErr w:type="spellEnd"/>
          </w:p>
        </w:tc>
        <w:tc>
          <w:tcPr>
            <w:tcW w:w="1043" w:type="dxa"/>
            <w:vAlign w:val="center"/>
          </w:tcPr>
          <w:p w14:paraId="61D2A8F8" w14:textId="77777777" w:rsidR="0099189D" w:rsidRDefault="00BF4F7F"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 xml:space="preserve">, atlas, </w:t>
            </w:r>
            <w:proofErr w:type="spellStart"/>
            <w:r>
              <w:rPr>
                <w:sz w:val="11"/>
              </w:rPr>
              <w:t>slepá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mapa</w:t>
            </w:r>
            <w:proofErr w:type="spellEnd"/>
          </w:p>
        </w:tc>
        <w:tc>
          <w:tcPr>
            <w:tcW w:w="1043" w:type="dxa"/>
            <w:vAlign w:val="center"/>
          </w:tcPr>
          <w:p w14:paraId="69A9118D" w14:textId="77777777" w:rsidR="0099189D" w:rsidRDefault="00BF4F7F">
            <w:proofErr w:type="spellStart"/>
            <w:r>
              <w:rPr>
                <w:sz w:val="11"/>
              </w:rPr>
              <w:t>ústne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písomne</w:t>
            </w:r>
            <w:proofErr w:type="spellEnd"/>
          </w:p>
        </w:tc>
      </w:tr>
      <w:tr w:rsidR="0099189D" w14:paraId="3CA66C61" w14:textId="77777777">
        <w:trPr>
          <w:jc w:val="center"/>
        </w:trPr>
        <w:tc>
          <w:tcPr>
            <w:tcW w:w="1043" w:type="dxa"/>
            <w:vAlign w:val="center"/>
          </w:tcPr>
          <w:p w14:paraId="7A506453" w14:textId="77777777" w:rsidR="0099189D" w:rsidRDefault="00BF4F7F">
            <w:r>
              <w:rPr>
                <w:sz w:val="11"/>
              </w:rPr>
              <w:t>V.</w:t>
            </w:r>
          </w:p>
        </w:tc>
        <w:tc>
          <w:tcPr>
            <w:tcW w:w="1043" w:type="dxa"/>
            <w:vAlign w:val="center"/>
          </w:tcPr>
          <w:p w14:paraId="7925AE79" w14:textId="77777777" w:rsidR="0099189D" w:rsidRDefault="00BF4F7F">
            <w:r>
              <w:rPr>
                <w:sz w:val="11"/>
              </w:rPr>
              <w:t>30</w:t>
            </w:r>
          </w:p>
        </w:tc>
        <w:tc>
          <w:tcPr>
            <w:tcW w:w="1043" w:type="dxa"/>
            <w:vAlign w:val="center"/>
          </w:tcPr>
          <w:p w14:paraId="35A34E92" w14:textId="77777777" w:rsidR="0099189D" w:rsidRDefault="00BF4F7F">
            <w:r>
              <w:rPr>
                <w:sz w:val="11"/>
              </w:rPr>
              <w:t xml:space="preserve">Amerika – </w:t>
            </w:r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svet</w:t>
            </w:r>
            <w:proofErr w:type="spellEnd"/>
          </w:p>
        </w:tc>
        <w:tc>
          <w:tcPr>
            <w:tcW w:w="1043" w:type="dxa"/>
            <w:vAlign w:val="center"/>
          </w:tcPr>
          <w:p w14:paraId="5509FF32" w14:textId="77777777" w:rsidR="0099189D" w:rsidRDefault="00BF4F7F">
            <w:proofErr w:type="spellStart"/>
            <w:r>
              <w:rPr>
                <w:sz w:val="11"/>
              </w:rPr>
              <w:t>Prírodné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riziká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Ameriky</w:t>
            </w:r>
            <w:proofErr w:type="spellEnd"/>
          </w:p>
        </w:tc>
        <w:tc>
          <w:tcPr>
            <w:tcW w:w="1043" w:type="dxa"/>
            <w:vAlign w:val="center"/>
          </w:tcPr>
          <w:p w14:paraId="7B8FF7ED" w14:textId="77777777" w:rsidR="0099189D" w:rsidRDefault="00BF4F7F">
            <w:proofErr w:type="spellStart"/>
            <w:r>
              <w:rPr>
                <w:sz w:val="11"/>
              </w:rPr>
              <w:t>sopky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zemetrasenia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tornáda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hurikány</w:t>
            </w:r>
            <w:proofErr w:type="spellEnd"/>
            <w:r>
              <w:rPr>
                <w:sz w:val="11"/>
              </w:rPr>
              <w:t>, El Niño</w:t>
            </w:r>
          </w:p>
        </w:tc>
        <w:tc>
          <w:tcPr>
            <w:tcW w:w="1043" w:type="dxa"/>
            <w:vAlign w:val="center"/>
          </w:tcPr>
          <w:p w14:paraId="5D274C56" w14:textId="77777777" w:rsidR="0099189D" w:rsidRDefault="00BF4F7F">
            <w:proofErr w:type="spellStart"/>
            <w:r>
              <w:rPr>
                <w:sz w:val="11"/>
              </w:rPr>
              <w:t>vysvetlí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vybrané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prírodné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riziká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uvedie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oblasti</w:t>
            </w:r>
            <w:proofErr w:type="spellEnd"/>
            <w:r>
              <w:rPr>
                <w:sz w:val="11"/>
              </w:rPr>
              <w:t xml:space="preserve"> ich </w:t>
            </w:r>
            <w:proofErr w:type="spellStart"/>
            <w:r>
              <w:rPr>
                <w:sz w:val="11"/>
              </w:rPr>
              <w:t>výskytu</w:t>
            </w:r>
            <w:proofErr w:type="spellEnd"/>
          </w:p>
        </w:tc>
        <w:tc>
          <w:tcPr>
            <w:tcW w:w="1043" w:type="dxa"/>
            <w:vAlign w:val="center"/>
          </w:tcPr>
          <w:p w14:paraId="47A86837" w14:textId="77777777" w:rsidR="0099189D" w:rsidRDefault="00BF4F7F">
            <w:proofErr w:type="spellStart"/>
            <w:r>
              <w:rPr>
                <w:sz w:val="11"/>
              </w:rPr>
              <w:t>problémové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úlohy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 s mapou</w:t>
            </w:r>
          </w:p>
        </w:tc>
        <w:tc>
          <w:tcPr>
            <w:tcW w:w="1043" w:type="dxa"/>
            <w:vAlign w:val="center"/>
          </w:tcPr>
          <w:p w14:paraId="22B2F22E" w14:textId="77777777" w:rsidR="0099189D" w:rsidRDefault="00BF4F7F">
            <w:r>
              <w:rPr>
                <w:sz w:val="11"/>
              </w:rPr>
              <w:t xml:space="preserve">ENV, </w:t>
            </w:r>
            <w:proofErr w:type="spellStart"/>
            <w:r>
              <w:rPr>
                <w:sz w:val="11"/>
              </w:rPr>
              <w:t>OŽaZ</w:t>
            </w:r>
            <w:proofErr w:type="spellEnd"/>
          </w:p>
        </w:tc>
        <w:tc>
          <w:tcPr>
            <w:tcW w:w="1043" w:type="dxa"/>
            <w:vAlign w:val="center"/>
          </w:tcPr>
          <w:p w14:paraId="46018D47" w14:textId="77777777" w:rsidR="0099189D" w:rsidRDefault="00BF4F7F">
            <w:proofErr w:type="spellStart"/>
            <w:r>
              <w:rPr>
                <w:sz w:val="11"/>
              </w:rPr>
              <w:t>učebnica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prezentácia</w:t>
            </w:r>
            <w:proofErr w:type="spellEnd"/>
          </w:p>
        </w:tc>
        <w:tc>
          <w:tcPr>
            <w:tcW w:w="1043" w:type="dxa"/>
            <w:vAlign w:val="center"/>
          </w:tcPr>
          <w:p w14:paraId="4495A9F8" w14:textId="77777777" w:rsidR="0099189D" w:rsidRDefault="00BF4F7F">
            <w:proofErr w:type="spellStart"/>
            <w:r>
              <w:rPr>
                <w:sz w:val="11"/>
              </w:rPr>
              <w:t>aktivita</w:t>
            </w:r>
            <w:proofErr w:type="spellEnd"/>
          </w:p>
        </w:tc>
      </w:tr>
      <w:tr w:rsidR="0099189D" w14:paraId="16C0E791" w14:textId="77777777">
        <w:trPr>
          <w:jc w:val="center"/>
        </w:trPr>
        <w:tc>
          <w:tcPr>
            <w:tcW w:w="1043" w:type="dxa"/>
            <w:vAlign w:val="center"/>
          </w:tcPr>
          <w:p w14:paraId="5798A48C" w14:textId="77777777" w:rsidR="0099189D" w:rsidRDefault="00BF4F7F">
            <w:r>
              <w:rPr>
                <w:sz w:val="11"/>
              </w:rPr>
              <w:t>VI.</w:t>
            </w:r>
          </w:p>
        </w:tc>
        <w:tc>
          <w:tcPr>
            <w:tcW w:w="1043" w:type="dxa"/>
            <w:vAlign w:val="center"/>
          </w:tcPr>
          <w:p w14:paraId="15ED6A80" w14:textId="77777777" w:rsidR="0099189D" w:rsidRDefault="00BF4F7F">
            <w:r>
              <w:rPr>
                <w:sz w:val="11"/>
              </w:rPr>
              <w:t>31</w:t>
            </w:r>
          </w:p>
        </w:tc>
        <w:tc>
          <w:tcPr>
            <w:tcW w:w="1043" w:type="dxa"/>
            <w:vAlign w:val="center"/>
          </w:tcPr>
          <w:p w14:paraId="501B6998" w14:textId="77777777" w:rsidR="0099189D" w:rsidRDefault="00BF4F7F">
            <w:r>
              <w:rPr>
                <w:sz w:val="11"/>
              </w:rPr>
              <w:t xml:space="preserve">Amerika – </w:t>
            </w:r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svet</w:t>
            </w:r>
            <w:proofErr w:type="spellEnd"/>
          </w:p>
        </w:tc>
        <w:tc>
          <w:tcPr>
            <w:tcW w:w="1043" w:type="dxa"/>
            <w:vAlign w:val="center"/>
          </w:tcPr>
          <w:p w14:paraId="46AED5CB" w14:textId="77777777" w:rsidR="0099189D" w:rsidRDefault="00BF4F7F">
            <w:proofErr w:type="spellStart"/>
            <w:r>
              <w:rPr>
                <w:sz w:val="11"/>
              </w:rPr>
              <w:t>Sociálne</w:t>
            </w:r>
            <w:proofErr w:type="spellEnd"/>
            <w:r>
              <w:rPr>
                <w:sz w:val="11"/>
              </w:rPr>
              <w:t xml:space="preserve"> </w:t>
            </w:r>
            <w:proofErr w:type="gramStart"/>
            <w:r>
              <w:rPr>
                <w:sz w:val="11"/>
              </w:rPr>
              <w:t>a</w:t>
            </w:r>
            <w:proofErr w:type="gram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environmentálne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problémy</w:t>
            </w:r>
            <w:proofErr w:type="spellEnd"/>
          </w:p>
        </w:tc>
        <w:tc>
          <w:tcPr>
            <w:tcW w:w="1043" w:type="dxa"/>
            <w:vAlign w:val="center"/>
          </w:tcPr>
          <w:p w14:paraId="3C4CA3F7" w14:textId="77777777" w:rsidR="0099189D" w:rsidRDefault="00BF4F7F">
            <w:proofErr w:type="spellStart"/>
            <w:r>
              <w:rPr>
                <w:sz w:val="11"/>
              </w:rPr>
              <w:t>chudoba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slumy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favely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environmentálne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problémy</w:t>
            </w:r>
            <w:proofErr w:type="spellEnd"/>
          </w:p>
        </w:tc>
        <w:tc>
          <w:tcPr>
            <w:tcW w:w="1043" w:type="dxa"/>
            <w:vAlign w:val="center"/>
          </w:tcPr>
          <w:p w14:paraId="633AFEB0" w14:textId="77777777" w:rsidR="0099189D" w:rsidRDefault="00BF4F7F">
            <w:proofErr w:type="spellStart"/>
            <w:r>
              <w:rPr>
                <w:sz w:val="11"/>
              </w:rPr>
              <w:t>pozná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základné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problémy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obyvateľstva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Ameriky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navrhne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možnosti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riešenia</w:t>
            </w:r>
            <w:proofErr w:type="spellEnd"/>
          </w:p>
        </w:tc>
        <w:tc>
          <w:tcPr>
            <w:tcW w:w="1043" w:type="dxa"/>
            <w:vAlign w:val="center"/>
          </w:tcPr>
          <w:p w14:paraId="69499C79" w14:textId="77777777" w:rsidR="0099189D" w:rsidRDefault="00BF4F7F">
            <w:proofErr w:type="spellStart"/>
            <w:r>
              <w:rPr>
                <w:sz w:val="11"/>
              </w:rPr>
              <w:t>diskusia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problémové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úlohy</w:t>
            </w:r>
            <w:proofErr w:type="spellEnd"/>
          </w:p>
        </w:tc>
        <w:tc>
          <w:tcPr>
            <w:tcW w:w="1043" w:type="dxa"/>
            <w:vAlign w:val="center"/>
          </w:tcPr>
          <w:p w14:paraId="4804B56F" w14:textId="77777777" w:rsidR="0099189D" w:rsidRDefault="00BF4F7F">
            <w:r>
              <w:rPr>
                <w:sz w:val="11"/>
              </w:rPr>
              <w:t xml:space="preserve">MV, ENV, </w:t>
            </w:r>
            <w:proofErr w:type="spellStart"/>
            <w:r>
              <w:rPr>
                <w:sz w:val="11"/>
              </w:rPr>
              <w:t>OŽaZ</w:t>
            </w:r>
            <w:proofErr w:type="spellEnd"/>
          </w:p>
        </w:tc>
        <w:tc>
          <w:tcPr>
            <w:tcW w:w="1043" w:type="dxa"/>
            <w:vAlign w:val="center"/>
          </w:tcPr>
          <w:p w14:paraId="77B1373E" w14:textId="77777777" w:rsidR="0099189D" w:rsidRDefault="00BF4F7F">
            <w:proofErr w:type="spellStart"/>
            <w:r>
              <w:rPr>
                <w:sz w:val="11"/>
              </w:rPr>
              <w:t>učebnica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prezentácia</w:t>
            </w:r>
            <w:proofErr w:type="spellEnd"/>
          </w:p>
        </w:tc>
        <w:tc>
          <w:tcPr>
            <w:tcW w:w="1043" w:type="dxa"/>
            <w:vAlign w:val="center"/>
          </w:tcPr>
          <w:p w14:paraId="64A13025" w14:textId="77777777" w:rsidR="0099189D" w:rsidRDefault="00BF4F7F">
            <w:proofErr w:type="spellStart"/>
            <w:r>
              <w:rPr>
                <w:sz w:val="11"/>
              </w:rPr>
              <w:t>ústne</w:t>
            </w:r>
            <w:proofErr w:type="spellEnd"/>
          </w:p>
        </w:tc>
      </w:tr>
      <w:tr w:rsidR="0099189D" w14:paraId="0A888FF3" w14:textId="77777777">
        <w:trPr>
          <w:jc w:val="center"/>
        </w:trPr>
        <w:tc>
          <w:tcPr>
            <w:tcW w:w="1043" w:type="dxa"/>
            <w:vAlign w:val="center"/>
          </w:tcPr>
          <w:p w14:paraId="01805D47" w14:textId="77777777" w:rsidR="0099189D" w:rsidRDefault="00BF4F7F">
            <w:r>
              <w:rPr>
                <w:sz w:val="11"/>
              </w:rPr>
              <w:t>VI.</w:t>
            </w:r>
          </w:p>
        </w:tc>
        <w:tc>
          <w:tcPr>
            <w:tcW w:w="1043" w:type="dxa"/>
            <w:vAlign w:val="center"/>
          </w:tcPr>
          <w:p w14:paraId="348717BA" w14:textId="77777777" w:rsidR="0099189D" w:rsidRDefault="00BF4F7F">
            <w:r>
              <w:rPr>
                <w:sz w:val="11"/>
              </w:rPr>
              <w:t>32</w:t>
            </w:r>
          </w:p>
        </w:tc>
        <w:tc>
          <w:tcPr>
            <w:tcW w:w="1043" w:type="dxa"/>
            <w:vAlign w:val="center"/>
          </w:tcPr>
          <w:p w14:paraId="3DA6177C" w14:textId="77777777" w:rsidR="0099189D" w:rsidRDefault="00BF4F7F">
            <w:r>
              <w:rPr>
                <w:sz w:val="11"/>
              </w:rPr>
              <w:t xml:space="preserve">Amerika – </w:t>
            </w:r>
            <w:proofErr w:type="spellStart"/>
            <w:r>
              <w:rPr>
                <w:sz w:val="11"/>
              </w:rPr>
              <w:t>Nový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svet</w:t>
            </w:r>
            <w:proofErr w:type="spellEnd"/>
          </w:p>
        </w:tc>
        <w:tc>
          <w:tcPr>
            <w:tcW w:w="1043" w:type="dxa"/>
            <w:vAlign w:val="center"/>
          </w:tcPr>
          <w:p w14:paraId="27DFB804" w14:textId="77777777" w:rsidR="0099189D" w:rsidRDefault="00BF4F7F">
            <w:proofErr w:type="spellStart"/>
            <w:r>
              <w:rPr>
                <w:sz w:val="11"/>
              </w:rPr>
              <w:t>Opakovanie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syntéza</w:t>
            </w:r>
            <w:proofErr w:type="spellEnd"/>
          </w:p>
        </w:tc>
        <w:tc>
          <w:tcPr>
            <w:tcW w:w="1043" w:type="dxa"/>
            <w:vAlign w:val="center"/>
          </w:tcPr>
          <w:p w14:paraId="4CA34A05" w14:textId="77777777" w:rsidR="0099189D" w:rsidRDefault="00BF4F7F">
            <w:proofErr w:type="spellStart"/>
            <w:r>
              <w:rPr>
                <w:sz w:val="11"/>
              </w:rPr>
              <w:t>porovnanie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regiónov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štátov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Ameriky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Austrálie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Oceánie</w:t>
            </w:r>
            <w:proofErr w:type="spellEnd"/>
          </w:p>
        </w:tc>
        <w:tc>
          <w:tcPr>
            <w:tcW w:w="1043" w:type="dxa"/>
            <w:vAlign w:val="center"/>
          </w:tcPr>
          <w:p w14:paraId="2F5B701E" w14:textId="77777777" w:rsidR="0099189D" w:rsidRDefault="00BF4F7F">
            <w:proofErr w:type="spellStart"/>
            <w:r>
              <w:rPr>
                <w:sz w:val="11"/>
              </w:rPr>
              <w:t>aplikuje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poznatky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pri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porovnávaní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regiónov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pri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práci</w:t>
            </w:r>
            <w:proofErr w:type="spellEnd"/>
            <w:r>
              <w:rPr>
                <w:sz w:val="11"/>
              </w:rPr>
              <w:t xml:space="preserve"> s mapou</w:t>
            </w:r>
          </w:p>
        </w:tc>
        <w:tc>
          <w:tcPr>
            <w:tcW w:w="1043" w:type="dxa"/>
            <w:vAlign w:val="center"/>
          </w:tcPr>
          <w:p w14:paraId="61E9019E" w14:textId="77777777" w:rsidR="0099189D" w:rsidRDefault="00BF4F7F">
            <w:proofErr w:type="spellStart"/>
            <w:r>
              <w:rPr>
                <w:sz w:val="11"/>
              </w:rPr>
              <w:t>súhrnné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opakovanie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mapa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kvíz</w:t>
            </w:r>
            <w:proofErr w:type="spellEnd"/>
          </w:p>
        </w:tc>
        <w:tc>
          <w:tcPr>
            <w:tcW w:w="1043" w:type="dxa"/>
            <w:vAlign w:val="center"/>
          </w:tcPr>
          <w:p w14:paraId="42EFF89E" w14:textId="77777777" w:rsidR="0099189D" w:rsidRDefault="00BF4F7F">
            <w:r>
              <w:rPr>
                <w:sz w:val="11"/>
              </w:rPr>
              <w:t>OSR, ENV, FG</w:t>
            </w:r>
          </w:p>
        </w:tc>
        <w:tc>
          <w:tcPr>
            <w:tcW w:w="1043" w:type="dxa"/>
            <w:vAlign w:val="center"/>
          </w:tcPr>
          <w:p w14:paraId="0B21A6A9" w14:textId="77777777" w:rsidR="0099189D" w:rsidRDefault="00BF4F7F">
            <w:r>
              <w:rPr>
                <w:sz w:val="11"/>
              </w:rPr>
              <w:t xml:space="preserve">atlas, </w:t>
            </w:r>
            <w:proofErr w:type="spellStart"/>
            <w:r>
              <w:rPr>
                <w:sz w:val="11"/>
              </w:rPr>
              <w:t>slepé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mapy</w:t>
            </w:r>
            <w:proofErr w:type="spellEnd"/>
            <w:r>
              <w:rPr>
                <w:sz w:val="11"/>
              </w:rPr>
              <w:t>, PL</w:t>
            </w:r>
          </w:p>
        </w:tc>
        <w:tc>
          <w:tcPr>
            <w:tcW w:w="1043" w:type="dxa"/>
            <w:vAlign w:val="center"/>
          </w:tcPr>
          <w:p w14:paraId="25034C08" w14:textId="77777777" w:rsidR="0099189D" w:rsidRDefault="00BF4F7F">
            <w:proofErr w:type="spellStart"/>
            <w:r>
              <w:rPr>
                <w:sz w:val="11"/>
              </w:rPr>
              <w:t>písomne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aktivita</w:t>
            </w:r>
            <w:proofErr w:type="spellEnd"/>
          </w:p>
        </w:tc>
      </w:tr>
      <w:tr w:rsidR="0099189D" w14:paraId="6E6AD638" w14:textId="77777777">
        <w:trPr>
          <w:jc w:val="center"/>
        </w:trPr>
        <w:tc>
          <w:tcPr>
            <w:tcW w:w="1043" w:type="dxa"/>
            <w:vAlign w:val="center"/>
          </w:tcPr>
          <w:p w14:paraId="340703DE" w14:textId="77777777" w:rsidR="0099189D" w:rsidRDefault="00BF4F7F">
            <w:r>
              <w:rPr>
                <w:sz w:val="11"/>
              </w:rPr>
              <w:t>VI.</w:t>
            </w:r>
          </w:p>
        </w:tc>
        <w:tc>
          <w:tcPr>
            <w:tcW w:w="1043" w:type="dxa"/>
            <w:vAlign w:val="center"/>
          </w:tcPr>
          <w:p w14:paraId="0C2C2408" w14:textId="77777777" w:rsidR="0099189D" w:rsidRDefault="00BF4F7F">
            <w:r>
              <w:rPr>
                <w:sz w:val="11"/>
              </w:rPr>
              <w:t>33</w:t>
            </w:r>
          </w:p>
        </w:tc>
        <w:tc>
          <w:tcPr>
            <w:tcW w:w="1043" w:type="dxa"/>
            <w:vAlign w:val="center"/>
          </w:tcPr>
          <w:p w14:paraId="146F0C38" w14:textId="77777777" w:rsidR="0099189D" w:rsidRDefault="00BF4F7F">
            <w:proofErr w:type="spellStart"/>
            <w:r>
              <w:rPr>
                <w:sz w:val="11"/>
              </w:rPr>
              <w:t>Projekt</w:t>
            </w:r>
            <w:proofErr w:type="spellEnd"/>
            <w:r>
              <w:rPr>
                <w:sz w:val="11"/>
              </w:rPr>
              <w:t xml:space="preserve"> – Amerika</w:t>
            </w:r>
          </w:p>
        </w:tc>
        <w:tc>
          <w:tcPr>
            <w:tcW w:w="1043" w:type="dxa"/>
            <w:vAlign w:val="center"/>
          </w:tcPr>
          <w:p w14:paraId="0334747F" w14:textId="77777777" w:rsidR="0099189D" w:rsidRDefault="00BF4F7F">
            <w:proofErr w:type="spellStart"/>
            <w:r>
              <w:rPr>
                <w:sz w:val="11"/>
              </w:rPr>
              <w:t>mestá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pamiatky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príroda</w:t>
            </w:r>
            <w:proofErr w:type="spellEnd"/>
            <w:r>
              <w:rPr>
                <w:sz w:val="11"/>
              </w:rPr>
              <w:t xml:space="preserve"> / </w:t>
            </w:r>
            <w:proofErr w:type="spellStart"/>
            <w:r>
              <w:rPr>
                <w:sz w:val="11"/>
              </w:rPr>
              <w:t>prezentácia</w:t>
            </w:r>
            <w:proofErr w:type="spellEnd"/>
          </w:p>
        </w:tc>
        <w:tc>
          <w:tcPr>
            <w:tcW w:w="1043" w:type="dxa"/>
            <w:vAlign w:val="center"/>
          </w:tcPr>
          <w:p w14:paraId="0E65EFCD" w14:textId="77777777" w:rsidR="0099189D" w:rsidRDefault="00BF4F7F">
            <w:proofErr w:type="spellStart"/>
            <w:r>
              <w:rPr>
                <w:sz w:val="11"/>
              </w:rPr>
              <w:t>geografický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projekt</w:t>
            </w:r>
            <w:proofErr w:type="spellEnd"/>
          </w:p>
        </w:tc>
        <w:tc>
          <w:tcPr>
            <w:tcW w:w="1043" w:type="dxa"/>
            <w:vAlign w:val="center"/>
          </w:tcPr>
          <w:p w14:paraId="77AD3FC6" w14:textId="77777777" w:rsidR="0099189D" w:rsidRDefault="00BF4F7F">
            <w:proofErr w:type="spellStart"/>
            <w:r>
              <w:rPr>
                <w:sz w:val="11"/>
              </w:rPr>
              <w:t>spracuje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geografický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projekt</w:t>
            </w:r>
            <w:proofErr w:type="spellEnd"/>
            <w:r>
              <w:rPr>
                <w:sz w:val="11"/>
              </w:rPr>
              <w:t xml:space="preserve"> a </w:t>
            </w:r>
            <w:proofErr w:type="spellStart"/>
            <w:r>
              <w:rPr>
                <w:sz w:val="11"/>
              </w:rPr>
              <w:t>prezentuje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výsledky</w:t>
            </w:r>
            <w:proofErr w:type="spellEnd"/>
          </w:p>
        </w:tc>
        <w:tc>
          <w:tcPr>
            <w:tcW w:w="1043" w:type="dxa"/>
            <w:vAlign w:val="center"/>
          </w:tcPr>
          <w:p w14:paraId="4C747787" w14:textId="77777777" w:rsidR="0099189D" w:rsidRDefault="00BF4F7F">
            <w:proofErr w:type="spellStart"/>
            <w:r>
              <w:rPr>
                <w:sz w:val="11"/>
              </w:rPr>
              <w:t>projektová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práca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prezentácia</w:t>
            </w:r>
            <w:proofErr w:type="spellEnd"/>
          </w:p>
        </w:tc>
        <w:tc>
          <w:tcPr>
            <w:tcW w:w="1043" w:type="dxa"/>
            <w:vAlign w:val="center"/>
          </w:tcPr>
          <w:p w14:paraId="2B1A65C3" w14:textId="77777777" w:rsidR="0099189D" w:rsidRDefault="00BF4F7F">
            <w:r>
              <w:rPr>
                <w:sz w:val="11"/>
              </w:rPr>
              <w:t>OSR, MV, ENV, FG, AI</w:t>
            </w:r>
          </w:p>
        </w:tc>
        <w:tc>
          <w:tcPr>
            <w:tcW w:w="1043" w:type="dxa"/>
            <w:vAlign w:val="center"/>
          </w:tcPr>
          <w:p w14:paraId="2EBEBD03" w14:textId="77777777" w:rsidR="0099189D" w:rsidRDefault="00BF4F7F">
            <w:r>
              <w:rPr>
                <w:sz w:val="11"/>
              </w:rPr>
              <w:t xml:space="preserve">PC, </w:t>
            </w:r>
            <w:proofErr w:type="spellStart"/>
            <w:r>
              <w:rPr>
                <w:sz w:val="11"/>
              </w:rPr>
              <w:t>digitálne</w:t>
            </w:r>
            <w:proofErr w:type="spellEnd"/>
            <w:r>
              <w:rPr>
                <w:sz w:val="11"/>
              </w:rPr>
              <w:t xml:space="preserve"> </w:t>
            </w:r>
            <w:proofErr w:type="spellStart"/>
            <w:r>
              <w:rPr>
                <w:sz w:val="11"/>
              </w:rPr>
              <w:t>zdroje</w:t>
            </w:r>
            <w:proofErr w:type="spellEnd"/>
          </w:p>
        </w:tc>
        <w:tc>
          <w:tcPr>
            <w:tcW w:w="1043" w:type="dxa"/>
            <w:vAlign w:val="center"/>
          </w:tcPr>
          <w:p w14:paraId="6665E764" w14:textId="77777777" w:rsidR="0099189D" w:rsidRDefault="00BF4F7F">
            <w:proofErr w:type="spellStart"/>
            <w:r>
              <w:rPr>
                <w:sz w:val="11"/>
              </w:rPr>
              <w:t>projekt</w:t>
            </w:r>
            <w:proofErr w:type="spellEnd"/>
            <w:r>
              <w:rPr>
                <w:sz w:val="11"/>
              </w:rPr>
              <w:t xml:space="preserve">, </w:t>
            </w:r>
            <w:proofErr w:type="spellStart"/>
            <w:r>
              <w:rPr>
                <w:sz w:val="11"/>
              </w:rPr>
              <w:t>sebahodnotenie</w:t>
            </w:r>
            <w:proofErr w:type="spellEnd"/>
          </w:p>
        </w:tc>
      </w:tr>
    </w:tbl>
    <w:p w14:paraId="13A91BF5" w14:textId="77777777" w:rsidR="0099189D" w:rsidRDefault="00BF4F7F">
      <w:pPr>
        <w:pStyle w:val="Nadpis1"/>
      </w:pPr>
      <w:r>
        <w:rPr>
          <w:rFonts w:ascii="Arial" w:hAnsi="Arial"/>
        </w:rPr>
        <w:t xml:space="preserve">7. </w:t>
      </w:r>
      <w:proofErr w:type="spellStart"/>
      <w:r>
        <w:rPr>
          <w:rFonts w:ascii="Arial" w:hAnsi="Arial"/>
        </w:rPr>
        <w:t>Prierezové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témy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gramotnosti</w:t>
      </w:r>
      <w:proofErr w:type="spellEnd"/>
    </w:p>
    <w:p w14:paraId="59A231FC" w14:textId="77777777" w:rsidR="0099189D" w:rsidRDefault="00BF4F7F">
      <w:pPr>
        <w:pStyle w:val="Zoznamsodrkami"/>
        <w:spacing w:after="20"/>
      </w:pPr>
      <w:r>
        <w:t xml:space="preserve">ENV – </w:t>
      </w:r>
      <w:proofErr w:type="spellStart"/>
      <w:r>
        <w:t>environmentálna</w:t>
      </w:r>
      <w:proofErr w:type="spellEnd"/>
      <w:r>
        <w:t xml:space="preserve"> </w:t>
      </w:r>
      <w:proofErr w:type="spellStart"/>
      <w:r>
        <w:t>výchova</w:t>
      </w:r>
      <w:proofErr w:type="spellEnd"/>
      <w:r>
        <w:t xml:space="preserve">: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sucho</w:t>
      </w:r>
      <w:proofErr w:type="spellEnd"/>
      <w:r>
        <w:t xml:space="preserve">, </w:t>
      </w:r>
      <w:proofErr w:type="spellStart"/>
      <w:r>
        <w:t>ochrana</w:t>
      </w:r>
      <w:proofErr w:type="spellEnd"/>
      <w:r>
        <w:t xml:space="preserve"> </w:t>
      </w:r>
      <w:proofErr w:type="spellStart"/>
      <w:r>
        <w:t>prírody</w:t>
      </w:r>
      <w:proofErr w:type="spellEnd"/>
      <w:r>
        <w:t xml:space="preserve">, </w:t>
      </w:r>
      <w:proofErr w:type="spellStart"/>
      <w:r>
        <w:t>Amazonský</w:t>
      </w:r>
      <w:proofErr w:type="spellEnd"/>
      <w:r>
        <w:t xml:space="preserve"> </w:t>
      </w:r>
      <w:proofErr w:type="spellStart"/>
      <w:r>
        <w:t>dažďový</w:t>
      </w:r>
      <w:proofErr w:type="spellEnd"/>
      <w:r>
        <w:t xml:space="preserve"> </w:t>
      </w:r>
      <w:proofErr w:type="spellStart"/>
      <w:r>
        <w:t>prales</w:t>
      </w:r>
      <w:proofErr w:type="spellEnd"/>
      <w:r>
        <w:t xml:space="preserve">, </w:t>
      </w:r>
      <w:proofErr w:type="spellStart"/>
      <w:r>
        <w:t>prírodné</w:t>
      </w:r>
      <w:proofErr w:type="spellEnd"/>
      <w:r>
        <w:t xml:space="preserve"> </w:t>
      </w:r>
      <w:proofErr w:type="spellStart"/>
      <w:r>
        <w:t>riziká</w:t>
      </w:r>
      <w:proofErr w:type="spellEnd"/>
      <w:r>
        <w:t xml:space="preserve">, </w:t>
      </w:r>
      <w:proofErr w:type="spellStart"/>
      <w:r>
        <w:t>invázne</w:t>
      </w:r>
      <w:proofErr w:type="spellEnd"/>
      <w:r>
        <w:t xml:space="preserve"> </w:t>
      </w:r>
      <w:proofErr w:type="spellStart"/>
      <w:r>
        <w:t>druhy</w:t>
      </w:r>
      <w:proofErr w:type="spellEnd"/>
      <w:r>
        <w:t>.</w:t>
      </w:r>
    </w:p>
    <w:p w14:paraId="3E64824A" w14:textId="77777777" w:rsidR="0099189D" w:rsidRDefault="00BF4F7F">
      <w:pPr>
        <w:pStyle w:val="Zoznamsodrkami"/>
        <w:spacing w:after="20"/>
      </w:pPr>
      <w:r>
        <w:t xml:space="preserve">OSR – </w:t>
      </w:r>
      <w:proofErr w:type="spellStart"/>
      <w:r>
        <w:t>osobnostný</w:t>
      </w:r>
      <w:proofErr w:type="spellEnd"/>
      <w:r>
        <w:t xml:space="preserve"> a </w:t>
      </w:r>
      <w:proofErr w:type="spellStart"/>
      <w:r>
        <w:t>sociálny</w:t>
      </w:r>
      <w:proofErr w:type="spellEnd"/>
      <w:r>
        <w:t xml:space="preserve"> </w:t>
      </w:r>
      <w:proofErr w:type="spellStart"/>
      <w:r>
        <w:t>rozvoj</w:t>
      </w:r>
      <w:proofErr w:type="spellEnd"/>
      <w:r>
        <w:t xml:space="preserve">: </w:t>
      </w:r>
      <w:proofErr w:type="spellStart"/>
      <w:r>
        <w:t>spolupráca</w:t>
      </w:r>
      <w:proofErr w:type="spellEnd"/>
      <w:r>
        <w:t xml:space="preserve">, </w:t>
      </w:r>
      <w:proofErr w:type="spellStart"/>
      <w:r>
        <w:t>diskusia</w:t>
      </w:r>
      <w:proofErr w:type="spellEnd"/>
      <w:r>
        <w:t xml:space="preserve">, </w:t>
      </w:r>
      <w:proofErr w:type="spellStart"/>
      <w:r>
        <w:t>prezentácia</w:t>
      </w:r>
      <w:proofErr w:type="spellEnd"/>
      <w:r>
        <w:t xml:space="preserve">, </w:t>
      </w:r>
      <w:proofErr w:type="spellStart"/>
      <w:r>
        <w:t>rešpektovanie</w:t>
      </w:r>
      <w:proofErr w:type="spellEnd"/>
      <w:r>
        <w:t xml:space="preserve"> </w:t>
      </w:r>
      <w:proofErr w:type="spellStart"/>
      <w:r>
        <w:t>odlišností</w:t>
      </w:r>
      <w:proofErr w:type="spellEnd"/>
      <w:r>
        <w:t>.</w:t>
      </w:r>
    </w:p>
    <w:p w14:paraId="30E72062" w14:textId="77777777" w:rsidR="0099189D" w:rsidRDefault="00BF4F7F">
      <w:pPr>
        <w:pStyle w:val="Zoznamsodrkami"/>
        <w:spacing w:after="20"/>
      </w:pPr>
      <w:r>
        <w:t xml:space="preserve">MV – </w:t>
      </w:r>
      <w:proofErr w:type="spellStart"/>
      <w:r>
        <w:t>mediálna</w:t>
      </w:r>
      <w:proofErr w:type="spellEnd"/>
      <w:r>
        <w:t xml:space="preserve"> </w:t>
      </w:r>
      <w:proofErr w:type="spellStart"/>
      <w:r>
        <w:t>výchova</w:t>
      </w:r>
      <w:proofErr w:type="spellEnd"/>
      <w:r>
        <w:t xml:space="preserve">: </w:t>
      </w:r>
      <w:proofErr w:type="spellStart"/>
      <w:r>
        <w:t>práca</w:t>
      </w:r>
      <w:proofErr w:type="spellEnd"/>
      <w:r>
        <w:t xml:space="preserve"> s </w:t>
      </w:r>
      <w:proofErr w:type="spellStart"/>
      <w:r>
        <w:t>prezentáciami</w:t>
      </w:r>
      <w:proofErr w:type="spellEnd"/>
      <w:r>
        <w:t xml:space="preserve"> a </w:t>
      </w:r>
      <w:proofErr w:type="spellStart"/>
      <w:r>
        <w:t>geografickými</w:t>
      </w:r>
      <w:proofErr w:type="spellEnd"/>
      <w:r>
        <w:t xml:space="preserve"> </w:t>
      </w:r>
      <w:proofErr w:type="spellStart"/>
      <w:r>
        <w:t>informáciami</w:t>
      </w:r>
      <w:proofErr w:type="spellEnd"/>
      <w:r>
        <w:t>.</w:t>
      </w:r>
    </w:p>
    <w:p w14:paraId="2DD21EBA" w14:textId="77777777" w:rsidR="0099189D" w:rsidRDefault="00BF4F7F">
      <w:pPr>
        <w:pStyle w:val="Zoznamsodrkami"/>
        <w:spacing w:after="20"/>
      </w:pPr>
      <w:proofErr w:type="spellStart"/>
      <w:r>
        <w:t>OŽaZ</w:t>
      </w:r>
      <w:proofErr w:type="spellEnd"/>
      <w:r>
        <w:t xml:space="preserve"> – </w:t>
      </w:r>
      <w:proofErr w:type="spellStart"/>
      <w:r>
        <w:t>ochrana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a </w:t>
      </w:r>
      <w:proofErr w:type="spellStart"/>
      <w:r>
        <w:t>zdravia</w:t>
      </w:r>
      <w:proofErr w:type="spellEnd"/>
      <w:r>
        <w:t xml:space="preserve">: </w:t>
      </w:r>
      <w:proofErr w:type="spellStart"/>
      <w:r>
        <w:t>prírodné</w:t>
      </w:r>
      <w:proofErr w:type="spellEnd"/>
      <w:r>
        <w:t xml:space="preserve"> </w:t>
      </w:r>
      <w:proofErr w:type="spellStart"/>
      <w:r>
        <w:t>riziká</w:t>
      </w:r>
      <w:proofErr w:type="spellEnd"/>
      <w:r>
        <w:t xml:space="preserve">, </w:t>
      </w:r>
      <w:proofErr w:type="spellStart"/>
      <w:r>
        <w:t>hurikány</w:t>
      </w:r>
      <w:proofErr w:type="spellEnd"/>
      <w:r>
        <w:t xml:space="preserve">, </w:t>
      </w:r>
      <w:proofErr w:type="spellStart"/>
      <w:r>
        <w:t>tornáda</w:t>
      </w:r>
      <w:proofErr w:type="spellEnd"/>
      <w:r>
        <w:t xml:space="preserve">, </w:t>
      </w:r>
      <w:proofErr w:type="spellStart"/>
      <w:r>
        <w:t>zemetrasenia</w:t>
      </w:r>
      <w:proofErr w:type="spellEnd"/>
      <w:r>
        <w:t xml:space="preserve"> a </w:t>
      </w:r>
      <w:proofErr w:type="spellStart"/>
      <w:r>
        <w:t>sopky</w:t>
      </w:r>
      <w:proofErr w:type="spellEnd"/>
      <w:r>
        <w:t>.</w:t>
      </w:r>
    </w:p>
    <w:p w14:paraId="70F19837" w14:textId="77777777" w:rsidR="0099189D" w:rsidRDefault="00BF4F7F">
      <w:pPr>
        <w:pStyle w:val="Zoznamsodrkami"/>
        <w:spacing w:after="20"/>
      </w:pPr>
      <w:r>
        <w:t xml:space="preserve">DOV – </w:t>
      </w:r>
      <w:proofErr w:type="spellStart"/>
      <w:r>
        <w:t>dopravná</w:t>
      </w:r>
      <w:proofErr w:type="spellEnd"/>
      <w:r>
        <w:t xml:space="preserve"> </w:t>
      </w:r>
      <w:proofErr w:type="spellStart"/>
      <w:r>
        <w:t>výchova</w:t>
      </w:r>
      <w:proofErr w:type="spellEnd"/>
      <w:r>
        <w:t xml:space="preserve">: </w:t>
      </w:r>
      <w:proofErr w:type="spellStart"/>
      <w:r>
        <w:t>doprava</w:t>
      </w:r>
      <w:proofErr w:type="spellEnd"/>
      <w:r>
        <w:t xml:space="preserve"> v </w:t>
      </w:r>
      <w:proofErr w:type="spellStart"/>
      <w:r>
        <w:t>Austrálii</w:t>
      </w:r>
      <w:proofErr w:type="spellEnd"/>
      <w:r>
        <w:t xml:space="preserve"> a v </w:t>
      </w:r>
      <w:proofErr w:type="spellStart"/>
      <w:r>
        <w:t>Amerike</w:t>
      </w:r>
      <w:proofErr w:type="spellEnd"/>
      <w:r>
        <w:t>.</w:t>
      </w:r>
    </w:p>
    <w:p w14:paraId="7F695D3A" w14:textId="77777777" w:rsidR="0099189D" w:rsidRDefault="00BF4F7F">
      <w:pPr>
        <w:pStyle w:val="Zoznamsodrkami"/>
        <w:spacing w:after="20"/>
      </w:pPr>
      <w:r>
        <w:t xml:space="preserve">FG – </w:t>
      </w:r>
      <w:proofErr w:type="spellStart"/>
      <w:r>
        <w:t>finančná</w:t>
      </w:r>
      <w:proofErr w:type="spellEnd"/>
      <w:r>
        <w:t xml:space="preserve"> </w:t>
      </w:r>
      <w:proofErr w:type="spellStart"/>
      <w:r>
        <w:t>gramotnosť</w:t>
      </w:r>
      <w:proofErr w:type="spellEnd"/>
      <w:r>
        <w:t xml:space="preserve">: </w:t>
      </w:r>
      <w:proofErr w:type="spellStart"/>
      <w:r>
        <w:t>hospodárstvo</w:t>
      </w:r>
      <w:proofErr w:type="spellEnd"/>
      <w:r>
        <w:t xml:space="preserve">, </w:t>
      </w:r>
      <w:proofErr w:type="spellStart"/>
      <w:r>
        <w:t>suroviny</w:t>
      </w:r>
      <w:proofErr w:type="spellEnd"/>
      <w:r>
        <w:t xml:space="preserve">, </w:t>
      </w:r>
      <w:proofErr w:type="spellStart"/>
      <w:r>
        <w:t>poľnohospodárstvo</w:t>
      </w:r>
      <w:proofErr w:type="spellEnd"/>
      <w:r>
        <w:t xml:space="preserve">, </w:t>
      </w:r>
      <w:proofErr w:type="spellStart"/>
      <w:r>
        <w:t>priemysel</w:t>
      </w:r>
      <w:proofErr w:type="spellEnd"/>
      <w:r>
        <w:t xml:space="preserve"> a </w:t>
      </w:r>
      <w:proofErr w:type="spellStart"/>
      <w:r>
        <w:t>doprava</w:t>
      </w:r>
      <w:proofErr w:type="spellEnd"/>
      <w:r>
        <w:t>.</w:t>
      </w:r>
    </w:p>
    <w:p w14:paraId="082A85F7" w14:textId="77777777" w:rsidR="0099189D" w:rsidRDefault="00BF4F7F">
      <w:pPr>
        <w:pStyle w:val="Zoznamsodrkami"/>
        <w:spacing w:after="20"/>
      </w:pPr>
      <w:r>
        <w:t>AI/</w:t>
      </w:r>
      <w:proofErr w:type="spellStart"/>
      <w:r>
        <w:t>digitálna</w:t>
      </w:r>
      <w:proofErr w:type="spellEnd"/>
      <w:r>
        <w:t xml:space="preserve"> </w:t>
      </w:r>
      <w:proofErr w:type="spellStart"/>
      <w:r>
        <w:t>gramotnosť</w:t>
      </w:r>
      <w:proofErr w:type="spellEnd"/>
      <w:r>
        <w:t xml:space="preserve">: </w:t>
      </w:r>
      <w:proofErr w:type="spellStart"/>
      <w:r>
        <w:t>digitálne</w:t>
      </w:r>
      <w:proofErr w:type="spellEnd"/>
      <w:r>
        <w:t xml:space="preserve"> </w:t>
      </w:r>
      <w:proofErr w:type="spellStart"/>
      <w:r>
        <w:t>mapy</w:t>
      </w:r>
      <w:proofErr w:type="spellEnd"/>
      <w:r>
        <w:t xml:space="preserve">, GPS, </w:t>
      </w:r>
      <w:proofErr w:type="spellStart"/>
      <w:r>
        <w:t>práca</w:t>
      </w:r>
      <w:proofErr w:type="spellEnd"/>
      <w:r>
        <w:t xml:space="preserve"> s </w:t>
      </w:r>
      <w:proofErr w:type="spellStart"/>
      <w:r>
        <w:t>digitálnymi</w:t>
      </w:r>
      <w:proofErr w:type="spellEnd"/>
      <w:r>
        <w:t xml:space="preserve"> </w:t>
      </w:r>
      <w:proofErr w:type="spellStart"/>
      <w:r>
        <w:t>zdrojmi</w:t>
      </w:r>
      <w:proofErr w:type="spellEnd"/>
      <w:r>
        <w:t xml:space="preserve"> a </w:t>
      </w:r>
      <w:proofErr w:type="spellStart"/>
      <w:r>
        <w:t>kritické</w:t>
      </w:r>
      <w:proofErr w:type="spellEnd"/>
      <w:r>
        <w:t xml:space="preserve"> </w:t>
      </w:r>
      <w:proofErr w:type="spellStart"/>
      <w:r>
        <w:t>overovanie</w:t>
      </w:r>
      <w:proofErr w:type="spellEnd"/>
      <w:r>
        <w:t xml:space="preserve"> </w:t>
      </w:r>
      <w:proofErr w:type="spellStart"/>
      <w:r>
        <w:t>výstupov</w:t>
      </w:r>
      <w:proofErr w:type="spellEnd"/>
      <w:r>
        <w:t xml:space="preserve"> AI.</w:t>
      </w:r>
    </w:p>
    <w:p w14:paraId="62620D00" w14:textId="77777777" w:rsidR="0099189D" w:rsidRDefault="00BF4F7F">
      <w:pPr>
        <w:pStyle w:val="Nadpis1"/>
      </w:pPr>
      <w:r>
        <w:rPr>
          <w:rFonts w:ascii="Arial" w:hAnsi="Arial"/>
        </w:rPr>
        <w:t xml:space="preserve">8. </w:t>
      </w:r>
      <w:proofErr w:type="spellStart"/>
      <w:r>
        <w:rPr>
          <w:rFonts w:ascii="Arial" w:hAnsi="Arial"/>
        </w:rPr>
        <w:t>Medzipredmetové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vzťahy</w:t>
      </w:r>
      <w:proofErr w:type="spellEnd"/>
    </w:p>
    <w:p w14:paraId="6699A2A6" w14:textId="77777777" w:rsidR="0099189D" w:rsidRDefault="00BF4F7F">
      <w:pPr>
        <w:pStyle w:val="Zoznamsodrkami"/>
        <w:spacing w:after="20"/>
      </w:pPr>
      <w:proofErr w:type="spellStart"/>
      <w:r>
        <w:t>dejepis</w:t>
      </w:r>
      <w:proofErr w:type="spellEnd"/>
      <w:r>
        <w:t xml:space="preserve"> – </w:t>
      </w:r>
      <w:proofErr w:type="spellStart"/>
      <w:r>
        <w:t>objavovanie</w:t>
      </w:r>
      <w:proofErr w:type="spellEnd"/>
      <w:r>
        <w:t xml:space="preserve"> </w:t>
      </w:r>
      <w:proofErr w:type="spellStart"/>
      <w:r>
        <w:t>kontinentov</w:t>
      </w:r>
      <w:proofErr w:type="spellEnd"/>
      <w:r>
        <w:t xml:space="preserve">, </w:t>
      </w:r>
      <w:proofErr w:type="spellStart"/>
      <w:r>
        <w:t>osídľovanie</w:t>
      </w:r>
      <w:proofErr w:type="spellEnd"/>
      <w:r>
        <w:t xml:space="preserve"> </w:t>
      </w:r>
      <w:proofErr w:type="spellStart"/>
      <w:r>
        <w:t>Austrálie</w:t>
      </w:r>
      <w:proofErr w:type="spellEnd"/>
      <w:r>
        <w:t xml:space="preserve"> a </w:t>
      </w:r>
      <w:proofErr w:type="spellStart"/>
      <w:r>
        <w:t>Ameriky</w:t>
      </w:r>
      <w:proofErr w:type="spellEnd"/>
      <w:r>
        <w:t xml:space="preserve">, </w:t>
      </w:r>
      <w:proofErr w:type="spellStart"/>
      <w:r>
        <w:t>kultúry</w:t>
      </w:r>
      <w:proofErr w:type="spellEnd"/>
      <w:r>
        <w:t xml:space="preserve"> </w:t>
      </w:r>
      <w:proofErr w:type="spellStart"/>
      <w:r>
        <w:t>pôvodných</w:t>
      </w:r>
      <w:proofErr w:type="spellEnd"/>
      <w:r>
        <w:t xml:space="preserve"> </w:t>
      </w:r>
      <w:proofErr w:type="spellStart"/>
      <w:r>
        <w:t>obyvateľov</w:t>
      </w:r>
      <w:proofErr w:type="spellEnd"/>
      <w:r>
        <w:t>;</w:t>
      </w:r>
    </w:p>
    <w:p w14:paraId="2F01987E" w14:textId="77777777" w:rsidR="0099189D" w:rsidRDefault="00BF4F7F">
      <w:pPr>
        <w:pStyle w:val="Zoznamsodrkami"/>
        <w:spacing w:after="20"/>
      </w:pPr>
      <w:proofErr w:type="spellStart"/>
      <w:r>
        <w:t>biológia</w:t>
      </w:r>
      <w:proofErr w:type="spellEnd"/>
      <w:r>
        <w:t xml:space="preserve"> – </w:t>
      </w:r>
      <w:proofErr w:type="spellStart"/>
      <w:r>
        <w:t>endemity</w:t>
      </w:r>
      <w:proofErr w:type="spellEnd"/>
      <w:r>
        <w:t xml:space="preserve">, </w:t>
      </w:r>
      <w:proofErr w:type="spellStart"/>
      <w:r>
        <w:t>rastlinstvo</w:t>
      </w:r>
      <w:proofErr w:type="spellEnd"/>
      <w:r>
        <w:t xml:space="preserve">, </w:t>
      </w:r>
      <w:proofErr w:type="spellStart"/>
      <w:r>
        <w:t>živočíšstvo</w:t>
      </w:r>
      <w:proofErr w:type="spellEnd"/>
      <w:r>
        <w:t xml:space="preserve">, </w:t>
      </w:r>
      <w:proofErr w:type="spellStart"/>
      <w:r>
        <w:t>ekosystémy</w:t>
      </w:r>
      <w:proofErr w:type="spellEnd"/>
      <w:r>
        <w:t xml:space="preserve"> a </w:t>
      </w:r>
      <w:proofErr w:type="spellStart"/>
      <w:r>
        <w:t>biodiverzita</w:t>
      </w:r>
      <w:proofErr w:type="spellEnd"/>
      <w:r>
        <w:t>;</w:t>
      </w:r>
    </w:p>
    <w:p w14:paraId="6B43D99C" w14:textId="77777777" w:rsidR="0099189D" w:rsidRDefault="00BF4F7F">
      <w:pPr>
        <w:pStyle w:val="Zoznamsodrkami"/>
        <w:spacing w:after="20"/>
      </w:pPr>
      <w:proofErr w:type="spellStart"/>
      <w:r>
        <w:t>fyzika</w:t>
      </w:r>
      <w:proofErr w:type="spellEnd"/>
      <w:r>
        <w:t xml:space="preserve"> – </w:t>
      </w:r>
      <w:proofErr w:type="spellStart"/>
      <w:r>
        <w:t>prírodné</w:t>
      </w:r>
      <w:proofErr w:type="spellEnd"/>
      <w:r>
        <w:t xml:space="preserve"> </w:t>
      </w:r>
      <w:proofErr w:type="spellStart"/>
      <w:r>
        <w:t>javy</w:t>
      </w:r>
      <w:proofErr w:type="spellEnd"/>
      <w:r>
        <w:t xml:space="preserve">, </w:t>
      </w:r>
      <w:proofErr w:type="spellStart"/>
      <w:r>
        <w:t>pohyb</w:t>
      </w:r>
      <w:proofErr w:type="spellEnd"/>
      <w:r>
        <w:t xml:space="preserve"> </w:t>
      </w:r>
      <w:proofErr w:type="spellStart"/>
      <w:r>
        <w:t>Zeme</w:t>
      </w:r>
      <w:proofErr w:type="spellEnd"/>
      <w:r>
        <w:t xml:space="preserve"> a </w:t>
      </w:r>
      <w:proofErr w:type="spellStart"/>
      <w:r>
        <w:t>súvislosti</w:t>
      </w:r>
      <w:proofErr w:type="spellEnd"/>
      <w:r>
        <w:t xml:space="preserve"> </w:t>
      </w:r>
      <w:proofErr w:type="spellStart"/>
      <w:r>
        <w:t>polárneho</w:t>
      </w:r>
      <w:proofErr w:type="spellEnd"/>
      <w:r>
        <w:t xml:space="preserve"> </w:t>
      </w:r>
      <w:proofErr w:type="spellStart"/>
      <w:r>
        <w:t>dňa</w:t>
      </w:r>
      <w:proofErr w:type="spellEnd"/>
      <w:r>
        <w:t xml:space="preserve"> a </w:t>
      </w:r>
      <w:proofErr w:type="spellStart"/>
      <w:r>
        <w:t>noci</w:t>
      </w:r>
      <w:proofErr w:type="spellEnd"/>
      <w:r>
        <w:t>;</w:t>
      </w:r>
    </w:p>
    <w:p w14:paraId="25002C96" w14:textId="77777777" w:rsidR="0099189D" w:rsidRDefault="00BF4F7F">
      <w:pPr>
        <w:pStyle w:val="Zoznamsodrkami"/>
        <w:spacing w:after="20"/>
      </w:pPr>
      <w:proofErr w:type="spellStart"/>
      <w:r>
        <w:t>informatika</w:t>
      </w:r>
      <w:proofErr w:type="spellEnd"/>
      <w:r>
        <w:t xml:space="preserve"> – GPS, </w:t>
      </w:r>
      <w:proofErr w:type="spellStart"/>
      <w:r>
        <w:t>digitálne</w:t>
      </w:r>
      <w:proofErr w:type="spellEnd"/>
      <w:r>
        <w:t xml:space="preserve"> </w:t>
      </w:r>
      <w:proofErr w:type="spellStart"/>
      <w:r>
        <w:t>mapy</w:t>
      </w:r>
      <w:proofErr w:type="spellEnd"/>
      <w:r>
        <w:t xml:space="preserve">, </w:t>
      </w:r>
      <w:proofErr w:type="spellStart"/>
      <w:r>
        <w:t>prezentácie</w:t>
      </w:r>
      <w:proofErr w:type="spellEnd"/>
      <w:r>
        <w:t xml:space="preserve"> a </w:t>
      </w:r>
      <w:proofErr w:type="spellStart"/>
      <w:r>
        <w:t>spracovanie</w:t>
      </w:r>
      <w:proofErr w:type="spellEnd"/>
      <w:r>
        <w:t xml:space="preserve"> </w:t>
      </w:r>
      <w:proofErr w:type="spellStart"/>
      <w:r>
        <w:t>dát</w:t>
      </w:r>
      <w:proofErr w:type="spellEnd"/>
      <w:r>
        <w:t>;</w:t>
      </w:r>
    </w:p>
    <w:p w14:paraId="12BB3429" w14:textId="77777777" w:rsidR="0099189D" w:rsidRDefault="00BF4F7F">
      <w:pPr>
        <w:pStyle w:val="Zoznamsodrkami"/>
        <w:spacing w:after="20"/>
      </w:pPr>
      <w:proofErr w:type="spellStart"/>
      <w:r>
        <w:t>občianska</w:t>
      </w:r>
      <w:proofErr w:type="spellEnd"/>
      <w:r>
        <w:t xml:space="preserve"> </w:t>
      </w:r>
      <w:proofErr w:type="spellStart"/>
      <w:r>
        <w:t>náuka</w:t>
      </w:r>
      <w:proofErr w:type="spellEnd"/>
      <w:r>
        <w:t xml:space="preserve"> – </w:t>
      </w:r>
      <w:proofErr w:type="spellStart"/>
      <w:r>
        <w:t>kultúrna</w:t>
      </w:r>
      <w:proofErr w:type="spellEnd"/>
      <w:r>
        <w:t xml:space="preserve"> </w:t>
      </w:r>
      <w:proofErr w:type="spellStart"/>
      <w:r>
        <w:t>rozmanitosť</w:t>
      </w:r>
      <w:proofErr w:type="spellEnd"/>
      <w:r>
        <w:t xml:space="preserve">, </w:t>
      </w:r>
      <w:proofErr w:type="spellStart"/>
      <w:r>
        <w:t>migrácia</w:t>
      </w:r>
      <w:proofErr w:type="spellEnd"/>
      <w:r>
        <w:t xml:space="preserve">, </w:t>
      </w:r>
      <w:proofErr w:type="spellStart"/>
      <w:r>
        <w:t>sociálne</w:t>
      </w:r>
      <w:proofErr w:type="spellEnd"/>
      <w:r>
        <w:t xml:space="preserve"> </w:t>
      </w:r>
      <w:proofErr w:type="spellStart"/>
      <w:r>
        <w:t>problémy</w:t>
      </w:r>
      <w:proofErr w:type="spellEnd"/>
      <w:r>
        <w:t>;</w:t>
      </w:r>
    </w:p>
    <w:p w14:paraId="32CCCF2E" w14:textId="77777777" w:rsidR="0099189D" w:rsidRDefault="00BF4F7F">
      <w:pPr>
        <w:pStyle w:val="Zoznamsodrkami"/>
        <w:spacing w:after="20"/>
      </w:pPr>
      <w:proofErr w:type="spellStart"/>
      <w:r>
        <w:t>matematika</w:t>
      </w:r>
      <w:proofErr w:type="spellEnd"/>
      <w:r>
        <w:t xml:space="preserve"> – </w:t>
      </w:r>
      <w:proofErr w:type="spellStart"/>
      <w:r>
        <w:t>geografické</w:t>
      </w:r>
      <w:proofErr w:type="spellEnd"/>
      <w:r>
        <w:t xml:space="preserve"> </w:t>
      </w:r>
      <w:proofErr w:type="spellStart"/>
      <w:r>
        <w:t>súradnice</w:t>
      </w:r>
      <w:proofErr w:type="spellEnd"/>
      <w:r>
        <w:t xml:space="preserve">, </w:t>
      </w:r>
      <w:proofErr w:type="spellStart"/>
      <w:r>
        <w:t>práca</w:t>
      </w:r>
      <w:proofErr w:type="spellEnd"/>
      <w:r>
        <w:t xml:space="preserve"> s </w:t>
      </w:r>
      <w:proofErr w:type="spellStart"/>
      <w:r>
        <w:t>tabuľkami</w:t>
      </w:r>
      <w:proofErr w:type="spellEnd"/>
      <w:r>
        <w:t xml:space="preserve"> a </w:t>
      </w:r>
      <w:proofErr w:type="spellStart"/>
      <w:r>
        <w:t>údajmi</w:t>
      </w:r>
      <w:proofErr w:type="spellEnd"/>
      <w:r>
        <w:t>;</w:t>
      </w:r>
    </w:p>
    <w:p w14:paraId="7634D9B8" w14:textId="77777777" w:rsidR="0099189D" w:rsidRDefault="00BF4F7F">
      <w:pPr>
        <w:pStyle w:val="Zoznamsodrkami"/>
        <w:spacing w:after="20"/>
      </w:pPr>
      <w:proofErr w:type="spellStart"/>
      <w:r>
        <w:t>slovenský</w:t>
      </w:r>
      <w:proofErr w:type="spellEnd"/>
      <w:r>
        <w:t xml:space="preserve"> </w:t>
      </w:r>
      <w:proofErr w:type="spellStart"/>
      <w:r>
        <w:t>jazyk</w:t>
      </w:r>
      <w:proofErr w:type="spellEnd"/>
      <w:r>
        <w:t xml:space="preserve"> – </w:t>
      </w:r>
      <w:proofErr w:type="spellStart"/>
      <w:r>
        <w:t>vyhľadávanie</w:t>
      </w:r>
      <w:proofErr w:type="spellEnd"/>
      <w:r>
        <w:t xml:space="preserve"> </w:t>
      </w:r>
      <w:proofErr w:type="spellStart"/>
      <w:r>
        <w:t>informácií</w:t>
      </w:r>
      <w:proofErr w:type="spellEnd"/>
      <w:r>
        <w:t xml:space="preserve">, </w:t>
      </w:r>
      <w:proofErr w:type="spellStart"/>
      <w:r>
        <w:t>tvorba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a </w:t>
      </w:r>
      <w:proofErr w:type="spellStart"/>
      <w:r>
        <w:t>prezentácia</w:t>
      </w:r>
      <w:proofErr w:type="spellEnd"/>
      <w:r>
        <w:t>.</w:t>
      </w:r>
    </w:p>
    <w:p w14:paraId="64916905" w14:textId="77777777" w:rsidR="0099189D" w:rsidRDefault="00BF4F7F">
      <w:pPr>
        <w:pStyle w:val="Nadpis1"/>
      </w:pPr>
      <w:r>
        <w:rPr>
          <w:rFonts w:ascii="Arial" w:hAnsi="Arial"/>
        </w:rPr>
        <w:t xml:space="preserve">9. </w:t>
      </w:r>
      <w:proofErr w:type="spellStart"/>
      <w:r>
        <w:rPr>
          <w:rFonts w:ascii="Arial" w:hAnsi="Arial"/>
        </w:rPr>
        <w:t>Metódy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formy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pedagogické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stratégie</w:t>
      </w:r>
      <w:proofErr w:type="spellEnd"/>
    </w:p>
    <w:p w14:paraId="3976C45A" w14:textId="77777777" w:rsidR="0099189D" w:rsidRDefault="00BF4F7F">
      <w:pPr>
        <w:pStyle w:val="Zoznamsodrkami"/>
        <w:spacing w:after="20"/>
      </w:pPr>
      <w:proofErr w:type="spellStart"/>
      <w:r>
        <w:t>motivačný</w:t>
      </w:r>
      <w:proofErr w:type="spellEnd"/>
      <w:r>
        <w:t xml:space="preserve"> a </w:t>
      </w:r>
      <w:proofErr w:type="spellStart"/>
      <w:r>
        <w:t>riadený</w:t>
      </w:r>
      <w:proofErr w:type="spellEnd"/>
      <w:r>
        <w:t xml:space="preserve"> </w:t>
      </w:r>
      <w:proofErr w:type="spellStart"/>
      <w:r>
        <w:t>rozhovor</w:t>
      </w:r>
      <w:proofErr w:type="spellEnd"/>
      <w:r>
        <w:t>;</w:t>
      </w:r>
    </w:p>
    <w:p w14:paraId="1C577AE0" w14:textId="77777777" w:rsidR="0099189D" w:rsidRDefault="00BF4F7F">
      <w:pPr>
        <w:pStyle w:val="Zoznamsodrkami"/>
        <w:spacing w:after="20"/>
      </w:pPr>
      <w:proofErr w:type="spellStart"/>
      <w:r>
        <w:t>práca</w:t>
      </w:r>
      <w:proofErr w:type="spellEnd"/>
      <w:r>
        <w:t xml:space="preserve"> s mapou, </w:t>
      </w:r>
      <w:proofErr w:type="spellStart"/>
      <w:r>
        <w:t>atlasom</w:t>
      </w:r>
      <w:proofErr w:type="spellEnd"/>
      <w:r>
        <w:t xml:space="preserve"> a </w:t>
      </w:r>
      <w:proofErr w:type="spellStart"/>
      <w:r>
        <w:t>slepou</w:t>
      </w:r>
      <w:proofErr w:type="spellEnd"/>
      <w:r>
        <w:t xml:space="preserve"> mapou;</w:t>
      </w:r>
    </w:p>
    <w:p w14:paraId="6311B678" w14:textId="77777777" w:rsidR="0099189D" w:rsidRDefault="00BF4F7F">
      <w:pPr>
        <w:pStyle w:val="Zoznamsodrkami"/>
        <w:spacing w:after="20"/>
      </w:pPr>
      <w:proofErr w:type="spellStart"/>
      <w:r>
        <w:lastRenderedPageBreak/>
        <w:t>riešenie</w:t>
      </w:r>
      <w:proofErr w:type="spellEnd"/>
      <w:r>
        <w:t xml:space="preserve"> </w:t>
      </w:r>
      <w:proofErr w:type="spellStart"/>
      <w:r>
        <w:t>problémových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aplikačných</w:t>
      </w:r>
      <w:proofErr w:type="spellEnd"/>
      <w:r>
        <w:t xml:space="preserve"> </w:t>
      </w:r>
      <w:proofErr w:type="spellStart"/>
      <w:r>
        <w:t>úloh</w:t>
      </w:r>
      <w:proofErr w:type="spellEnd"/>
      <w:r>
        <w:t>;</w:t>
      </w:r>
    </w:p>
    <w:p w14:paraId="3992044B" w14:textId="77777777" w:rsidR="0099189D" w:rsidRDefault="00BF4F7F">
      <w:pPr>
        <w:pStyle w:val="Zoznamsodrkami"/>
        <w:spacing w:after="20"/>
      </w:pPr>
      <w:proofErr w:type="spellStart"/>
      <w:r>
        <w:t>samostatná</w:t>
      </w:r>
      <w:proofErr w:type="spellEnd"/>
      <w:r>
        <w:t xml:space="preserve"> </w:t>
      </w:r>
      <w:proofErr w:type="spellStart"/>
      <w:r>
        <w:t>práca</w:t>
      </w:r>
      <w:proofErr w:type="spellEnd"/>
      <w:r>
        <w:t xml:space="preserve">, </w:t>
      </w:r>
      <w:proofErr w:type="spellStart"/>
      <w:r>
        <w:t>práca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dvojiciach</w:t>
      </w:r>
      <w:proofErr w:type="spellEnd"/>
      <w:r>
        <w:t xml:space="preserve"> a </w:t>
      </w:r>
      <w:proofErr w:type="spellStart"/>
      <w:r>
        <w:t>skupinová</w:t>
      </w:r>
      <w:proofErr w:type="spellEnd"/>
      <w:r>
        <w:t xml:space="preserve"> </w:t>
      </w:r>
      <w:proofErr w:type="spellStart"/>
      <w:r>
        <w:t>práca</w:t>
      </w:r>
      <w:proofErr w:type="spellEnd"/>
      <w:r>
        <w:t>;</w:t>
      </w:r>
    </w:p>
    <w:p w14:paraId="31BB7DE6" w14:textId="77777777" w:rsidR="0099189D" w:rsidRDefault="00BF4F7F">
      <w:pPr>
        <w:pStyle w:val="Zoznamsodrkami"/>
        <w:spacing w:after="20"/>
      </w:pPr>
      <w:proofErr w:type="spellStart"/>
      <w:r>
        <w:t>práca</w:t>
      </w:r>
      <w:proofErr w:type="spellEnd"/>
      <w:r>
        <w:t xml:space="preserve"> s </w:t>
      </w:r>
      <w:proofErr w:type="spellStart"/>
      <w:r>
        <w:t>pracovným</w:t>
      </w:r>
      <w:proofErr w:type="spellEnd"/>
      <w:r>
        <w:t xml:space="preserve"> </w:t>
      </w:r>
      <w:proofErr w:type="spellStart"/>
      <w:r>
        <w:t>listom</w:t>
      </w:r>
      <w:proofErr w:type="spellEnd"/>
      <w:r>
        <w:t>;</w:t>
      </w:r>
    </w:p>
    <w:p w14:paraId="00D9B36E" w14:textId="77777777" w:rsidR="0099189D" w:rsidRDefault="00BF4F7F">
      <w:pPr>
        <w:pStyle w:val="Zoznamsodrkami"/>
        <w:spacing w:after="20"/>
      </w:pPr>
      <w:proofErr w:type="spellStart"/>
      <w:r>
        <w:t>didaktické</w:t>
      </w:r>
      <w:proofErr w:type="spellEnd"/>
      <w:r>
        <w:t xml:space="preserve"> </w:t>
      </w:r>
      <w:proofErr w:type="spellStart"/>
      <w:r>
        <w:t>hry</w:t>
      </w:r>
      <w:proofErr w:type="spellEnd"/>
      <w:r>
        <w:t xml:space="preserve"> – </w:t>
      </w:r>
      <w:proofErr w:type="spellStart"/>
      <w:r>
        <w:t>tajničky</w:t>
      </w:r>
      <w:proofErr w:type="spellEnd"/>
      <w:r>
        <w:t xml:space="preserve">, </w:t>
      </w:r>
      <w:proofErr w:type="spellStart"/>
      <w:r>
        <w:t>kvízy</w:t>
      </w:r>
      <w:proofErr w:type="spellEnd"/>
      <w:r>
        <w:t xml:space="preserve">, </w:t>
      </w:r>
      <w:proofErr w:type="spellStart"/>
      <w:r>
        <w:t>doplňovačky</w:t>
      </w:r>
      <w:proofErr w:type="spellEnd"/>
      <w:r>
        <w:t xml:space="preserve"> a </w:t>
      </w:r>
      <w:proofErr w:type="spellStart"/>
      <w:r>
        <w:t>zhlukovanie</w:t>
      </w:r>
      <w:proofErr w:type="spellEnd"/>
      <w:r>
        <w:t xml:space="preserve"> </w:t>
      </w:r>
      <w:proofErr w:type="spellStart"/>
      <w:r>
        <w:t>pojmov</w:t>
      </w:r>
      <w:proofErr w:type="spellEnd"/>
      <w:r>
        <w:t>;</w:t>
      </w:r>
    </w:p>
    <w:p w14:paraId="3AC53264" w14:textId="77777777" w:rsidR="0099189D" w:rsidRDefault="00BF4F7F">
      <w:pPr>
        <w:pStyle w:val="Zoznamsodrkami"/>
        <w:spacing w:after="20"/>
      </w:pPr>
      <w:proofErr w:type="spellStart"/>
      <w:r>
        <w:t>projektové</w:t>
      </w:r>
      <w:proofErr w:type="spellEnd"/>
      <w:r>
        <w:t xml:space="preserve"> </w:t>
      </w:r>
      <w:proofErr w:type="spellStart"/>
      <w:r>
        <w:t>vyučovanie</w:t>
      </w:r>
      <w:proofErr w:type="spellEnd"/>
      <w:r>
        <w:t xml:space="preserve"> a </w:t>
      </w:r>
      <w:proofErr w:type="spellStart"/>
      <w:r>
        <w:t>prezentácia</w:t>
      </w:r>
      <w:proofErr w:type="spellEnd"/>
      <w:r>
        <w:t>;</w:t>
      </w:r>
    </w:p>
    <w:p w14:paraId="3A2AFF58" w14:textId="77777777" w:rsidR="0099189D" w:rsidRDefault="00BF4F7F">
      <w:pPr>
        <w:pStyle w:val="Zoznamsodrkami"/>
        <w:spacing w:after="20"/>
      </w:pPr>
      <w:proofErr w:type="spellStart"/>
      <w:r>
        <w:t>práca</w:t>
      </w:r>
      <w:proofErr w:type="spellEnd"/>
      <w:r>
        <w:t xml:space="preserve"> s </w:t>
      </w:r>
      <w:proofErr w:type="spellStart"/>
      <w:r>
        <w:t>digitálnymi</w:t>
      </w:r>
      <w:proofErr w:type="spellEnd"/>
      <w:r>
        <w:t xml:space="preserve"> </w:t>
      </w:r>
      <w:proofErr w:type="spellStart"/>
      <w:r>
        <w:t>mapami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overovanie</w:t>
      </w:r>
      <w:proofErr w:type="spellEnd"/>
      <w:r>
        <w:t xml:space="preserve"> </w:t>
      </w:r>
      <w:proofErr w:type="spellStart"/>
      <w:r>
        <w:t>informácií</w:t>
      </w:r>
      <w:proofErr w:type="spellEnd"/>
      <w:r>
        <w:t xml:space="preserve"> z </w:t>
      </w:r>
      <w:proofErr w:type="spellStart"/>
      <w:r>
        <w:t>digitálnych</w:t>
      </w:r>
      <w:proofErr w:type="spellEnd"/>
      <w:r>
        <w:t xml:space="preserve"> </w:t>
      </w:r>
      <w:proofErr w:type="spellStart"/>
      <w:r>
        <w:t>zdrojov</w:t>
      </w:r>
      <w:proofErr w:type="spellEnd"/>
      <w:r>
        <w:t>.</w:t>
      </w:r>
    </w:p>
    <w:p w14:paraId="1E92B02F" w14:textId="77777777" w:rsidR="0099189D" w:rsidRDefault="00BF4F7F">
      <w:pPr>
        <w:pStyle w:val="Nadpis1"/>
      </w:pPr>
      <w:r>
        <w:t>10. HODNOTENIE ŽIAKOV</w:t>
      </w:r>
    </w:p>
    <w:p w14:paraId="6A609479" w14:textId="77777777" w:rsidR="00CD745A" w:rsidRDefault="00CD745A" w:rsidP="00CD745A">
      <w:pPr>
        <w:rPr>
          <w:sz w:val="21"/>
        </w:rPr>
      </w:pPr>
      <w:proofErr w:type="spellStart"/>
      <w:r>
        <w:t>Hodnotenie</w:t>
      </w:r>
      <w:proofErr w:type="spellEnd"/>
      <w:r>
        <w:t xml:space="preserve"> </w:t>
      </w:r>
      <w:proofErr w:type="spellStart"/>
      <w:r>
        <w:t>žiakov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uskutočňuje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pravidiel</w:t>
      </w:r>
      <w:proofErr w:type="spellEnd"/>
      <w:r>
        <w:t xml:space="preserve"> </w:t>
      </w:r>
      <w:proofErr w:type="spellStart"/>
      <w:r>
        <w:t>hodnotenia</w:t>
      </w:r>
      <w:proofErr w:type="spellEnd"/>
      <w:r>
        <w:t xml:space="preserve"> </w:t>
      </w:r>
      <w:proofErr w:type="spellStart"/>
      <w:r>
        <w:t>zakotvených</w:t>
      </w:r>
      <w:proofErr w:type="spellEnd"/>
      <w:r>
        <w:t xml:space="preserve"> v </w:t>
      </w:r>
      <w:proofErr w:type="spellStart"/>
      <w:r>
        <w:t>školskom</w:t>
      </w:r>
      <w:proofErr w:type="spellEnd"/>
      <w:r>
        <w:t xml:space="preserve"> </w:t>
      </w:r>
      <w:proofErr w:type="spellStart"/>
      <w:r>
        <w:t>vzdelávacom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a v </w:t>
      </w:r>
      <w:proofErr w:type="spellStart"/>
      <w:r>
        <w:t>aktuálne</w:t>
      </w:r>
      <w:proofErr w:type="spellEnd"/>
      <w:r>
        <w:t xml:space="preserve"> </w:t>
      </w:r>
      <w:proofErr w:type="spellStart"/>
      <w:r>
        <w:t>platných</w:t>
      </w:r>
      <w:proofErr w:type="spellEnd"/>
      <w:r>
        <w:t xml:space="preserve"> </w:t>
      </w:r>
      <w:proofErr w:type="spellStart"/>
      <w:r>
        <w:t>právnych</w:t>
      </w:r>
      <w:proofErr w:type="spellEnd"/>
      <w:r>
        <w:t xml:space="preserve"> </w:t>
      </w:r>
      <w:proofErr w:type="spellStart"/>
      <w:r>
        <w:t>predpisoch</w:t>
      </w:r>
      <w:proofErr w:type="spellEnd"/>
      <w:r>
        <w:t xml:space="preserve">. </w:t>
      </w:r>
      <w:proofErr w:type="spellStart"/>
      <w:r>
        <w:t>verbálna</w:t>
      </w:r>
      <w:proofErr w:type="spellEnd"/>
      <w:r>
        <w:t xml:space="preserve"> forma – </w:t>
      </w:r>
      <w:proofErr w:type="spellStart"/>
      <w:r>
        <w:t>ústne</w:t>
      </w:r>
      <w:proofErr w:type="spellEnd"/>
      <w:r>
        <w:t xml:space="preserve"> </w:t>
      </w:r>
      <w:proofErr w:type="spellStart"/>
      <w:r>
        <w:t>odpovede</w:t>
      </w:r>
      <w:proofErr w:type="spellEnd"/>
      <w:r>
        <w:t xml:space="preserve"> a </w:t>
      </w:r>
      <w:proofErr w:type="spellStart"/>
      <w:r>
        <w:t>prezentovanie</w:t>
      </w:r>
      <w:proofErr w:type="spellEnd"/>
      <w:r>
        <w:t xml:space="preserve"> </w:t>
      </w:r>
      <w:proofErr w:type="spellStart"/>
      <w:r>
        <w:t>vedomostí</w:t>
      </w:r>
      <w:proofErr w:type="spellEnd"/>
      <w:r>
        <w:t>,</w:t>
      </w:r>
    </w:p>
    <w:p w14:paraId="162CDBAC" w14:textId="77777777" w:rsidR="00CD745A" w:rsidRDefault="00CD745A" w:rsidP="00CD745A">
      <w:pPr>
        <w:pStyle w:val="Zoznamsodrkami"/>
        <w:spacing w:after="20"/>
      </w:pPr>
      <w:proofErr w:type="spellStart"/>
      <w:r>
        <w:t>písomná</w:t>
      </w:r>
      <w:proofErr w:type="spellEnd"/>
      <w:r>
        <w:t xml:space="preserve"> forma – </w:t>
      </w:r>
      <w:proofErr w:type="spellStart"/>
      <w:r>
        <w:t>krátke</w:t>
      </w:r>
      <w:proofErr w:type="spellEnd"/>
      <w:r>
        <w:t xml:space="preserve"> </w:t>
      </w:r>
      <w:proofErr w:type="spellStart"/>
      <w:r>
        <w:t>previerky</w:t>
      </w:r>
      <w:proofErr w:type="spellEnd"/>
      <w:r>
        <w:t xml:space="preserve">, </w:t>
      </w:r>
      <w:proofErr w:type="spellStart"/>
      <w:r>
        <w:t>pracovné</w:t>
      </w:r>
      <w:proofErr w:type="spellEnd"/>
      <w:r>
        <w:t xml:space="preserve"> </w:t>
      </w:r>
      <w:proofErr w:type="spellStart"/>
      <w:r>
        <w:t>listy</w:t>
      </w:r>
      <w:proofErr w:type="spellEnd"/>
      <w:r>
        <w:t xml:space="preserve"> a testy,</w:t>
      </w:r>
    </w:p>
    <w:p w14:paraId="51F416AC" w14:textId="77777777" w:rsidR="00CD745A" w:rsidRDefault="00CD745A" w:rsidP="00CD745A">
      <w:pPr>
        <w:pStyle w:val="Zoznamsodrkami"/>
        <w:spacing w:after="20"/>
      </w:pPr>
      <w:proofErr w:type="spellStart"/>
      <w:r>
        <w:t>praktické</w:t>
      </w:r>
      <w:proofErr w:type="spellEnd"/>
      <w:r>
        <w:t xml:space="preserve"> </w:t>
      </w:r>
      <w:proofErr w:type="spellStart"/>
      <w:r>
        <w:t>aktivity</w:t>
      </w:r>
      <w:proofErr w:type="spellEnd"/>
      <w:r>
        <w:t xml:space="preserve"> – </w:t>
      </w:r>
      <w:proofErr w:type="spellStart"/>
      <w:r>
        <w:t>práca</w:t>
      </w:r>
      <w:proofErr w:type="spellEnd"/>
      <w:r>
        <w:t xml:space="preserve"> s mapou, </w:t>
      </w:r>
      <w:proofErr w:type="spellStart"/>
      <w:r>
        <w:t>glóbusom</w:t>
      </w:r>
      <w:proofErr w:type="spellEnd"/>
      <w:r>
        <w:t xml:space="preserve">, </w:t>
      </w:r>
      <w:proofErr w:type="spellStart"/>
      <w:r>
        <w:t>mierkou</w:t>
      </w:r>
      <w:proofErr w:type="spellEnd"/>
      <w:r>
        <w:t xml:space="preserve">, </w:t>
      </w:r>
      <w:proofErr w:type="spellStart"/>
      <w:r>
        <w:t>buzolou</w:t>
      </w:r>
      <w:proofErr w:type="spellEnd"/>
      <w:r>
        <w:t xml:space="preserve"> a </w:t>
      </w:r>
      <w:proofErr w:type="spellStart"/>
      <w:r>
        <w:t>geografickými</w:t>
      </w:r>
      <w:proofErr w:type="spellEnd"/>
      <w:r>
        <w:t xml:space="preserve"> </w:t>
      </w:r>
      <w:proofErr w:type="spellStart"/>
      <w:r>
        <w:t>údajmi</w:t>
      </w:r>
      <w:proofErr w:type="spellEnd"/>
      <w:r>
        <w:t>,</w:t>
      </w:r>
    </w:p>
    <w:p w14:paraId="1C169F60" w14:textId="77777777" w:rsidR="00CD745A" w:rsidRDefault="00CD745A" w:rsidP="00CD745A">
      <w:pPr>
        <w:pStyle w:val="Zoznamsodrkami"/>
        <w:spacing w:after="20"/>
      </w:pPr>
      <w:proofErr w:type="spellStart"/>
      <w:r>
        <w:t>práca</w:t>
      </w:r>
      <w:proofErr w:type="spellEnd"/>
      <w:r>
        <w:t xml:space="preserve"> s </w:t>
      </w:r>
      <w:proofErr w:type="spellStart"/>
      <w:r>
        <w:t>textom</w:t>
      </w:r>
      <w:proofErr w:type="spellEnd"/>
      <w:r>
        <w:t xml:space="preserve">, </w:t>
      </w:r>
      <w:proofErr w:type="spellStart"/>
      <w:r>
        <w:t>grafom</w:t>
      </w:r>
      <w:proofErr w:type="spellEnd"/>
      <w:r>
        <w:t xml:space="preserve">, </w:t>
      </w:r>
      <w:proofErr w:type="spellStart"/>
      <w:r>
        <w:t>tabuľkou</w:t>
      </w:r>
      <w:proofErr w:type="spellEnd"/>
      <w:r>
        <w:t xml:space="preserve">, </w:t>
      </w:r>
      <w:proofErr w:type="spellStart"/>
      <w:r>
        <w:t>fotografiou</w:t>
      </w:r>
      <w:proofErr w:type="spellEnd"/>
      <w:r>
        <w:t xml:space="preserve"> a </w:t>
      </w:r>
      <w:proofErr w:type="spellStart"/>
      <w:r>
        <w:t>schémou</w:t>
      </w:r>
      <w:proofErr w:type="spellEnd"/>
      <w:r>
        <w:t>,</w:t>
      </w:r>
    </w:p>
    <w:p w14:paraId="2AECE604" w14:textId="77777777" w:rsidR="00CD745A" w:rsidRDefault="00CD745A" w:rsidP="00CD745A">
      <w:pPr>
        <w:pStyle w:val="Zoznamsodrkami"/>
        <w:spacing w:after="20"/>
      </w:pPr>
      <w:proofErr w:type="spellStart"/>
      <w:r>
        <w:t>prezentácia</w:t>
      </w:r>
      <w:proofErr w:type="spellEnd"/>
      <w:r>
        <w:t xml:space="preserve"> </w:t>
      </w:r>
      <w:proofErr w:type="spellStart"/>
      <w:r>
        <w:t>projektov</w:t>
      </w:r>
      <w:proofErr w:type="spellEnd"/>
      <w:r>
        <w:t xml:space="preserve"> a </w:t>
      </w:r>
      <w:proofErr w:type="spellStart"/>
      <w:r>
        <w:t>skupinových</w:t>
      </w:r>
      <w:proofErr w:type="spellEnd"/>
      <w:r>
        <w:t xml:space="preserve"> </w:t>
      </w:r>
      <w:proofErr w:type="spellStart"/>
      <w:r>
        <w:t>výstupov</w:t>
      </w:r>
      <w:proofErr w:type="spellEnd"/>
      <w:r>
        <w:t>,</w:t>
      </w:r>
    </w:p>
    <w:p w14:paraId="5D40ED82" w14:textId="77777777" w:rsidR="00CD745A" w:rsidRDefault="00CD745A" w:rsidP="00CD745A">
      <w:pPr>
        <w:pStyle w:val="Zoznamsodrkami"/>
        <w:spacing w:after="20"/>
      </w:pPr>
      <w:proofErr w:type="spellStart"/>
      <w:r>
        <w:t>aktivita</w:t>
      </w:r>
      <w:proofErr w:type="spellEnd"/>
      <w:r>
        <w:t xml:space="preserve"> a </w:t>
      </w:r>
      <w:proofErr w:type="spellStart"/>
      <w:r>
        <w:t>tvorivosť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riešení</w:t>
      </w:r>
      <w:proofErr w:type="spellEnd"/>
      <w:r>
        <w:t xml:space="preserve"> </w:t>
      </w:r>
      <w:proofErr w:type="spellStart"/>
      <w:r>
        <w:t>úloh</w:t>
      </w:r>
      <w:proofErr w:type="spellEnd"/>
      <w:r>
        <w:t>,</w:t>
      </w:r>
    </w:p>
    <w:p w14:paraId="1EE48E10" w14:textId="77777777" w:rsidR="00CD745A" w:rsidRDefault="00CD745A" w:rsidP="00CD745A">
      <w:pPr>
        <w:pStyle w:val="Zoznamsodrkami"/>
        <w:spacing w:after="20"/>
      </w:pPr>
      <w:proofErr w:type="spellStart"/>
      <w:r>
        <w:t>sebahodnotenie</w:t>
      </w:r>
      <w:proofErr w:type="spellEnd"/>
      <w:r>
        <w:t xml:space="preserve"> a </w:t>
      </w:r>
      <w:proofErr w:type="spellStart"/>
      <w:r>
        <w:t>reflexia</w:t>
      </w:r>
      <w:proofErr w:type="spellEnd"/>
      <w:r>
        <w:t xml:space="preserve"> </w:t>
      </w:r>
      <w:proofErr w:type="spellStart"/>
      <w:r>
        <w:t>vlastného</w:t>
      </w:r>
      <w:proofErr w:type="spellEnd"/>
      <w:r>
        <w:t xml:space="preserve"> </w:t>
      </w:r>
      <w:proofErr w:type="spellStart"/>
      <w:r>
        <w:t>učenia</w:t>
      </w:r>
      <w:proofErr w:type="spellEnd"/>
      <w:r>
        <w:t>.</w:t>
      </w:r>
    </w:p>
    <w:p w14:paraId="412ABCA0" w14:textId="77777777" w:rsidR="00CD745A" w:rsidRDefault="00CD745A" w:rsidP="00CD745A">
      <w:proofErr w:type="spellStart"/>
      <w:r>
        <w:t>Pri</w:t>
      </w:r>
      <w:proofErr w:type="spellEnd"/>
      <w:r>
        <w:t xml:space="preserve"> </w:t>
      </w:r>
      <w:proofErr w:type="spellStart"/>
      <w:r>
        <w:t>hodnotení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zohľadňuje</w:t>
      </w:r>
      <w:proofErr w:type="spellEnd"/>
      <w:r>
        <w:t xml:space="preserve"> </w:t>
      </w:r>
      <w:proofErr w:type="spellStart"/>
      <w:r>
        <w:t>najmä</w:t>
      </w:r>
      <w:proofErr w:type="spellEnd"/>
      <w:r>
        <w:t xml:space="preserve"> </w:t>
      </w:r>
      <w:proofErr w:type="spellStart"/>
      <w:r>
        <w:t>individuálny</w:t>
      </w:r>
      <w:proofErr w:type="spellEnd"/>
      <w:r>
        <w:t xml:space="preserve"> </w:t>
      </w:r>
      <w:proofErr w:type="spellStart"/>
      <w:r>
        <w:t>pokrok</w:t>
      </w:r>
      <w:proofErr w:type="spellEnd"/>
      <w:r>
        <w:t xml:space="preserve"> </w:t>
      </w:r>
      <w:proofErr w:type="spellStart"/>
      <w:r>
        <w:t>žiaka</w:t>
      </w:r>
      <w:proofErr w:type="spellEnd"/>
      <w:r>
        <w:t xml:space="preserve">, </w:t>
      </w:r>
      <w:proofErr w:type="spellStart"/>
      <w:r>
        <w:t>osvojenie</w:t>
      </w:r>
      <w:proofErr w:type="spellEnd"/>
      <w:r>
        <w:t xml:space="preserve"> </w:t>
      </w:r>
      <w:proofErr w:type="spellStart"/>
      <w:r>
        <w:t>vedomostí</w:t>
      </w:r>
      <w:proofErr w:type="spellEnd"/>
      <w:r>
        <w:t xml:space="preserve">, </w:t>
      </w:r>
      <w:proofErr w:type="spellStart"/>
      <w:r>
        <w:t>rozvoj</w:t>
      </w:r>
      <w:proofErr w:type="spellEnd"/>
      <w:r>
        <w:t xml:space="preserve"> </w:t>
      </w:r>
      <w:proofErr w:type="spellStart"/>
      <w:r>
        <w:t>praktických</w:t>
      </w:r>
      <w:proofErr w:type="spellEnd"/>
      <w:r>
        <w:t xml:space="preserve"> </w:t>
      </w:r>
      <w:proofErr w:type="spellStart"/>
      <w:r>
        <w:t>zručností</w:t>
      </w:r>
      <w:proofErr w:type="spellEnd"/>
      <w:r>
        <w:t xml:space="preserve">, </w:t>
      </w:r>
      <w:proofErr w:type="spellStart"/>
      <w:r>
        <w:t>aktivita</w:t>
      </w:r>
      <w:proofErr w:type="spellEnd"/>
      <w:r>
        <w:t xml:space="preserve">, </w:t>
      </w:r>
      <w:proofErr w:type="spellStart"/>
      <w:r>
        <w:t>tvorivosť</w:t>
      </w:r>
      <w:proofErr w:type="spellEnd"/>
      <w:r>
        <w:t xml:space="preserve">, </w:t>
      </w:r>
      <w:proofErr w:type="spellStart"/>
      <w:r>
        <w:t>schopnosť</w:t>
      </w:r>
      <w:proofErr w:type="spellEnd"/>
      <w:r>
        <w:t xml:space="preserve"> </w:t>
      </w:r>
      <w:proofErr w:type="spellStart"/>
      <w:r>
        <w:t>pracovať</w:t>
      </w:r>
      <w:proofErr w:type="spellEnd"/>
      <w:r>
        <w:t xml:space="preserve"> so </w:t>
      </w:r>
      <w:proofErr w:type="spellStart"/>
      <w:r>
        <w:t>zdrojmi</w:t>
      </w:r>
      <w:proofErr w:type="spellEnd"/>
      <w:r>
        <w:t xml:space="preserve"> a </w:t>
      </w:r>
      <w:proofErr w:type="spellStart"/>
      <w:r>
        <w:t>systematická</w:t>
      </w:r>
      <w:proofErr w:type="spellEnd"/>
      <w:r>
        <w:t xml:space="preserve"> </w:t>
      </w:r>
      <w:proofErr w:type="spellStart"/>
      <w:r>
        <w:t>príprava</w:t>
      </w:r>
      <w:proofErr w:type="spellEnd"/>
      <w:r>
        <w:t>.</w:t>
      </w:r>
    </w:p>
    <w:p w14:paraId="3D136CEB" w14:textId="77777777" w:rsidR="0099189D" w:rsidRDefault="00BF4F7F">
      <w:pPr>
        <w:pStyle w:val="Nadpis1"/>
      </w:pPr>
      <w:r>
        <w:rPr>
          <w:rFonts w:ascii="Arial" w:hAnsi="Arial"/>
        </w:rPr>
        <w:t xml:space="preserve">11. </w:t>
      </w:r>
      <w:proofErr w:type="spellStart"/>
      <w:r>
        <w:rPr>
          <w:rFonts w:ascii="Arial" w:hAnsi="Arial"/>
        </w:rPr>
        <w:t>Diferenciácia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podpora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žiakov</w:t>
      </w:r>
      <w:proofErr w:type="spellEnd"/>
    </w:p>
    <w:p w14:paraId="2D46481E" w14:textId="77777777" w:rsidR="0099189D" w:rsidRDefault="00BF4F7F">
      <w:pPr>
        <w:pStyle w:val="Zoznamsodrkami"/>
        <w:spacing w:after="20"/>
      </w:pPr>
      <w:proofErr w:type="spellStart"/>
      <w:r>
        <w:t>diferencovanie</w:t>
      </w:r>
      <w:proofErr w:type="spellEnd"/>
      <w:r>
        <w:t xml:space="preserve"> </w:t>
      </w:r>
      <w:proofErr w:type="spellStart"/>
      <w:r>
        <w:t>náročnosti</w:t>
      </w:r>
      <w:proofErr w:type="spellEnd"/>
      <w:r>
        <w:t xml:space="preserve"> </w:t>
      </w:r>
      <w:proofErr w:type="spellStart"/>
      <w:r>
        <w:t>úloh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individuálnych</w:t>
      </w:r>
      <w:proofErr w:type="spellEnd"/>
      <w:r>
        <w:t xml:space="preserve"> </w:t>
      </w:r>
      <w:proofErr w:type="spellStart"/>
      <w:r>
        <w:t>potrieb</w:t>
      </w:r>
      <w:proofErr w:type="spellEnd"/>
      <w:r>
        <w:t xml:space="preserve"> </w:t>
      </w:r>
      <w:proofErr w:type="spellStart"/>
      <w:r>
        <w:t>žiakov</w:t>
      </w:r>
      <w:proofErr w:type="spellEnd"/>
      <w:r>
        <w:t>;</w:t>
      </w:r>
    </w:p>
    <w:p w14:paraId="7C496B14" w14:textId="77777777" w:rsidR="0099189D" w:rsidRDefault="00BF4F7F">
      <w:pPr>
        <w:pStyle w:val="Zoznamsodrkami"/>
        <w:spacing w:after="20"/>
      </w:pPr>
      <w:proofErr w:type="spellStart"/>
      <w:r>
        <w:t>využívanie</w:t>
      </w:r>
      <w:proofErr w:type="spellEnd"/>
      <w:r>
        <w:t xml:space="preserve"> </w:t>
      </w:r>
      <w:proofErr w:type="spellStart"/>
      <w:r>
        <w:t>názorných</w:t>
      </w:r>
      <w:proofErr w:type="spellEnd"/>
      <w:r>
        <w:t xml:space="preserve"> </w:t>
      </w:r>
      <w:proofErr w:type="spellStart"/>
      <w:r>
        <w:t>máp</w:t>
      </w:r>
      <w:proofErr w:type="spellEnd"/>
      <w:r>
        <w:t xml:space="preserve">, </w:t>
      </w:r>
      <w:proofErr w:type="spellStart"/>
      <w:r>
        <w:t>obrázkov</w:t>
      </w:r>
      <w:proofErr w:type="spellEnd"/>
      <w:r>
        <w:t xml:space="preserve">, </w:t>
      </w:r>
      <w:proofErr w:type="spellStart"/>
      <w:r>
        <w:t>schém</w:t>
      </w:r>
      <w:proofErr w:type="spellEnd"/>
      <w:r>
        <w:t xml:space="preserve"> a </w:t>
      </w:r>
      <w:proofErr w:type="spellStart"/>
      <w:r>
        <w:t>krokových</w:t>
      </w:r>
      <w:proofErr w:type="spellEnd"/>
      <w:r>
        <w:t xml:space="preserve"> </w:t>
      </w:r>
      <w:proofErr w:type="spellStart"/>
      <w:r>
        <w:t>postupov</w:t>
      </w:r>
      <w:proofErr w:type="spellEnd"/>
      <w:r>
        <w:t>;</w:t>
      </w:r>
    </w:p>
    <w:p w14:paraId="279DE9B6" w14:textId="77777777" w:rsidR="0099189D" w:rsidRDefault="00BF4F7F">
      <w:pPr>
        <w:pStyle w:val="Zoznamsodrkami"/>
        <w:spacing w:after="20"/>
      </w:pPr>
      <w:proofErr w:type="spellStart"/>
      <w:r>
        <w:t>poskytovanie</w:t>
      </w:r>
      <w:proofErr w:type="spellEnd"/>
      <w:r>
        <w:t xml:space="preserve"> </w:t>
      </w:r>
      <w:proofErr w:type="spellStart"/>
      <w:r>
        <w:t>primeraného</w:t>
      </w:r>
      <w:proofErr w:type="spellEnd"/>
      <w:r>
        <w:t xml:space="preserve"> </w:t>
      </w:r>
      <w:proofErr w:type="spellStart"/>
      <w:r>
        <w:t>času</w:t>
      </w:r>
      <w:proofErr w:type="spellEnd"/>
      <w:r>
        <w:t xml:space="preserve"> a </w:t>
      </w:r>
      <w:proofErr w:type="spellStart"/>
      <w:r>
        <w:t>možnosti</w:t>
      </w:r>
      <w:proofErr w:type="spellEnd"/>
      <w:r>
        <w:t xml:space="preserve"> </w:t>
      </w:r>
      <w:proofErr w:type="spellStart"/>
      <w:r>
        <w:t>ústnej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praktickej</w:t>
      </w:r>
      <w:proofErr w:type="spellEnd"/>
      <w:r>
        <w:t xml:space="preserve"> </w:t>
      </w:r>
      <w:proofErr w:type="spellStart"/>
      <w:r>
        <w:t>formy</w:t>
      </w:r>
      <w:proofErr w:type="spellEnd"/>
      <w:r>
        <w:t xml:space="preserve"> </w:t>
      </w:r>
      <w:proofErr w:type="spellStart"/>
      <w:r>
        <w:t>preukázania</w:t>
      </w:r>
      <w:proofErr w:type="spellEnd"/>
      <w:r>
        <w:t xml:space="preserve"> </w:t>
      </w:r>
      <w:proofErr w:type="spellStart"/>
      <w:r>
        <w:t>vedomostí</w:t>
      </w:r>
      <w:proofErr w:type="spellEnd"/>
      <w:r>
        <w:t>;</w:t>
      </w:r>
    </w:p>
    <w:p w14:paraId="701B9FF0" w14:textId="77777777" w:rsidR="0099189D" w:rsidRDefault="00BF4F7F">
      <w:pPr>
        <w:pStyle w:val="Zoznamsodrkami"/>
        <w:spacing w:after="20"/>
      </w:pPr>
      <w:proofErr w:type="spellStart"/>
      <w:r>
        <w:t>rozvoj</w:t>
      </w:r>
      <w:proofErr w:type="spellEnd"/>
      <w:r>
        <w:t xml:space="preserve"> </w:t>
      </w:r>
      <w:proofErr w:type="spellStart"/>
      <w:r>
        <w:t>nadaných</w:t>
      </w:r>
      <w:proofErr w:type="spellEnd"/>
      <w:r>
        <w:t xml:space="preserve"> </w:t>
      </w:r>
      <w:proofErr w:type="spellStart"/>
      <w:r>
        <w:t>žiakov</w:t>
      </w:r>
      <w:proofErr w:type="spellEnd"/>
      <w:r>
        <w:t xml:space="preserve"> </w:t>
      </w:r>
      <w:proofErr w:type="spellStart"/>
      <w:r>
        <w:t>prostredníctvom</w:t>
      </w:r>
      <w:proofErr w:type="spellEnd"/>
      <w:r>
        <w:t xml:space="preserve"> </w:t>
      </w:r>
      <w:proofErr w:type="spellStart"/>
      <w:r>
        <w:t>rozširujúcich</w:t>
      </w:r>
      <w:proofErr w:type="spellEnd"/>
      <w:r>
        <w:t xml:space="preserve"> </w:t>
      </w:r>
      <w:proofErr w:type="spellStart"/>
      <w:r>
        <w:t>úloh</w:t>
      </w:r>
      <w:proofErr w:type="spellEnd"/>
      <w:r>
        <w:t xml:space="preserve">, </w:t>
      </w:r>
      <w:proofErr w:type="spellStart"/>
      <w:r>
        <w:t>projektov</w:t>
      </w:r>
      <w:proofErr w:type="spellEnd"/>
      <w:r>
        <w:t xml:space="preserve"> a </w:t>
      </w:r>
      <w:proofErr w:type="spellStart"/>
      <w:r>
        <w:t>práce</w:t>
      </w:r>
      <w:proofErr w:type="spellEnd"/>
      <w:r>
        <w:t xml:space="preserve"> s </w:t>
      </w:r>
      <w:proofErr w:type="spellStart"/>
      <w:r>
        <w:t>dátami</w:t>
      </w:r>
      <w:proofErr w:type="spellEnd"/>
      <w:r>
        <w:t>;</w:t>
      </w:r>
    </w:p>
    <w:p w14:paraId="6ED3BC8F" w14:textId="77777777" w:rsidR="0099189D" w:rsidRDefault="00BF4F7F">
      <w:pPr>
        <w:pStyle w:val="Zoznamsodrkami"/>
        <w:spacing w:after="20"/>
      </w:pPr>
      <w:proofErr w:type="spellStart"/>
      <w:r>
        <w:t>rešpektovanie</w:t>
      </w:r>
      <w:proofErr w:type="spellEnd"/>
      <w:r>
        <w:t xml:space="preserve"> </w:t>
      </w:r>
      <w:proofErr w:type="spellStart"/>
      <w:r>
        <w:t>odporúčaní</w:t>
      </w:r>
      <w:proofErr w:type="spellEnd"/>
      <w:r>
        <w:t xml:space="preserve"> </w:t>
      </w:r>
      <w:proofErr w:type="spellStart"/>
      <w:r>
        <w:t>zariadenia</w:t>
      </w:r>
      <w:proofErr w:type="spellEnd"/>
      <w:r>
        <w:t xml:space="preserve"> </w:t>
      </w:r>
      <w:proofErr w:type="spellStart"/>
      <w:r>
        <w:t>poradenstva</w:t>
      </w:r>
      <w:proofErr w:type="spellEnd"/>
      <w:r>
        <w:t xml:space="preserve"> a </w:t>
      </w:r>
      <w:proofErr w:type="spellStart"/>
      <w:r>
        <w:t>prevencie</w:t>
      </w:r>
      <w:proofErr w:type="spellEnd"/>
      <w:r>
        <w:t xml:space="preserve"> a </w:t>
      </w:r>
      <w:proofErr w:type="spellStart"/>
      <w:r>
        <w:t>systému</w:t>
      </w:r>
      <w:proofErr w:type="spellEnd"/>
      <w:r>
        <w:t xml:space="preserve"> </w:t>
      </w:r>
      <w:proofErr w:type="spellStart"/>
      <w:r>
        <w:t>podpory</w:t>
      </w:r>
      <w:proofErr w:type="spellEnd"/>
      <w:r>
        <w:t xml:space="preserve"> </w:t>
      </w:r>
      <w:proofErr w:type="spellStart"/>
      <w:r>
        <w:t>žiakov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14:paraId="4BF5BC40" w14:textId="77777777" w:rsidR="0099189D" w:rsidRDefault="00BF4F7F">
      <w:pPr>
        <w:pStyle w:val="Nadpis1"/>
      </w:pPr>
      <w:r>
        <w:rPr>
          <w:rFonts w:ascii="Arial" w:hAnsi="Arial"/>
        </w:rPr>
        <w:t xml:space="preserve">12. </w:t>
      </w:r>
      <w:proofErr w:type="spellStart"/>
      <w:r>
        <w:rPr>
          <w:rFonts w:ascii="Arial" w:hAnsi="Arial"/>
        </w:rPr>
        <w:t>Minimálny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výkonový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štandard</w:t>
      </w:r>
      <w:proofErr w:type="spellEnd"/>
    </w:p>
    <w:p w14:paraId="2D43B84C" w14:textId="77777777" w:rsidR="0099189D" w:rsidRDefault="00BF4F7F">
      <w:pPr>
        <w:pStyle w:val="Zoznamsodrkami"/>
        <w:spacing w:after="20"/>
      </w:pPr>
      <w:proofErr w:type="spellStart"/>
      <w:r>
        <w:t>žiak</w:t>
      </w:r>
      <w:proofErr w:type="spellEnd"/>
      <w:r>
        <w:t xml:space="preserve"> </w:t>
      </w:r>
      <w:proofErr w:type="spellStart"/>
      <w:r>
        <w:t>určí</w:t>
      </w:r>
      <w:proofErr w:type="spellEnd"/>
      <w:r>
        <w:t xml:space="preserve"> </w:t>
      </w:r>
      <w:proofErr w:type="spellStart"/>
      <w:r>
        <w:t>základnú</w:t>
      </w:r>
      <w:proofErr w:type="spellEnd"/>
      <w:r>
        <w:t xml:space="preserve"> </w:t>
      </w:r>
      <w:proofErr w:type="spellStart"/>
      <w:r>
        <w:t>geografickú</w:t>
      </w:r>
      <w:proofErr w:type="spellEnd"/>
      <w:r>
        <w:t xml:space="preserve"> </w:t>
      </w:r>
      <w:proofErr w:type="spellStart"/>
      <w:r>
        <w:t>polohu</w:t>
      </w:r>
      <w:proofErr w:type="spellEnd"/>
      <w:r>
        <w:t xml:space="preserve"> </w:t>
      </w:r>
      <w:proofErr w:type="spellStart"/>
      <w:r>
        <w:t>vybraných</w:t>
      </w:r>
      <w:proofErr w:type="spellEnd"/>
      <w:r>
        <w:t xml:space="preserve"> </w:t>
      </w:r>
      <w:proofErr w:type="spellStart"/>
      <w:r>
        <w:t>miest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oblastí</w:t>
      </w:r>
      <w:proofErr w:type="spellEnd"/>
      <w:r>
        <w:t xml:space="preserve"> </w:t>
      </w:r>
      <w:proofErr w:type="spellStart"/>
      <w:r>
        <w:t>pomocou</w:t>
      </w:r>
      <w:proofErr w:type="spellEnd"/>
      <w:r>
        <w:t xml:space="preserve"> </w:t>
      </w:r>
      <w:proofErr w:type="spellStart"/>
      <w:r>
        <w:t>mapy</w:t>
      </w:r>
      <w:proofErr w:type="spellEnd"/>
      <w:r>
        <w:t xml:space="preserve"> a </w:t>
      </w:r>
      <w:proofErr w:type="spellStart"/>
      <w:r>
        <w:t>súradníc</w:t>
      </w:r>
      <w:proofErr w:type="spellEnd"/>
      <w:r>
        <w:t>;</w:t>
      </w:r>
    </w:p>
    <w:p w14:paraId="1A01F54F" w14:textId="77777777" w:rsidR="0099189D" w:rsidRDefault="00BF4F7F">
      <w:pPr>
        <w:pStyle w:val="Zoznamsodrkami"/>
        <w:spacing w:after="20"/>
      </w:pPr>
      <w:proofErr w:type="spellStart"/>
      <w:r>
        <w:t>rozlíši</w:t>
      </w:r>
      <w:proofErr w:type="spellEnd"/>
      <w:r>
        <w:t xml:space="preserve"> </w:t>
      </w:r>
      <w:proofErr w:type="spellStart"/>
      <w:r>
        <w:t>počasie</w:t>
      </w:r>
      <w:proofErr w:type="spellEnd"/>
      <w:r>
        <w:t xml:space="preserve"> a </w:t>
      </w:r>
      <w:proofErr w:type="spellStart"/>
      <w:r>
        <w:t>podnebie</w:t>
      </w:r>
      <w:proofErr w:type="spellEnd"/>
      <w:r>
        <w:t xml:space="preserve"> a </w:t>
      </w:r>
      <w:proofErr w:type="spellStart"/>
      <w:r>
        <w:t>vymenuje</w:t>
      </w:r>
      <w:proofErr w:type="spellEnd"/>
      <w:r>
        <w:t xml:space="preserve"> </w:t>
      </w:r>
      <w:proofErr w:type="spellStart"/>
      <w:r>
        <w:t>základné</w:t>
      </w:r>
      <w:proofErr w:type="spellEnd"/>
      <w:r>
        <w:t xml:space="preserve"> </w:t>
      </w:r>
      <w:proofErr w:type="spellStart"/>
      <w:r>
        <w:t>podnebné</w:t>
      </w:r>
      <w:proofErr w:type="spellEnd"/>
      <w:r>
        <w:t xml:space="preserve"> </w:t>
      </w:r>
      <w:proofErr w:type="spellStart"/>
      <w:r>
        <w:t>pásma</w:t>
      </w:r>
      <w:proofErr w:type="spellEnd"/>
      <w:r>
        <w:t>;</w:t>
      </w:r>
    </w:p>
    <w:p w14:paraId="582C85EE" w14:textId="77777777" w:rsidR="0099189D" w:rsidRDefault="00BF4F7F">
      <w:pPr>
        <w:pStyle w:val="Zoznamsodrkami"/>
        <w:spacing w:after="20"/>
      </w:pPr>
      <w:proofErr w:type="spellStart"/>
      <w:r>
        <w:t>na</w:t>
      </w:r>
      <w:proofErr w:type="spellEnd"/>
      <w:r>
        <w:t xml:space="preserve"> </w:t>
      </w:r>
      <w:proofErr w:type="spellStart"/>
      <w:r>
        <w:t>mape</w:t>
      </w:r>
      <w:proofErr w:type="spellEnd"/>
      <w:r>
        <w:t xml:space="preserve"> </w:t>
      </w:r>
      <w:proofErr w:type="spellStart"/>
      <w:r>
        <w:t>ukáže</w:t>
      </w:r>
      <w:proofErr w:type="spellEnd"/>
      <w:r>
        <w:t xml:space="preserve"> </w:t>
      </w:r>
      <w:proofErr w:type="spellStart"/>
      <w:r>
        <w:t>Austráliu</w:t>
      </w:r>
      <w:proofErr w:type="spellEnd"/>
      <w:r>
        <w:t xml:space="preserve">, </w:t>
      </w:r>
      <w:proofErr w:type="spellStart"/>
      <w:r>
        <w:t>Oceániu</w:t>
      </w:r>
      <w:proofErr w:type="spellEnd"/>
      <w:r>
        <w:t xml:space="preserve">, </w:t>
      </w:r>
      <w:proofErr w:type="spellStart"/>
      <w:r>
        <w:t>Antarktídu</w:t>
      </w:r>
      <w:proofErr w:type="spellEnd"/>
      <w:r>
        <w:t xml:space="preserve">, </w:t>
      </w:r>
      <w:proofErr w:type="spellStart"/>
      <w:r>
        <w:t>Arktídu</w:t>
      </w:r>
      <w:proofErr w:type="spellEnd"/>
      <w:r>
        <w:t xml:space="preserve"> a </w:t>
      </w:r>
      <w:proofErr w:type="spellStart"/>
      <w:r>
        <w:t>hlavné</w:t>
      </w:r>
      <w:proofErr w:type="spellEnd"/>
      <w:r>
        <w:t xml:space="preserve"> </w:t>
      </w:r>
      <w:proofErr w:type="spellStart"/>
      <w:r>
        <w:t>časti</w:t>
      </w:r>
      <w:proofErr w:type="spellEnd"/>
      <w:r>
        <w:t xml:space="preserve"> </w:t>
      </w:r>
      <w:proofErr w:type="spellStart"/>
      <w:r>
        <w:t>Ameriky</w:t>
      </w:r>
      <w:proofErr w:type="spellEnd"/>
      <w:r>
        <w:t>;</w:t>
      </w:r>
    </w:p>
    <w:p w14:paraId="3F1AD813" w14:textId="77777777" w:rsidR="0099189D" w:rsidRDefault="00BF4F7F">
      <w:pPr>
        <w:pStyle w:val="Zoznamsodrkami"/>
        <w:spacing w:after="20"/>
      </w:pPr>
      <w:proofErr w:type="spellStart"/>
      <w:r>
        <w:t>ukáže</w:t>
      </w:r>
      <w:proofErr w:type="spellEnd"/>
      <w:r>
        <w:t xml:space="preserve"> a </w:t>
      </w:r>
      <w:proofErr w:type="spellStart"/>
      <w:r>
        <w:t>pomenuje</w:t>
      </w:r>
      <w:proofErr w:type="spellEnd"/>
      <w:r>
        <w:t xml:space="preserve"> </w:t>
      </w:r>
      <w:proofErr w:type="spellStart"/>
      <w:r>
        <w:t>vybrané</w:t>
      </w:r>
      <w:proofErr w:type="spellEnd"/>
      <w:r>
        <w:t xml:space="preserve"> </w:t>
      </w:r>
      <w:proofErr w:type="spellStart"/>
      <w:r>
        <w:t>pohoria</w:t>
      </w:r>
      <w:proofErr w:type="spellEnd"/>
      <w:r>
        <w:t xml:space="preserve">, </w:t>
      </w:r>
      <w:proofErr w:type="spellStart"/>
      <w:r>
        <w:t>nížiny</w:t>
      </w:r>
      <w:proofErr w:type="spellEnd"/>
      <w:r>
        <w:t xml:space="preserve">, </w:t>
      </w:r>
      <w:proofErr w:type="spellStart"/>
      <w:r>
        <w:t>rieky</w:t>
      </w:r>
      <w:proofErr w:type="spellEnd"/>
      <w:r>
        <w:t xml:space="preserve">, </w:t>
      </w:r>
      <w:proofErr w:type="spellStart"/>
      <w:r>
        <w:t>jazerá</w:t>
      </w:r>
      <w:proofErr w:type="spellEnd"/>
      <w:r>
        <w:t xml:space="preserve"> a </w:t>
      </w:r>
      <w:proofErr w:type="spellStart"/>
      <w:r>
        <w:t>sídla</w:t>
      </w:r>
      <w:proofErr w:type="spellEnd"/>
      <w:r>
        <w:t>;</w:t>
      </w:r>
    </w:p>
    <w:p w14:paraId="03E017DD" w14:textId="77777777" w:rsidR="0099189D" w:rsidRDefault="00BF4F7F">
      <w:pPr>
        <w:pStyle w:val="Zoznamsodrkami"/>
        <w:spacing w:after="20"/>
      </w:pPr>
      <w:proofErr w:type="spellStart"/>
      <w:r>
        <w:t>uvedie</w:t>
      </w:r>
      <w:proofErr w:type="spellEnd"/>
      <w:r>
        <w:t xml:space="preserve"> </w:t>
      </w:r>
      <w:proofErr w:type="spellStart"/>
      <w:r>
        <w:t>typické</w:t>
      </w:r>
      <w:proofErr w:type="spellEnd"/>
      <w:r>
        <w:t xml:space="preserve"> </w:t>
      </w:r>
      <w:proofErr w:type="spellStart"/>
      <w:r>
        <w:t>rastliny</w:t>
      </w:r>
      <w:proofErr w:type="spellEnd"/>
      <w:r>
        <w:t xml:space="preserve"> a </w:t>
      </w:r>
      <w:proofErr w:type="spellStart"/>
      <w:r>
        <w:t>živočíchy</w:t>
      </w:r>
      <w:proofErr w:type="spellEnd"/>
      <w:r>
        <w:t xml:space="preserve"> </w:t>
      </w:r>
      <w:proofErr w:type="spellStart"/>
      <w:r>
        <w:t>Austrálie</w:t>
      </w:r>
      <w:proofErr w:type="spellEnd"/>
      <w:r>
        <w:t xml:space="preserve"> a </w:t>
      </w:r>
      <w:proofErr w:type="spellStart"/>
      <w:r>
        <w:t>Ameriky</w:t>
      </w:r>
      <w:proofErr w:type="spellEnd"/>
      <w:r>
        <w:t>;</w:t>
      </w:r>
    </w:p>
    <w:p w14:paraId="47002D49" w14:textId="77777777" w:rsidR="0099189D" w:rsidRDefault="00BF4F7F">
      <w:pPr>
        <w:pStyle w:val="Zoznamsodrkami"/>
        <w:spacing w:after="20"/>
      </w:pPr>
      <w:proofErr w:type="spellStart"/>
      <w:r>
        <w:t>charakterizuje</w:t>
      </w:r>
      <w:proofErr w:type="spellEnd"/>
      <w:r>
        <w:t xml:space="preserve"> </w:t>
      </w:r>
      <w:proofErr w:type="spellStart"/>
      <w:r>
        <w:t>obyvateľstvo</w:t>
      </w:r>
      <w:proofErr w:type="spellEnd"/>
      <w:r>
        <w:t xml:space="preserve">, </w:t>
      </w:r>
      <w:proofErr w:type="spellStart"/>
      <w:r>
        <w:t>sídla</w:t>
      </w:r>
      <w:proofErr w:type="spellEnd"/>
      <w:r>
        <w:t xml:space="preserve"> a </w:t>
      </w:r>
      <w:proofErr w:type="spellStart"/>
      <w:r>
        <w:t>základné</w:t>
      </w:r>
      <w:proofErr w:type="spellEnd"/>
      <w:r>
        <w:t xml:space="preserve"> </w:t>
      </w:r>
      <w:proofErr w:type="spellStart"/>
      <w:r>
        <w:t>hospodárske</w:t>
      </w:r>
      <w:proofErr w:type="spellEnd"/>
      <w:r>
        <w:t xml:space="preserve"> </w:t>
      </w:r>
      <w:proofErr w:type="spellStart"/>
      <w:r>
        <w:t>odvetvia</w:t>
      </w:r>
      <w:proofErr w:type="spellEnd"/>
      <w:r>
        <w:t xml:space="preserve"> </w:t>
      </w:r>
      <w:proofErr w:type="spellStart"/>
      <w:r>
        <w:t>vybraných</w:t>
      </w:r>
      <w:proofErr w:type="spellEnd"/>
      <w:r>
        <w:t xml:space="preserve"> </w:t>
      </w:r>
      <w:proofErr w:type="spellStart"/>
      <w:r>
        <w:t>regiónov</w:t>
      </w:r>
      <w:proofErr w:type="spellEnd"/>
      <w:r>
        <w:t>;</w:t>
      </w:r>
    </w:p>
    <w:p w14:paraId="6CD6259B" w14:textId="77777777" w:rsidR="0099189D" w:rsidRDefault="00BF4F7F">
      <w:pPr>
        <w:pStyle w:val="Zoznamsodrkami"/>
        <w:spacing w:after="20"/>
      </w:pPr>
      <w:proofErr w:type="spellStart"/>
      <w:r>
        <w:t>uvedie</w:t>
      </w:r>
      <w:proofErr w:type="spellEnd"/>
      <w:r>
        <w:t xml:space="preserve"> </w:t>
      </w:r>
      <w:proofErr w:type="spellStart"/>
      <w:r>
        <w:t>príklady</w:t>
      </w:r>
      <w:proofErr w:type="spellEnd"/>
      <w:r>
        <w:t xml:space="preserve"> </w:t>
      </w:r>
      <w:proofErr w:type="spellStart"/>
      <w:r>
        <w:t>environmentálnych</w:t>
      </w:r>
      <w:proofErr w:type="spellEnd"/>
      <w:r>
        <w:t xml:space="preserve"> a </w:t>
      </w:r>
      <w:proofErr w:type="spellStart"/>
      <w:r>
        <w:t>sociálnych</w:t>
      </w:r>
      <w:proofErr w:type="spellEnd"/>
      <w:r>
        <w:t xml:space="preserve"> </w:t>
      </w:r>
      <w:proofErr w:type="spellStart"/>
      <w:r>
        <w:t>problémov</w:t>
      </w:r>
      <w:proofErr w:type="spellEnd"/>
      <w:r>
        <w:t xml:space="preserve"> a </w:t>
      </w:r>
      <w:proofErr w:type="spellStart"/>
      <w:r>
        <w:t>základné</w:t>
      </w:r>
      <w:proofErr w:type="spellEnd"/>
      <w:r>
        <w:t xml:space="preserve"> </w:t>
      </w:r>
      <w:proofErr w:type="spellStart"/>
      <w:r>
        <w:t>možnosti</w:t>
      </w:r>
      <w:proofErr w:type="spellEnd"/>
      <w:r>
        <w:t xml:space="preserve"> ich </w:t>
      </w:r>
      <w:proofErr w:type="spellStart"/>
      <w:r>
        <w:t>riešenia</w:t>
      </w:r>
      <w:proofErr w:type="spellEnd"/>
      <w:r>
        <w:t>;</w:t>
      </w:r>
    </w:p>
    <w:p w14:paraId="6E6D8E36" w14:textId="77777777" w:rsidR="0099189D" w:rsidRDefault="00BF4F7F">
      <w:pPr>
        <w:pStyle w:val="Zoznamsodrkami"/>
        <w:spacing w:after="20"/>
      </w:pPr>
      <w:proofErr w:type="spellStart"/>
      <w:r>
        <w:t>spracuje</w:t>
      </w:r>
      <w:proofErr w:type="spellEnd"/>
      <w:r>
        <w:t xml:space="preserve"> </w:t>
      </w:r>
      <w:proofErr w:type="spellStart"/>
      <w:r>
        <w:t>jednoduchý</w:t>
      </w:r>
      <w:proofErr w:type="spellEnd"/>
      <w:r>
        <w:t xml:space="preserve"> </w:t>
      </w:r>
      <w:proofErr w:type="spellStart"/>
      <w:r>
        <w:t>geografický</w:t>
      </w:r>
      <w:proofErr w:type="spellEnd"/>
      <w:r>
        <w:t xml:space="preserve"> </w:t>
      </w:r>
      <w:proofErr w:type="spellStart"/>
      <w:r>
        <w:t>projekt</w:t>
      </w:r>
      <w:proofErr w:type="spellEnd"/>
      <w:r>
        <w:t xml:space="preserve"> a </w:t>
      </w:r>
      <w:proofErr w:type="spellStart"/>
      <w:r>
        <w:t>primerane</w:t>
      </w:r>
      <w:proofErr w:type="spellEnd"/>
      <w:r>
        <w:t xml:space="preserve"> ho </w:t>
      </w:r>
      <w:proofErr w:type="spellStart"/>
      <w:r>
        <w:t>odprezentuje</w:t>
      </w:r>
      <w:proofErr w:type="spellEnd"/>
      <w:r>
        <w:t>.</w:t>
      </w:r>
    </w:p>
    <w:p w14:paraId="7BF5A4D3" w14:textId="77777777" w:rsidR="0099189D" w:rsidRDefault="00BF4F7F">
      <w:pPr>
        <w:pStyle w:val="Nadpis1"/>
      </w:pPr>
      <w:r>
        <w:t>13. UČEBNÉ ZDROJE, POMÔCKY A MATERIÁLNO-TECHNICKÉ ZABEZPEČENIE</w:t>
      </w:r>
    </w:p>
    <w:p w14:paraId="19C1328F" w14:textId="77777777" w:rsidR="0099189D" w:rsidRDefault="00BF4F7F">
      <w:pPr>
        <w:pStyle w:val="Zoznamsodrkami"/>
        <w:spacing w:after="20"/>
      </w:pPr>
      <w:proofErr w:type="spellStart"/>
      <w:r>
        <w:t>učebnica</w:t>
      </w:r>
      <w:proofErr w:type="spellEnd"/>
      <w:r>
        <w:t xml:space="preserve"> </w:t>
      </w:r>
      <w:proofErr w:type="spellStart"/>
      <w:r>
        <w:t>geografie</w:t>
      </w:r>
      <w:proofErr w:type="spellEnd"/>
      <w:r>
        <w:t xml:space="preserve">, </w:t>
      </w:r>
      <w:proofErr w:type="spellStart"/>
      <w:r>
        <w:t>geografický</w:t>
      </w:r>
      <w:proofErr w:type="spellEnd"/>
      <w:r>
        <w:t xml:space="preserve"> atlas, </w:t>
      </w:r>
      <w:proofErr w:type="spellStart"/>
      <w:r>
        <w:t>nástenné</w:t>
      </w:r>
      <w:proofErr w:type="spellEnd"/>
      <w:r>
        <w:t xml:space="preserve"> a </w:t>
      </w:r>
      <w:proofErr w:type="spellStart"/>
      <w:r>
        <w:t>tematické</w:t>
      </w:r>
      <w:proofErr w:type="spellEnd"/>
      <w:r>
        <w:t xml:space="preserve"> </w:t>
      </w:r>
      <w:proofErr w:type="spellStart"/>
      <w:r>
        <w:t>mapy</w:t>
      </w:r>
      <w:proofErr w:type="spellEnd"/>
      <w:r>
        <w:t>;</w:t>
      </w:r>
    </w:p>
    <w:p w14:paraId="23BD4DD3" w14:textId="77777777" w:rsidR="0099189D" w:rsidRDefault="00BF4F7F">
      <w:pPr>
        <w:pStyle w:val="Zoznamsodrkami"/>
        <w:spacing w:after="20"/>
      </w:pPr>
      <w:proofErr w:type="spellStart"/>
      <w:r>
        <w:t>slepé</w:t>
      </w:r>
      <w:proofErr w:type="spellEnd"/>
      <w:r>
        <w:t xml:space="preserve"> </w:t>
      </w:r>
      <w:proofErr w:type="spellStart"/>
      <w:r>
        <w:t>mapy</w:t>
      </w:r>
      <w:proofErr w:type="spellEnd"/>
      <w:r>
        <w:t xml:space="preserve"> a </w:t>
      </w:r>
      <w:proofErr w:type="spellStart"/>
      <w:r>
        <w:t>pracovné</w:t>
      </w:r>
      <w:proofErr w:type="spellEnd"/>
      <w:r>
        <w:t xml:space="preserve"> </w:t>
      </w:r>
      <w:proofErr w:type="spellStart"/>
      <w:r>
        <w:t>listy</w:t>
      </w:r>
      <w:proofErr w:type="spellEnd"/>
      <w:r>
        <w:t>;</w:t>
      </w:r>
    </w:p>
    <w:p w14:paraId="305F6222" w14:textId="77777777" w:rsidR="0099189D" w:rsidRDefault="00BF4F7F">
      <w:pPr>
        <w:pStyle w:val="Zoznamsodrkami"/>
        <w:spacing w:after="20"/>
      </w:pPr>
      <w:proofErr w:type="spellStart"/>
      <w:r>
        <w:t>interaktívna</w:t>
      </w:r>
      <w:proofErr w:type="spellEnd"/>
      <w:r>
        <w:t xml:space="preserve"> </w:t>
      </w:r>
      <w:proofErr w:type="spellStart"/>
      <w:r>
        <w:t>tabuľa</w:t>
      </w:r>
      <w:proofErr w:type="spellEnd"/>
      <w:r>
        <w:t xml:space="preserve">, PC a </w:t>
      </w:r>
      <w:proofErr w:type="spellStart"/>
      <w:r>
        <w:t>prezentácie</w:t>
      </w:r>
      <w:proofErr w:type="spellEnd"/>
      <w:r>
        <w:t>;</w:t>
      </w:r>
    </w:p>
    <w:p w14:paraId="56447AF5" w14:textId="77777777" w:rsidR="0099189D" w:rsidRDefault="00BF4F7F">
      <w:pPr>
        <w:pStyle w:val="Zoznamsodrkami"/>
        <w:spacing w:after="20"/>
      </w:pPr>
      <w:proofErr w:type="spellStart"/>
      <w:r>
        <w:t>digitálne</w:t>
      </w:r>
      <w:proofErr w:type="spellEnd"/>
      <w:r>
        <w:t xml:space="preserve"> </w:t>
      </w:r>
      <w:proofErr w:type="spellStart"/>
      <w:r>
        <w:t>mapy</w:t>
      </w:r>
      <w:proofErr w:type="spellEnd"/>
      <w:r>
        <w:t xml:space="preserve"> a GPS;</w:t>
      </w:r>
    </w:p>
    <w:p w14:paraId="1C2DE338" w14:textId="77777777" w:rsidR="0099189D" w:rsidRDefault="00BF4F7F">
      <w:pPr>
        <w:pStyle w:val="Zoznamsodrkami"/>
        <w:spacing w:after="20"/>
      </w:pPr>
      <w:proofErr w:type="spellStart"/>
      <w:r>
        <w:t>encyklopedické</w:t>
      </w:r>
      <w:proofErr w:type="spellEnd"/>
      <w:r>
        <w:t xml:space="preserve"> a </w:t>
      </w:r>
      <w:proofErr w:type="spellStart"/>
      <w:r>
        <w:t>propagačné</w:t>
      </w:r>
      <w:proofErr w:type="spellEnd"/>
      <w:r>
        <w:t xml:space="preserve"> </w:t>
      </w:r>
      <w:proofErr w:type="spellStart"/>
      <w:r>
        <w:t>materiály</w:t>
      </w:r>
      <w:proofErr w:type="spellEnd"/>
      <w:r>
        <w:t>;</w:t>
      </w:r>
    </w:p>
    <w:p w14:paraId="2772A97F" w14:textId="77777777" w:rsidR="0099189D" w:rsidRDefault="00BF4F7F">
      <w:pPr>
        <w:pStyle w:val="Zoznamsodrkami"/>
        <w:spacing w:after="20"/>
      </w:pPr>
      <w:proofErr w:type="spellStart"/>
      <w:r>
        <w:t>dôveryhodné</w:t>
      </w:r>
      <w:proofErr w:type="spellEnd"/>
      <w:r>
        <w:t xml:space="preserve"> </w:t>
      </w:r>
      <w:proofErr w:type="spellStart"/>
      <w:r>
        <w:t>internetové</w:t>
      </w:r>
      <w:proofErr w:type="spellEnd"/>
      <w:r>
        <w:t xml:space="preserve"> </w:t>
      </w:r>
      <w:proofErr w:type="spellStart"/>
      <w:r>
        <w:t>zdroje</w:t>
      </w:r>
      <w:proofErr w:type="spellEnd"/>
      <w:r>
        <w:t xml:space="preserve"> a </w:t>
      </w:r>
      <w:proofErr w:type="spellStart"/>
      <w:r>
        <w:t>digitálne</w:t>
      </w:r>
      <w:proofErr w:type="spellEnd"/>
      <w:r>
        <w:t xml:space="preserve"> </w:t>
      </w:r>
      <w:proofErr w:type="spellStart"/>
      <w:r>
        <w:t>geografické</w:t>
      </w:r>
      <w:proofErr w:type="spellEnd"/>
      <w:r>
        <w:t xml:space="preserve"> </w:t>
      </w:r>
      <w:proofErr w:type="spellStart"/>
      <w:r>
        <w:t>databázy</w:t>
      </w:r>
      <w:proofErr w:type="spellEnd"/>
      <w:r>
        <w:t>.</w:t>
      </w:r>
    </w:p>
    <w:p w14:paraId="74DD31EB" w14:textId="1F932489" w:rsidR="0099189D" w:rsidRDefault="00BF4F7F">
      <w:r>
        <w:t xml:space="preserve">V </w:t>
      </w:r>
      <w:proofErr w:type="spellStart"/>
      <w:r>
        <w:t>predloženom</w:t>
      </w:r>
      <w:proofErr w:type="spellEnd"/>
      <w:r>
        <w:t xml:space="preserve"> TVVP je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zdroj</w:t>
      </w:r>
      <w:proofErr w:type="spellEnd"/>
      <w:r>
        <w:t xml:space="preserve"> </w:t>
      </w:r>
      <w:proofErr w:type="spellStart"/>
      <w:r>
        <w:t>uvedené</w:t>
      </w:r>
      <w:proofErr w:type="spellEnd"/>
      <w:r>
        <w:t xml:space="preserve">: </w:t>
      </w:r>
      <w:proofErr w:type="spellStart"/>
      <w:r>
        <w:t>Tolmáči</w:t>
      </w:r>
      <w:proofErr w:type="spellEnd"/>
      <w:r>
        <w:t xml:space="preserve"> a </w:t>
      </w:r>
      <w:proofErr w:type="spellStart"/>
      <w:r>
        <w:t>kol</w:t>
      </w:r>
      <w:proofErr w:type="spellEnd"/>
      <w:r>
        <w:t xml:space="preserve">.: Geografia </w:t>
      </w:r>
      <w:proofErr w:type="gramStart"/>
      <w:r>
        <w:t>pre 6</w:t>
      </w:r>
      <w:proofErr w:type="gramEnd"/>
      <w:r>
        <w:t xml:space="preserve">. </w:t>
      </w:r>
      <w:proofErr w:type="spellStart"/>
      <w:r>
        <w:t>roč</w:t>
      </w:r>
      <w:proofErr w:type="spellEnd"/>
      <w:r>
        <w:t xml:space="preserve">. ZŠ a 2. </w:t>
      </w:r>
      <w:proofErr w:type="spellStart"/>
      <w:r>
        <w:t>roč</w:t>
      </w:r>
      <w:proofErr w:type="spellEnd"/>
      <w:r>
        <w:t xml:space="preserve">. </w:t>
      </w:r>
      <w:proofErr w:type="spellStart"/>
      <w:r>
        <w:t>gymnázia</w:t>
      </w:r>
      <w:proofErr w:type="spellEnd"/>
      <w:r>
        <w:t xml:space="preserve"> s </w:t>
      </w:r>
      <w:proofErr w:type="spellStart"/>
      <w:r>
        <w:t>osemročným</w:t>
      </w:r>
      <w:proofErr w:type="spellEnd"/>
      <w:r>
        <w:t xml:space="preserve"> </w:t>
      </w:r>
      <w:proofErr w:type="spellStart"/>
      <w:r>
        <w:t>štúdiom</w:t>
      </w:r>
      <w:proofErr w:type="spellEnd"/>
      <w:r>
        <w:t xml:space="preserve">. </w:t>
      </w:r>
    </w:p>
    <w:p w14:paraId="64D0FAD5" w14:textId="77777777" w:rsidR="0099189D" w:rsidRDefault="00BF4F7F">
      <w:pPr>
        <w:pStyle w:val="Nadpis1"/>
      </w:pPr>
      <w:r>
        <w:rPr>
          <w:rFonts w:ascii="Arial" w:hAnsi="Arial"/>
        </w:rPr>
        <w:t xml:space="preserve">14. </w:t>
      </w:r>
      <w:proofErr w:type="spellStart"/>
      <w:r>
        <w:rPr>
          <w:rFonts w:ascii="Arial" w:hAnsi="Arial"/>
        </w:rPr>
        <w:t>Väzba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</w:t>
      </w:r>
      <w:proofErr w:type="spellEnd"/>
      <w:r>
        <w:rPr>
          <w:rFonts w:ascii="Arial" w:hAnsi="Arial"/>
        </w:rPr>
        <w:t xml:space="preserve"> ŠVP, </w:t>
      </w:r>
      <w:proofErr w:type="spellStart"/>
      <w:r>
        <w:rPr>
          <w:rFonts w:ascii="Arial" w:hAnsi="Arial"/>
        </w:rPr>
        <w:t>vzdelávací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štandard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kontrola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plnenia</w:t>
      </w:r>
      <w:proofErr w:type="spellEnd"/>
    </w:p>
    <w:p w14:paraId="40339DF6" w14:textId="779F9EB2" w:rsidR="0099189D" w:rsidRDefault="00BF4F7F">
      <w:pPr>
        <w:pStyle w:val="Zoznamsodrkami"/>
        <w:spacing w:after="20"/>
      </w:pPr>
      <w:proofErr w:type="spellStart"/>
      <w:r>
        <w:t>Obsah</w:t>
      </w:r>
      <w:proofErr w:type="spellEnd"/>
      <w:r>
        <w:t xml:space="preserve"> 9. </w:t>
      </w:r>
      <w:proofErr w:type="spellStart"/>
      <w:r>
        <w:t>ročníka</w:t>
      </w:r>
      <w:proofErr w:type="spellEnd"/>
      <w:r>
        <w:t xml:space="preserve"> je </w:t>
      </w:r>
      <w:proofErr w:type="spellStart"/>
      <w:r>
        <w:t>zosúladený</w:t>
      </w:r>
      <w:proofErr w:type="spellEnd"/>
      <w:r>
        <w:t xml:space="preserve"> s </w:t>
      </w:r>
      <w:proofErr w:type="spellStart"/>
      <w:r>
        <w:t>aktuálnym</w:t>
      </w:r>
      <w:proofErr w:type="spellEnd"/>
      <w:r>
        <w:t xml:space="preserve"> </w:t>
      </w:r>
      <w:proofErr w:type="spellStart"/>
      <w:r>
        <w:t>štandardom</w:t>
      </w:r>
      <w:proofErr w:type="spellEnd"/>
      <w:r>
        <w:t xml:space="preserve"> </w:t>
      </w:r>
      <w:proofErr w:type="spellStart"/>
      <w:r>
        <w:t>geografie</w:t>
      </w:r>
      <w:proofErr w:type="spellEnd"/>
      <w:r>
        <w:t xml:space="preserve"> pre </w:t>
      </w:r>
      <w:proofErr w:type="spellStart"/>
      <w:r>
        <w:t>nižšie</w:t>
      </w:r>
      <w:proofErr w:type="spellEnd"/>
      <w:r>
        <w:t xml:space="preserve"> </w:t>
      </w:r>
      <w:proofErr w:type="spellStart"/>
      <w:r>
        <w:t>stredné</w:t>
      </w:r>
      <w:proofErr w:type="spellEnd"/>
      <w:r>
        <w:t xml:space="preserve"> </w:t>
      </w:r>
      <w:proofErr w:type="spellStart"/>
      <w:r>
        <w:t>vzdelávanie</w:t>
      </w:r>
      <w:proofErr w:type="spellEnd"/>
      <w:r>
        <w:t xml:space="preserve">, </w:t>
      </w:r>
      <w:proofErr w:type="spellStart"/>
      <w:r>
        <w:t>najmä</w:t>
      </w:r>
      <w:proofErr w:type="spellEnd"/>
      <w:r>
        <w:t xml:space="preserve"> s </w:t>
      </w:r>
      <w:proofErr w:type="spellStart"/>
      <w:r>
        <w:t>tematickými</w:t>
      </w:r>
      <w:proofErr w:type="spellEnd"/>
      <w:r>
        <w:t xml:space="preserve"> </w:t>
      </w:r>
      <w:proofErr w:type="spellStart"/>
      <w:r>
        <w:t>celkami</w:t>
      </w:r>
      <w:proofErr w:type="spellEnd"/>
      <w:r>
        <w:t xml:space="preserve"> </w:t>
      </w:r>
      <w:proofErr w:type="spellStart"/>
      <w:r>
        <w:t>Austrália</w:t>
      </w:r>
      <w:proofErr w:type="spellEnd"/>
      <w:r>
        <w:t xml:space="preserve"> a </w:t>
      </w:r>
      <w:proofErr w:type="spellStart"/>
      <w:r>
        <w:t>Oceánia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Amerika – </w:t>
      </w:r>
      <w:proofErr w:type="spellStart"/>
      <w:r>
        <w:t>Nový</w:t>
      </w:r>
      <w:proofErr w:type="spellEnd"/>
      <w:r>
        <w:t xml:space="preserve"> </w:t>
      </w:r>
      <w:proofErr w:type="spellStart"/>
      <w:r>
        <w:t>svet</w:t>
      </w:r>
      <w:proofErr w:type="spellEnd"/>
      <w:r>
        <w:t xml:space="preserve">. </w:t>
      </w:r>
    </w:p>
    <w:p w14:paraId="173FC561" w14:textId="77777777" w:rsidR="0099189D" w:rsidRDefault="00BF4F7F">
      <w:pPr>
        <w:pStyle w:val="Zoznamsodrkami"/>
        <w:spacing w:after="20"/>
      </w:pPr>
      <w:r>
        <w:t xml:space="preserve">Do </w:t>
      </w:r>
      <w:proofErr w:type="spellStart"/>
      <w:r>
        <w:t>plánu</w:t>
      </w:r>
      <w:proofErr w:type="spellEnd"/>
      <w:r>
        <w:t xml:space="preserve"> je </w:t>
      </w:r>
      <w:proofErr w:type="spellStart"/>
      <w:r>
        <w:t>zahrnutá</w:t>
      </w:r>
      <w:proofErr w:type="spellEnd"/>
      <w:r>
        <w:t xml:space="preserve"> </w:t>
      </w:r>
      <w:proofErr w:type="spellStart"/>
      <w:r>
        <w:t>práca</w:t>
      </w:r>
      <w:proofErr w:type="spellEnd"/>
      <w:r>
        <w:t xml:space="preserve"> s mapou, </w:t>
      </w:r>
      <w:proofErr w:type="spellStart"/>
      <w:r>
        <w:t>digitálnymi</w:t>
      </w:r>
      <w:proofErr w:type="spellEnd"/>
      <w:r>
        <w:t xml:space="preserve"> </w:t>
      </w:r>
      <w:proofErr w:type="spellStart"/>
      <w:r>
        <w:t>mapami</w:t>
      </w:r>
      <w:proofErr w:type="spellEnd"/>
      <w:r>
        <w:t xml:space="preserve"> a GPS, </w:t>
      </w:r>
      <w:proofErr w:type="spellStart"/>
      <w:r>
        <w:t>ktorá</w:t>
      </w:r>
      <w:proofErr w:type="spellEnd"/>
      <w:r>
        <w:t xml:space="preserve"> </w:t>
      </w:r>
      <w:proofErr w:type="spellStart"/>
      <w:r>
        <w:t>patrí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</w:t>
      </w:r>
      <w:proofErr w:type="spellStart"/>
      <w:r>
        <w:t>základné</w:t>
      </w:r>
      <w:proofErr w:type="spellEnd"/>
      <w:r>
        <w:t xml:space="preserve"> </w:t>
      </w:r>
      <w:proofErr w:type="spellStart"/>
      <w:r>
        <w:t>geografické</w:t>
      </w:r>
      <w:proofErr w:type="spellEnd"/>
      <w:r>
        <w:t xml:space="preserve"> </w:t>
      </w:r>
      <w:proofErr w:type="spellStart"/>
      <w:r>
        <w:t>zručnosti</w:t>
      </w:r>
      <w:proofErr w:type="spellEnd"/>
      <w:r>
        <w:t>.</w:t>
      </w:r>
    </w:p>
    <w:p w14:paraId="0483DA02" w14:textId="77777777" w:rsidR="0099189D" w:rsidRDefault="00BF4F7F">
      <w:pPr>
        <w:pStyle w:val="Zoznamsodrkami"/>
        <w:spacing w:after="20"/>
      </w:pPr>
      <w:proofErr w:type="spellStart"/>
      <w:r>
        <w:lastRenderedPageBreak/>
        <w:t>Výkonové</w:t>
      </w:r>
      <w:proofErr w:type="spellEnd"/>
      <w:r>
        <w:t xml:space="preserve"> </w:t>
      </w:r>
      <w:proofErr w:type="spellStart"/>
      <w:r>
        <w:t>požiadavky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</w:t>
      </w:r>
      <w:proofErr w:type="spellStart"/>
      <w:r>
        <w:t>formulované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pozorovateľné</w:t>
      </w:r>
      <w:proofErr w:type="spellEnd"/>
      <w:r>
        <w:t xml:space="preserve"> </w:t>
      </w:r>
      <w:proofErr w:type="spellStart"/>
      <w:r>
        <w:t>činnosti</w:t>
      </w:r>
      <w:proofErr w:type="spellEnd"/>
      <w:r>
        <w:t xml:space="preserve"> </w:t>
      </w:r>
      <w:proofErr w:type="spellStart"/>
      <w:r>
        <w:t>žiaka</w:t>
      </w:r>
      <w:proofErr w:type="spellEnd"/>
      <w:r>
        <w:t xml:space="preserve">: </w:t>
      </w:r>
      <w:proofErr w:type="spellStart"/>
      <w:r>
        <w:t>určí</w:t>
      </w:r>
      <w:proofErr w:type="spellEnd"/>
      <w:r>
        <w:t xml:space="preserve">, </w:t>
      </w:r>
      <w:proofErr w:type="spellStart"/>
      <w:r>
        <w:t>ukáže</w:t>
      </w:r>
      <w:proofErr w:type="spellEnd"/>
      <w:r>
        <w:t xml:space="preserve">, </w:t>
      </w:r>
      <w:proofErr w:type="spellStart"/>
      <w:r>
        <w:t>opíše</w:t>
      </w:r>
      <w:proofErr w:type="spellEnd"/>
      <w:r>
        <w:t xml:space="preserve">, </w:t>
      </w:r>
      <w:proofErr w:type="spellStart"/>
      <w:r>
        <w:t>vysvetlí</w:t>
      </w:r>
      <w:proofErr w:type="spellEnd"/>
      <w:r>
        <w:t xml:space="preserve">, </w:t>
      </w:r>
      <w:proofErr w:type="spellStart"/>
      <w:r>
        <w:t>porovná</w:t>
      </w:r>
      <w:proofErr w:type="spellEnd"/>
      <w:r>
        <w:t xml:space="preserve">, </w:t>
      </w:r>
      <w:proofErr w:type="spellStart"/>
      <w:r>
        <w:t>charakterizuje</w:t>
      </w:r>
      <w:proofErr w:type="spellEnd"/>
      <w:r>
        <w:t xml:space="preserve">, </w:t>
      </w:r>
      <w:proofErr w:type="spellStart"/>
      <w:r>
        <w:t>aplikuje</w:t>
      </w:r>
      <w:proofErr w:type="spellEnd"/>
      <w:r>
        <w:t xml:space="preserve"> a </w:t>
      </w:r>
      <w:proofErr w:type="spellStart"/>
      <w:r>
        <w:t>prezentuje</w:t>
      </w:r>
      <w:proofErr w:type="spellEnd"/>
      <w:r>
        <w:t>.</w:t>
      </w:r>
    </w:p>
    <w:p w14:paraId="514F21F1" w14:textId="77777777" w:rsidR="0099189D" w:rsidRDefault="00BF4F7F">
      <w:pPr>
        <w:pStyle w:val="Zoznamsodrkami"/>
        <w:spacing w:after="20"/>
      </w:pPr>
      <w:proofErr w:type="spellStart"/>
      <w:r>
        <w:t>Pri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je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t>jednotlivé</w:t>
      </w:r>
      <w:proofErr w:type="spellEnd"/>
      <w:r>
        <w:t xml:space="preserve"> </w:t>
      </w:r>
      <w:proofErr w:type="spellStart"/>
      <w:r>
        <w:t>hodiny</w:t>
      </w:r>
      <w:proofErr w:type="spellEnd"/>
      <w:r>
        <w:t xml:space="preserve"> </w:t>
      </w:r>
      <w:proofErr w:type="spellStart"/>
      <w:r>
        <w:t>priradiť</w:t>
      </w:r>
      <w:proofErr w:type="spellEnd"/>
      <w:r>
        <w:t xml:space="preserve"> k </w:t>
      </w:r>
      <w:proofErr w:type="spellStart"/>
      <w:r>
        <w:t>príslušnému</w:t>
      </w:r>
      <w:proofErr w:type="spellEnd"/>
      <w:r>
        <w:t xml:space="preserve"> </w:t>
      </w:r>
      <w:proofErr w:type="spellStart"/>
      <w:r>
        <w:t>obsahovému</w:t>
      </w:r>
      <w:proofErr w:type="spellEnd"/>
      <w:r>
        <w:t xml:space="preserve"> a </w:t>
      </w:r>
      <w:proofErr w:type="spellStart"/>
      <w:r>
        <w:t>výkonovému</w:t>
      </w:r>
      <w:proofErr w:type="spellEnd"/>
      <w:r>
        <w:t xml:space="preserve"> </w:t>
      </w:r>
      <w:proofErr w:type="spellStart"/>
      <w:r>
        <w:t>štandardu</w:t>
      </w:r>
      <w:proofErr w:type="spellEnd"/>
      <w:r>
        <w:t xml:space="preserve"> v </w:t>
      </w:r>
      <w:proofErr w:type="spellStart"/>
      <w:r>
        <w:t>tabuľke</w:t>
      </w:r>
      <w:proofErr w:type="spellEnd"/>
      <w:r>
        <w:t xml:space="preserve"> č. 6.</w:t>
      </w:r>
    </w:p>
    <w:p w14:paraId="63D602A0" w14:textId="513EF73C" w:rsidR="0099189D" w:rsidRDefault="00BF4F7F">
      <w:pPr>
        <w:pStyle w:val="Zoznamsodrkami"/>
        <w:spacing w:after="20"/>
      </w:pPr>
      <w:r>
        <w:t xml:space="preserve">AI </w:t>
      </w:r>
      <w:proofErr w:type="spellStart"/>
      <w:r>
        <w:t>gramotnosť</w:t>
      </w:r>
      <w:proofErr w:type="spellEnd"/>
      <w:r>
        <w:t xml:space="preserve"> je </w:t>
      </w:r>
      <w:proofErr w:type="spellStart"/>
      <w:r>
        <w:t>zapracovaná</w:t>
      </w:r>
      <w:proofErr w:type="spellEnd"/>
      <w:r>
        <w:t xml:space="preserve"> v </w:t>
      </w:r>
      <w:proofErr w:type="spellStart"/>
      <w:r>
        <w:t>súlade</w:t>
      </w:r>
      <w:proofErr w:type="spellEnd"/>
      <w:r>
        <w:t xml:space="preserve"> s </w:t>
      </w:r>
      <w:proofErr w:type="spellStart"/>
      <w:r>
        <w:t>dodatkom</w:t>
      </w:r>
      <w:proofErr w:type="spellEnd"/>
      <w:r>
        <w:t xml:space="preserve"> k ŠVP </w:t>
      </w:r>
      <w:proofErr w:type="spellStart"/>
      <w:r>
        <w:t>účinným</w:t>
      </w:r>
      <w:proofErr w:type="spellEnd"/>
      <w:r>
        <w:t xml:space="preserve"> od 1. </w:t>
      </w:r>
      <w:proofErr w:type="spellStart"/>
      <w:r>
        <w:t>marca</w:t>
      </w:r>
      <w:proofErr w:type="spellEnd"/>
      <w:r>
        <w:t xml:space="preserve"> 2026. </w:t>
      </w:r>
    </w:p>
    <w:p w14:paraId="242F996E" w14:textId="77777777" w:rsidR="0099189D" w:rsidRDefault="00BF4F7F">
      <w:pPr>
        <w:pStyle w:val="Nadpis1"/>
      </w:pPr>
      <w:r>
        <w:rPr>
          <w:rFonts w:ascii="Arial" w:hAnsi="Arial"/>
        </w:rPr>
        <w:t xml:space="preserve">15. </w:t>
      </w:r>
      <w:proofErr w:type="spellStart"/>
      <w:r>
        <w:rPr>
          <w:rFonts w:ascii="Arial" w:hAnsi="Arial"/>
        </w:rPr>
        <w:t>Legislatívne</w:t>
      </w:r>
      <w:proofErr w:type="spellEnd"/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a</w:t>
      </w:r>
      <w:proofErr w:type="gram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odborné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východiská</w:t>
      </w:r>
      <w:proofErr w:type="spellEnd"/>
    </w:p>
    <w:p w14:paraId="511DDA9D" w14:textId="652CE50C" w:rsidR="0099189D" w:rsidRDefault="00BF4F7F">
      <w:pPr>
        <w:pStyle w:val="Zoznamsodrkami"/>
        <w:spacing w:after="20"/>
      </w:pPr>
      <w:proofErr w:type="spellStart"/>
      <w:r>
        <w:t>Štátny</w:t>
      </w:r>
      <w:proofErr w:type="spellEnd"/>
      <w:r>
        <w:t xml:space="preserve"> </w:t>
      </w:r>
      <w:proofErr w:type="spellStart"/>
      <w:r>
        <w:t>vzdelávací</w:t>
      </w:r>
      <w:proofErr w:type="spellEnd"/>
      <w:r>
        <w:t xml:space="preserve"> program pre </w:t>
      </w:r>
      <w:proofErr w:type="spellStart"/>
      <w:r>
        <w:t>nižšie</w:t>
      </w:r>
      <w:proofErr w:type="spellEnd"/>
      <w:r>
        <w:t xml:space="preserve"> </w:t>
      </w:r>
      <w:proofErr w:type="spellStart"/>
      <w:r>
        <w:t>stredné</w:t>
      </w:r>
      <w:proofErr w:type="spellEnd"/>
      <w:r>
        <w:t xml:space="preserve"> </w:t>
      </w:r>
      <w:proofErr w:type="spellStart"/>
      <w:r>
        <w:t>vzdelávanie</w:t>
      </w:r>
      <w:proofErr w:type="spellEnd"/>
      <w:r>
        <w:t xml:space="preserve"> – </w:t>
      </w:r>
      <w:proofErr w:type="spellStart"/>
      <w:r>
        <w:t>konsolidované</w:t>
      </w:r>
      <w:proofErr w:type="spellEnd"/>
      <w:r>
        <w:t xml:space="preserve"> </w:t>
      </w:r>
      <w:proofErr w:type="spellStart"/>
      <w:r>
        <w:t>znenie</w:t>
      </w:r>
      <w:proofErr w:type="spellEnd"/>
      <w:r>
        <w:t xml:space="preserve"> 2026, </w:t>
      </w:r>
      <w:proofErr w:type="spellStart"/>
      <w:r>
        <w:t>Ministerstvo</w:t>
      </w:r>
      <w:proofErr w:type="spellEnd"/>
      <w:r>
        <w:t xml:space="preserve"> </w:t>
      </w:r>
      <w:proofErr w:type="spellStart"/>
      <w:r>
        <w:t>školstva</w:t>
      </w:r>
      <w:proofErr w:type="spellEnd"/>
      <w:r>
        <w:t xml:space="preserve"> SR. </w:t>
      </w:r>
    </w:p>
    <w:p w14:paraId="0158A815" w14:textId="04E87714" w:rsidR="0099189D" w:rsidRDefault="00BF4F7F">
      <w:pPr>
        <w:pStyle w:val="Zoznamsodrkami"/>
        <w:spacing w:after="20"/>
      </w:pPr>
      <w:proofErr w:type="spellStart"/>
      <w:r>
        <w:t>Aktuálny</w:t>
      </w:r>
      <w:proofErr w:type="spellEnd"/>
      <w:r>
        <w:t xml:space="preserve"> </w:t>
      </w:r>
      <w:proofErr w:type="spellStart"/>
      <w:r>
        <w:t>vzdelávací</w:t>
      </w:r>
      <w:proofErr w:type="spellEnd"/>
      <w:r>
        <w:t xml:space="preserve"> </w:t>
      </w:r>
      <w:proofErr w:type="spellStart"/>
      <w:r>
        <w:t>štandard</w:t>
      </w:r>
      <w:proofErr w:type="spellEnd"/>
      <w:r>
        <w:t xml:space="preserve"> Geografia – </w:t>
      </w:r>
      <w:proofErr w:type="spellStart"/>
      <w:r>
        <w:t>nižšie</w:t>
      </w:r>
      <w:proofErr w:type="spellEnd"/>
      <w:r>
        <w:t xml:space="preserve"> </w:t>
      </w:r>
      <w:proofErr w:type="spellStart"/>
      <w:r>
        <w:t>stredné</w:t>
      </w:r>
      <w:proofErr w:type="spellEnd"/>
      <w:r>
        <w:t xml:space="preserve"> </w:t>
      </w:r>
      <w:proofErr w:type="spellStart"/>
      <w:r>
        <w:t>vzdelávanie</w:t>
      </w:r>
      <w:proofErr w:type="spellEnd"/>
      <w:r>
        <w:t xml:space="preserve">. </w:t>
      </w:r>
    </w:p>
    <w:p w14:paraId="4134E873" w14:textId="02469E55" w:rsidR="0099189D" w:rsidRDefault="00BF4F7F">
      <w:pPr>
        <w:pStyle w:val="Zoznamsodrkami"/>
        <w:spacing w:after="20"/>
      </w:pPr>
      <w:proofErr w:type="spellStart"/>
      <w:r>
        <w:t>Usmernenie</w:t>
      </w:r>
      <w:proofErr w:type="spellEnd"/>
      <w:r>
        <w:t xml:space="preserve"> pre </w:t>
      </w:r>
      <w:proofErr w:type="spellStart"/>
      <w:r>
        <w:t>základné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k </w:t>
      </w:r>
      <w:proofErr w:type="spellStart"/>
      <w:r>
        <w:t>postupu</w:t>
      </w:r>
      <w:proofErr w:type="spellEnd"/>
      <w:r>
        <w:t xml:space="preserve"> </w:t>
      </w:r>
      <w:proofErr w:type="spellStart"/>
      <w:r>
        <w:t>prípravy</w:t>
      </w:r>
      <w:proofErr w:type="spellEnd"/>
      <w:r>
        <w:t xml:space="preserve"> a </w:t>
      </w:r>
      <w:proofErr w:type="spellStart"/>
      <w:r>
        <w:t>revízie</w:t>
      </w:r>
      <w:proofErr w:type="spellEnd"/>
      <w:r>
        <w:t xml:space="preserve"> </w:t>
      </w:r>
      <w:proofErr w:type="spellStart"/>
      <w:r>
        <w:t>školských</w:t>
      </w:r>
      <w:proofErr w:type="spellEnd"/>
      <w:r>
        <w:t xml:space="preserve"> </w:t>
      </w:r>
      <w:proofErr w:type="spellStart"/>
      <w:r>
        <w:t>vzdelávacích</w:t>
      </w:r>
      <w:proofErr w:type="spellEnd"/>
      <w:r>
        <w:t xml:space="preserve"> </w:t>
      </w:r>
      <w:proofErr w:type="spellStart"/>
      <w:r>
        <w:t>programov</w:t>
      </w:r>
      <w:proofErr w:type="spellEnd"/>
      <w:r>
        <w:t xml:space="preserve">, </w:t>
      </w:r>
      <w:proofErr w:type="spellStart"/>
      <w:r>
        <w:t>aktualizované</w:t>
      </w:r>
      <w:proofErr w:type="spellEnd"/>
      <w:r>
        <w:t xml:space="preserve"> 24. 6. 2026. </w:t>
      </w:r>
    </w:p>
    <w:p w14:paraId="25C64DCF" w14:textId="41981411" w:rsidR="0099189D" w:rsidRDefault="00BF4F7F">
      <w:pPr>
        <w:pStyle w:val="Zoznamsodrkami"/>
        <w:spacing w:after="20"/>
      </w:pPr>
      <w:proofErr w:type="spellStart"/>
      <w:r>
        <w:t>Dodatok</w:t>
      </w:r>
      <w:proofErr w:type="spellEnd"/>
      <w:r>
        <w:t xml:space="preserve"> č. 17 k ŠVP – AI </w:t>
      </w:r>
      <w:proofErr w:type="spellStart"/>
      <w:r>
        <w:t>gramotnosť</w:t>
      </w:r>
      <w:proofErr w:type="spellEnd"/>
      <w:r>
        <w:t xml:space="preserve">, </w:t>
      </w:r>
      <w:proofErr w:type="spellStart"/>
      <w:r>
        <w:t>účinnosť</w:t>
      </w:r>
      <w:proofErr w:type="spellEnd"/>
      <w:r>
        <w:t xml:space="preserve"> od 1. 3. 2026. </w:t>
      </w:r>
    </w:p>
    <w:p w14:paraId="43A3CED2" w14:textId="065BF2B3" w:rsidR="0099189D" w:rsidRDefault="00BF4F7F">
      <w:pPr>
        <w:pStyle w:val="Zoznamsodrkami"/>
        <w:spacing w:after="20"/>
      </w:pPr>
      <w:proofErr w:type="spellStart"/>
      <w:r>
        <w:t>Pravidlá</w:t>
      </w:r>
      <w:proofErr w:type="spellEnd"/>
      <w:r>
        <w:t xml:space="preserve"> </w:t>
      </w:r>
      <w:proofErr w:type="spellStart"/>
      <w:r>
        <w:t>súhrnného</w:t>
      </w:r>
      <w:proofErr w:type="spellEnd"/>
      <w:r>
        <w:t xml:space="preserve"> </w:t>
      </w:r>
      <w:proofErr w:type="spellStart"/>
      <w:r>
        <w:t>hodnotenia</w:t>
      </w:r>
      <w:proofErr w:type="spellEnd"/>
      <w:r>
        <w:t xml:space="preserve"> </w:t>
      </w:r>
      <w:proofErr w:type="spellStart"/>
      <w:r>
        <w:t>predmetov</w:t>
      </w:r>
      <w:proofErr w:type="spellEnd"/>
      <w:r>
        <w:t xml:space="preserve"> v </w:t>
      </w:r>
      <w:proofErr w:type="spellStart"/>
      <w:r>
        <w:t>školských</w:t>
      </w:r>
      <w:proofErr w:type="spellEnd"/>
      <w:r>
        <w:t xml:space="preserve"> </w:t>
      </w:r>
      <w:proofErr w:type="spellStart"/>
      <w:r>
        <w:t>rokoch</w:t>
      </w:r>
      <w:proofErr w:type="spellEnd"/>
      <w:r>
        <w:t xml:space="preserve"> 2026/2027 </w:t>
      </w:r>
    </w:p>
    <w:p w14:paraId="7E423935" w14:textId="77777777" w:rsidR="0099189D" w:rsidRDefault="00BF4F7F">
      <w:pPr>
        <w:pStyle w:val="Nadpis1"/>
      </w:pPr>
      <w:r>
        <w:rPr>
          <w:rFonts w:ascii="Arial" w:hAnsi="Arial"/>
        </w:rPr>
        <w:t xml:space="preserve">16. </w:t>
      </w:r>
      <w:proofErr w:type="spellStart"/>
      <w:r>
        <w:rPr>
          <w:rFonts w:ascii="Arial" w:hAnsi="Arial"/>
        </w:rPr>
        <w:t>Schválenie</w:t>
      </w:r>
      <w:proofErr w:type="spellEnd"/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a</w:t>
      </w:r>
      <w:proofErr w:type="gram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evidencia</w:t>
      </w:r>
      <w:proofErr w:type="spellEnd"/>
    </w:p>
    <w:p w14:paraId="4D99AE2C" w14:textId="77777777" w:rsidR="0099189D" w:rsidRDefault="00BF4F7F">
      <w:proofErr w:type="spellStart"/>
      <w:r>
        <w:t>Dokument</w:t>
      </w:r>
      <w:proofErr w:type="spellEnd"/>
      <w:r>
        <w:t xml:space="preserve"> je </w:t>
      </w:r>
      <w:proofErr w:type="spellStart"/>
      <w:r>
        <w:t>určený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predmetový</w:t>
      </w:r>
      <w:proofErr w:type="spellEnd"/>
      <w:r>
        <w:t xml:space="preserve"> </w:t>
      </w:r>
      <w:proofErr w:type="spellStart"/>
      <w:r>
        <w:t>podklad</w:t>
      </w:r>
      <w:proofErr w:type="spellEnd"/>
      <w:r>
        <w:t xml:space="preserve"> pre </w:t>
      </w:r>
      <w:proofErr w:type="spellStart"/>
      <w:r>
        <w:t>realizáciu</w:t>
      </w:r>
      <w:proofErr w:type="spellEnd"/>
      <w:r>
        <w:t xml:space="preserve"> </w:t>
      </w:r>
      <w:proofErr w:type="spellStart"/>
      <w:r>
        <w:t>vyučovania</w:t>
      </w:r>
      <w:proofErr w:type="spellEnd"/>
      <w:r>
        <w:t xml:space="preserve"> </w:t>
      </w:r>
      <w:proofErr w:type="spellStart"/>
      <w:r>
        <w:t>geografie</w:t>
      </w:r>
      <w:proofErr w:type="spellEnd"/>
      <w:r>
        <w:t xml:space="preserve"> v 9. </w:t>
      </w:r>
      <w:proofErr w:type="spellStart"/>
      <w:r>
        <w:t>ročníku</w:t>
      </w:r>
      <w:proofErr w:type="spellEnd"/>
      <w:r>
        <w:t xml:space="preserve">.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používanie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riadi</w:t>
      </w:r>
      <w:proofErr w:type="spellEnd"/>
      <w:r>
        <w:t xml:space="preserve"> </w:t>
      </w:r>
      <w:proofErr w:type="spellStart"/>
      <w:r>
        <w:t>aktuálnym</w:t>
      </w:r>
      <w:proofErr w:type="spellEnd"/>
      <w:r>
        <w:t xml:space="preserve"> </w:t>
      </w:r>
      <w:proofErr w:type="spellStart"/>
      <w:r>
        <w:t>školským</w:t>
      </w:r>
      <w:proofErr w:type="spellEnd"/>
      <w:r>
        <w:t xml:space="preserve"> </w:t>
      </w:r>
      <w:proofErr w:type="spellStart"/>
      <w:r>
        <w:t>vzdelávacím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a </w:t>
      </w:r>
      <w:proofErr w:type="spellStart"/>
      <w:r>
        <w:t>vnútornými</w:t>
      </w:r>
      <w:proofErr w:type="spellEnd"/>
      <w:r>
        <w:t xml:space="preserve"> </w:t>
      </w:r>
      <w:proofErr w:type="spellStart"/>
      <w:r>
        <w:t>pravidlami</w:t>
      </w:r>
      <w:proofErr w:type="spellEnd"/>
      <w:r>
        <w:t xml:space="preserve"> </w:t>
      </w:r>
      <w:proofErr w:type="spellStart"/>
      <w:r>
        <w:t>hodnotenia</w:t>
      </w:r>
      <w:proofErr w:type="spellEnd"/>
      <w:r>
        <w:t>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13"/>
        <w:gridCol w:w="5213"/>
      </w:tblGrid>
      <w:tr w:rsidR="0099189D" w14:paraId="42E8FC8D" w14:textId="77777777">
        <w:trPr>
          <w:tblHeader/>
        </w:trPr>
        <w:tc>
          <w:tcPr>
            <w:tcW w:w="5213" w:type="dxa"/>
            <w:vAlign w:val="center"/>
          </w:tcPr>
          <w:p w14:paraId="1BBBBB02" w14:textId="77777777" w:rsidR="0099189D" w:rsidRDefault="00BF4F7F">
            <w:proofErr w:type="spellStart"/>
            <w:r>
              <w:rPr>
                <w:b/>
                <w:sz w:val="16"/>
              </w:rPr>
              <w:t>Vypracoval</w:t>
            </w:r>
            <w:proofErr w:type="spellEnd"/>
            <w:r>
              <w:rPr>
                <w:b/>
                <w:sz w:val="16"/>
              </w:rPr>
              <w:t>/a</w:t>
            </w:r>
          </w:p>
        </w:tc>
        <w:tc>
          <w:tcPr>
            <w:tcW w:w="5213" w:type="dxa"/>
            <w:vAlign w:val="center"/>
          </w:tcPr>
          <w:p w14:paraId="0C01FA38" w14:textId="77777777" w:rsidR="0099189D" w:rsidRDefault="00BF4F7F">
            <w:r>
              <w:rPr>
                <w:sz w:val="16"/>
              </w:rPr>
              <w:t>........................................................</w:t>
            </w:r>
          </w:p>
        </w:tc>
      </w:tr>
      <w:tr w:rsidR="0099189D" w14:paraId="64022F77" w14:textId="77777777">
        <w:tc>
          <w:tcPr>
            <w:tcW w:w="5213" w:type="dxa"/>
            <w:vAlign w:val="center"/>
          </w:tcPr>
          <w:p w14:paraId="7F2D8EA0" w14:textId="77777777" w:rsidR="0099189D" w:rsidRDefault="00BF4F7F">
            <w:proofErr w:type="spellStart"/>
            <w:r>
              <w:rPr>
                <w:b/>
                <w:sz w:val="16"/>
              </w:rPr>
              <w:t>Dátum</w:t>
            </w:r>
            <w:proofErr w:type="spellEnd"/>
          </w:p>
        </w:tc>
        <w:tc>
          <w:tcPr>
            <w:tcW w:w="5213" w:type="dxa"/>
            <w:vAlign w:val="center"/>
          </w:tcPr>
          <w:p w14:paraId="11C5956D" w14:textId="77777777" w:rsidR="0099189D" w:rsidRDefault="00BF4F7F">
            <w:r>
              <w:rPr>
                <w:sz w:val="16"/>
              </w:rPr>
              <w:t>........................................................</w:t>
            </w:r>
          </w:p>
        </w:tc>
      </w:tr>
      <w:tr w:rsidR="0099189D" w14:paraId="7A367491" w14:textId="77777777">
        <w:tc>
          <w:tcPr>
            <w:tcW w:w="5213" w:type="dxa"/>
            <w:vAlign w:val="center"/>
          </w:tcPr>
          <w:p w14:paraId="42E3E343" w14:textId="77777777" w:rsidR="0099189D" w:rsidRDefault="00BF4F7F">
            <w:proofErr w:type="spellStart"/>
            <w:r>
              <w:rPr>
                <w:b/>
                <w:sz w:val="16"/>
              </w:rPr>
              <w:t>Prerokované</w:t>
            </w:r>
            <w:proofErr w:type="spellEnd"/>
            <w:r>
              <w:rPr>
                <w:b/>
                <w:sz w:val="16"/>
              </w:rPr>
              <w:t xml:space="preserve"> v </w:t>
            </w:r>
            <w:proofErr w:type="spellStart"/>
            <w:r>
              <w:rPr>
                <w:b/>
                <w:sz w:val="16"/>
              </w:rPr>
              <w:t>pedagogickej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rade</w:t>
            </w:r>
            <w:proofErr w:type="spellEnd"/>
          </w:p>
        </w:tc>
        <w:tc>
          <w:tcPr>
            <w:tcW w:w="5213" w:type="dxa"/>
            <w:vAlign w:val="center"/>
          </w:tcPr>
          <w:p w14:paraId="3B9264EC" w14:textId="77777777" w:rsidR="0099189D" w:rsidRDefault="00BF4F7F">
            <w:r>
              <w:rPr>
                <w:sz w:val="16"/>
              </w:rPr>
              <w:t>........................................................</w:t>
            </w:r>
          </w:p>
        </w:tc>
      </w:tr>
      <w:tr w:rsidR="0099189D" w14:paraId="4FF07F18" w14:textId="77777777">
        <w:tc>
          <w:tcPr>
            <w:tcW w:w="5213" w:type="dxa"/>
            <w:vAlign w:val="center"/>
          </w:tcPr>
          <w:p w14:paraId="1622DFC8" w14:textId="77777777" w:rsidR="0099189D" w:rsidRDefault="00BF4F7F">
            <w:proofErr w:type="spellStart"/>
            <w:r>
              <w:rPr>
                <w:b/>
                <w:sz w:val="16"/>
              </w:rPr>
              <w:t>Schválil</w:t>
            </w:r>
            <w:proofErr w:type="spellEnd"/>
            <w:r>
              <w:rPr>
                <w:b/>
                <w:sz w:val="16"/>
              </w:rPr>
              <w:t xml:space="preserve">/a </w:t>
            </w:r>
            <w:proofErr w:type="spellStart"/>
            <w:r>
              <w:rPr>
                <w:b/>
                <w:sz w:val="16"/>
              </w:rPr>
              <w:t>riaditeľ</w:t>
            </w:r>
            <w:proofErr w:type="spellEnd"/>
            <w:r>
              <w:rPr>
                <w:b/>
                <w:sz w:val="16"/>
              </w:rPr>
              <w:t xml:space="preserve">/ka </w:t>
            </w:r>
            <w:proofErr w:type="spellStart"/>
            <w:r>
              <w:rPr>
                <w:b/>
                <w:sz w:val="16"/>
              </w:rPr>
              <w:t>školy</w:t>
            </w:r>
            <w:proofErr w:type="spellEnd"/>
          </w:p>
        </w:tc>
        <w:tc>
          <w:tcPr>
            <w:tcW w:w="5213" w:type="dxa"/>
            <w:vAlign w:val="center"/>
          </w:tcPr>
          <w:p w14:paraId="52EFADEF" w14:textId="77777777" w:rsidR="0099189D" w:rsidRDefault="00BF4F7F">
            <w:r>
              <w:rPr>
                <w:sz w:val="16"/>
              </w:rPr>
              <w:t>........................................................</w:t>
            </w:r>
          </w:p>
        </w:tc>
      </w:tr>
    </w:tbl>
    <w:p w14:paraId="58488A51" w14:textId="77777777" w:rsidR="0099189D" w:rsidRDefault="00BF4F7F">
      <w:pPr>
        <w:pStyle w:val="Nadpis1"/>
      </w:pPr>
      <w:r>
        <w:rPr>
          <w:rFonts w:ascii="Arial" w:hAnsi="Arial"/>
        </w:rPr>
        <w:t xml:space="preserve">17. </w:t>
      </w:r>
      <w:proofErr w:type="spellStart"/>
      <w:r>
        <w:rPr>
          <w:rFonts w:ascii="Arial" w:hAnsi="Arial"/>
        </w:rPr>
        <w:t>Zdroje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použité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spracovaní</w:t>
      </w:r>
      <w:proofErr w:type="spellEnd"/>
    </w:p>
    <w:p w14:paraId="00AB818E" w14:textId="77777777" w:rsidR="0099189D" w:rsidRDefault="00BF4F7F">
      <w:pPr>
        <w:pStyle w:val="Zoznamsodrkami"/>
        <w:spacing w:after="20"/>
      </w:pPr>
      <w:proofErr w:type="spellStart"/>
      <w:r>
        <w:t>aktuálny</w:t>
      </w:r>
      <w:proofErr w:type="spellEnd"/>
      <w:r>
        <w:t xml:space="preserve"> ŠVP pre </w:t>
      </w:r>
      <w:proofErr w:type="spellStart"/>
      <w:r>
        <w:t>nižšie</w:t>
      </w:r>
      <w:proofErr w:type="spellEnd"/>
      <w:r>
        <w:t xml:space="preserve"> </w:t>
      </w:r>
      <w:proofErr w:type="spellStart"/>
      <w:r>
        <w:t>stredné</w:t>
      </w:r>
      <w:proofErr w:type="spellEnd"/>
      <w:r>
        <w:t xml:space="preserve"> </w:t>
      </w:r>
      <w:proofErr w:type="spellStart"/>
      <w:r>
        <w:t>vzdelávanie</w:t>
      </w:r>
      <w:proofErr w:type="spellEnd"/>
      <w:r>
        <w:t xml:space="preserve"> – </w:t>
      </w:r>
      <w:proofErr w:type="spellStart"/>
      <w:r>
        <w:t>konsolidované</w:t>
      </w:r>
      <w:proofErr w:type="spellEnd"/>
      <w:r>
        <w:t xml:space="preserve"> </w:t>
      </w:r>
      <w:proofErr w:type="spellStart"/>
      <w:r>
        <w:t>znenie</w:t>
      </w:r>
      <w:proofErr w:type="spellEnd"/>
      <w:r>
        <w:t xml:space="preserve"> 2026;</w:t>
      </w:r>
    </w:p>
    <w:p w14:paraId="4E95E10D" w14:textId="77777777" w:rsidR="0099189D" w:rsidRDefault="00BF4F7F">
      <w:pPr>
        <w:pStyle w:val="Zoznamsodrkami"/>
        <w:spacing w:after="20"/>
      </w:pPr>
      <w:proofErr w:type="spellStart"/>
      <w:r>
        <w:t>aktuálny</w:t>
      </w:r>
      <w:proofErr w:type="spellEnd"/>
      <w:r>
        <w:t xml:space="preserve"> </w:t>
      </w:r>
      <w:proofErr w:type="spellStart"/>
      <w:r>
        <w:t>vzdelávací</w:t>
      </w:r>
      <w:proofErr w:type="spellEnd"/>
      <w:r>
        <w:t xml:space="preserve"> </w:t>
      </w:r>
      <w:proofErr w:type="spellStart"/>
      <w:r>
        <w:t>štandard</w:t>
      </w:r>
      <w:proofErr w:type="spellEnd"/>
      <w:r>
        <w:t xml:space="preserve"> Geografia – </w:t>
      </w:r>
      <w:proofErr w:type="spellStart"/>
      <w:r>
        <w:t>nižšie</w:t>
      </w:r>
      <w:proofErr w:type="spellEnd"/>
      <w:r>
        <w:t xml:space="preserve"> </w:t>
      </w:r>
      <w:proofErr w:type="spellStart"/>
      <w:r>
        <w:t>stredné</w:t>
      </w:r>
      <w:proofErr w:type="spellEnd"/>
      <w:r>
        <w:t xml:space="preserve"> </w:t>
      </w:r>
      <w:proofErr w:type="spellStart"/>
      <w:r>
        <w:t>vzdelávanie</w:t>
      </w:r>
      <w:proofErr w:type="spellEnd"/>
      <w:r>
        <w:t>;</w:t>
      </w:r>
    </w:p>
    <w:p w14:paraId="66E79FF7" w14:textId="77777777" w:rsidR="0099189D" w:rsidRDefault="00BF4F7F">
      <w:pPr>
        <w:pStyle w:val="Zoznamsodrkami"/>
        <w:spacing w:after="20"/>
      </w:pPr>
      <w:proofErr w:type="spellStart"/>
      <w:r>
        <w:t>oficiálne</w:t>
      </w:r>
      <w:proofErr w:type="spellEnd"/>
      <w:r>
        <w:t xml:space="preserve"> </w:t>
      </w:r>
      <w:proofErr w:type="spellStart"/>
      <w:r>
        <w:t>usmernenia</w:t>
      </w:r>
      <w:proofErr w:type="spellEnd"/>
      <w:r>
        <w:t xml:space="preserve"> </w:t>
      </w:r>
      <w:proofErr w:type="spellStart"/>
      <w:r>
        <w:t>Ministerstva</w:t>
      </w:r>
      <w:proofErr w:type="spellEnd"/>
      <w:r>
        <w:t xml:space="preserve"> </w:t>
      </w:r>
      <w:proofErr w:type="spellStart"/>
      <w:r>
        <w:t>školstva</w:t>
      </w:r>
      <w:proofErr w:type="spellEnd"/>
      <w:r>
        <w:t xml:space="preserve"> SR k </w:t>
      </w:r>
      <w:proofErr w:type="spellStart"/>
      <w:r>
        <w:t>revízii</w:t>
      </w:r>
      <w:proofErr w:type="spellEnd"/>
      <w:r>
        <w:t xml:space="preserve"> </w:t>
      </w:r>
      <w:proofErr w:type="spellStart"/>
      <w:r>
        <w:t>ŠkVP</w:t>
      </w:r>
      <w:proofErr w:type="spellEnd"/>
      <w:r>
        <w:t xml:space="preserve"> a </w:t>
      </w:r>
      <w:proofErr w:type="spellStart"/>
      <w:r>
        <w:t>hodnoteniu</w:t>
      </w:r>
      <w:proofErr w:type="spellEnd"/>
      <w:r>
        <w:t xml:space="preserve"> </w:t>
      </w:r>
      <w:proofErr w:type="spellStart"/>
      <w:r>
        <w:t>žiakov</w:t>
      </w:r>
      <w:proofErr w:type="spellEnd"/>
      <w:r>
        <w:t>.</w:t>
      </w:r>
    </w:p>
    <w:p w14:paraId="5EF0AFC7" w14:textId="77777777" w:rsidR="0099189D" w:rsidRDefault="0099189D"/>
    <w:p w14:paraId="52945875" w14:textId="32023C24" w:rsidR="0099189D" w:rsidRDefault="0099189D">
      <w:pPr>
        <w:jc w:val="center"/>
      </w:pPr>
    </w:p>
    <w:sectPr w:rsidR="0099189D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9189D"/>
    <w:rsid w:val="00AA1D8D"/>
    <w:rsid w:val="00B47730"/>
    <w:rsid w:val="00BF4F7F"/>
    <w:rsid w:val="00CB0664"/>
    <w:rsid w:val="00CD745A"/>
    <w:rsid w:val="00FC693F"/>
    <w:rsid w:val="00FC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2C079C"/>
  <w14:defaultImageDpi w14:val="300"/>
  <w15:docId w15:val="{C8CB7718-28EE-4322-9D23-BE517483D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sz w:val="18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2813</Words>
  <Characters>16038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Smataník Tomáš</cp:lastModifiedBy>
  <cp:revision>7</cp:revision>
  <dcterms:created xsi:type="dcterms:W3CDTF">2013-12-23T23:15:00Z</dcterms:created>
  <dcterms:modified xsi:type="dcterms:W3CDTF">2026-09-17T06:49:00Z</dcterms:modified>
  <cp:category/>
</cp:coreProperties>
</file>